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37DF4" w14:textId="77777777" w:rsidR="00950C27" w:rsidRPr="0063782C" w:rsidRDefault="00000000">
      <w:pPr>
        <w:pStyle w:val="Title"/>
        <w:rPr>
          <w:rFonts w:ascii="Times New Roman" w:hAnsi="Times New Roman" w:cs="Times New Roman"/>
          <w:sz w:val="40"/>
          <w:szCs w:val="40"/>
        </w:rPr>
      </w:pPr>
      <w:r w:rsidRPr="0063782C">
        <w:rPr>
          <w:rFonts w:ascii="Times New Roman" w:hAnsi="Times New Roman" w:cs="Times New Roman"/>
          <w:sz w:val="40"/>
          <w:szCs w:val="40"/>
        </w:rPr>
        <w:t>Curriculum Vitae</w:t>
      </w:r>
    </w:p>
    <w:p w14:paraId="3CD3C625" w14:textId="60741303" w:rsidR="00950C27" w:rsidRPr="00FF2004" w:rsidRDefault="00000000">
      <w:pPr>
        <w:pStyle w:val="Heading1"/>
        <w:rPr>
          <w:rFonts w:ascii="Times New Roman" w:hAnsi="Times New Roman" w:cs="Times New Roman"/>
          <w:color w:val="1F497D" w:themeColor="text2"/>
          <w:sz w:val="24"/>
          <w:szCs w:val="24"/>
        </w:rPr>
      </w:pPr>
      <w:r w:rsidRPr="00FF2004">
        <w:rPr>
          <w:rFonts w:ascii="Times New Roman" w:hAnsi="Times New Roman" w:cs="Times New Roman"/>
          <w:color w:val="1F497D" w:themeColor="text2"/>
          <w:sz w:val="24"/>
          <w:szCs w:val="24"/>
        </w:rPr>
        <w:t>Sunny Sinha</w:t>
      </w:r>
    </w:p>
    <w:p w14:paraId="23653E61" w14:textId="600A4E4D" w:rsidR="00183BEB" w:rsidRPr="00344E36" w:rsidRDefault="00000000">
      <w:pPr>
        <w:rPr>
          <w:sz w:val="22"/>
          <w:szCs w:val="22"/>
        </w:rPr>
      </w:pPr>
      <w:r w:rsidRPr="00344E36">
        <w:rPr>
          <w:sz w:val="22"/>
          <w:szCs w:val="22"/>
        </w:rPr>
        <w:t>Professor</w:t>
      </w:r>
      <w:r w:rsidR="00183BEB" w:rsidRPr="00344E36">
        <w:rPr>
          <w:sz w:val="22"/>
          <w:szCs w:val="22"/>
        </w:rPr>
        <w:t xml:space="preserve"> </w:t>
      </w:r>
      <w:r w:rsidRPr="00344E36">
        <w:rPr>
          <w:sz w:val="22"/>
          <w:szCs w:val="22"/>
        </w:rPr>
        <w:t>of Social Work</w:t>
      </w:r>
    </w:p>
    <w:p w14:paraId="151FE6A5" w14:textId="77777777" w:rsidR="00174F7E" w:rsidRDefault="00183BEB">
      <w:pPr>
        <w:rPr>
          <w:sz w:val="22"/>
          <w:szCs w:val="22"/>
        </w:rPr>
      </w:pPr>
      <w:r w:rsidRPr="00344E36">
        <w:rPr>
          <w:sz w:val="22"/>
          <w:szCs w:val="22"/>
        </w:rPr>
        <w:t xml:space="preserve">Affiliate Faculty </w:t>
      </w:r>
      <w:r w:rsidR="00174F7E">
        <w:rPr>
          <w:sz w:val="22"/>
          <w:szCs w:val="22"/>
        </w:rPr>
        <w:t xml:space="preserve">Member of </w:t>
      </w:r>
      <w:r w:rsidRPr="00344E36">
        <w:rPr>
          <w:sz w:val="22"/>
          <w:szCs w:val="22"/>
        </w:rPr>
        <w:t>Gender, Women, and Sexuality Studies</w:t>
      </w:r>
    </w:p>
    <w:p w14:paraId="7E16C6E8" w14:textId="43B1C002" w:rsidR="00950C27" w:rsidRPr="00344E36" w:rsidRDefault="00183BEB">
      <w:pPr>
        <w:rPr>
          <w:sz w:val="22"/>
          <w:szCs w:val="22"/>
        </w:rPr>
      </w:pPr>
      <w:r w:rsidRPr="00344E36">
        <w:rPr>
          <w:sz w:val="22"/>
          <w:szCs w:val="22"/>
        </w:rPr>
        <w:t>Appalachian State University</w:t>
      </w:r>
      <w:r w:rsidRPr="00344E36">
        <w:rPr>
          <w:sz w:val="22"/>
          <w:szCs w:val="22"/>
        </w:rPr>
        <w:br/>
        <w:t>Boone, North Carolina, USA</w:t>
      </w:r>
      <w:r w:rsidRPr="00344E36">
        <w:rPr>
          <w:sz w:val="22"/>
          <w:szCs w:val="22"/>
        </w:rPr>
        <w:br/>
        <w:t>Email: sinhas@appstate.edu | Phone: +1 (949) 466-3024</w:t>
      </w:r>
    </w:p>
    <w:p w14:paraId="4AD9B0E9" w14:textId="77777777" w:rsidR="00183BEB" w:rsidRPr="00344E36" w:rsidRDefault="00183BEB">
      <w:pPr>
        <w:rPr>
          <w:sz w:val="22"/>
          <w:szCs w:val="22"/>
        </w:rPr>
      </w:pPr>
      <w:r w:rsidRPr="00344E36">
        <w:rPr>
          <w:sz w:val="22"/>
          <w:szCs w:val="22"/>
        </w:rPr>
        <w:t>________________________________________________________________________</w:t>
      </w:r>
    </w:p>
    <w:p w14:paraId="1C64B370" w14:textId="77777777" w:rsidR="00950C27" w:rsidRPr="00FF2004" w:rsidRDefault="00FF2004">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t>EDUCATION</w:t>
      </w:r>
    </w:p>
    <w:p w14:paraId="5E448C87" w14:textId="77777777" w:rsidR="00344E36" w:rsidRPr="00344E36" w:rsidRDefault="00344E36" w:rsidP="00344E36"/>
    <w:p w14:paraId="06D003C5" w14:textId="77777777" w:rsidR="00931204" w:rsidRPr="00463DB9" w:rsidRDefault="00931204" w:rsidP="00931204">
      <w:pPr>
        <w:rPr>
          <w:sz w:val="22"/>
          <w:szCs w:val="22"/>
          <w:lang w:bidi="en-US"/>
        </w:rPr>
      </w:pPr>
      <w:r w:rsidRPr="00463DB9">
        <w:rPr>
          <w:sz w:val="22"/>
          <w:szCs w:val="22"/>
          <w:lang w:bidi="en-US"/>
        </w:rPr>
        <w:t xml:space="preserve">2012 </w:t>
      </w:r>
      <w:r w:rsidRPr="00463DB9">
        <w:rPr>
          <w:sz w:val="22"/>
          <w:szCs w:val="22"/>
          <w:lang w:bidi="en-US"/>
        </w:rPr>
        <w:tab/>
      </w:r>
      <w:r w:rsidRPr="00463DB9">
        <w:rPr>
          <w:bCs/>
          <w:sz w:val="22"/>
          <w:szCs w:val="22"/>
          <w:lang w:bidi="en-US"/>
        </w:rPr>
        <w:t>Ph.D. in Social Work</w:t>
      </w:r>
      <w:r w:rsidRPr="00463DB9">
        <w:rPr>
          <w:sz w:val="22"/>
          <w:szCs w:val="22"/>
          <w:lang w:bidi="en-US"/>
        </w:rPr>
        <w:t xml:space="preserve">, University of South Carolina, Columbia, USA. </w:t>
      </w:r>
    </w:p>
    <w:p w14:paraId="752D3F2E" w14:textId="77777777" w:rsidR="00931204" w:rsidRPr="00463DB9" w:rsidRDefault="00931204" w:rsidP="00931204">
      <w:pPr>
        <w:ind w:left="720"/>
        <w:rPr>
          <w:sz w:val="22"/>
          <w:szCs w:val="22"/>
          <w:lang w:bidi="en-US"/>
        </w:rPr>
      </w:pPr>
      <w:r w:rsidRPr="00463DB9">
        <w:rPr>
          <w:sz w:val="22"/>
          <w:szCs w:val="22"/>
          <w:lang w:bidi="en-US"/>
        </w:rPr>
        <w:t xml:space="preserve">Dissertation Title: </w:t>
      </w:r>
      <w:r w:rsidRPr="00463DB9">
        <w:rPr>
          <w:i/>
          <w:iCs/>
          <w:sz w:val="22"/>
          <w:szCs w:val="22"/>
          <w:lang w:bidi="en-US"/>
        </w:rPr>
        <w:t>Flying’ Female Sex Workers in India: Using ‘Cultural Biography’ to Understand HIV Risk Perceptions</w:t>
      </w:r>
      <w:r w:rsidRPr="00463DB9">
        <w:rPr>
          <w:sz w:val="22"/>
          <w:szCs w:val="22"/>
          <w:lang w:bidi="en-US"/>
        </w:rPr>
        <w:t xml:space="preserve"> </w:t>
      </w:r>
    </w:p>
    <w:p w14:paraId="63DDC4C4" w14:textId="77777777" w:rsidR="0016486B" w:rsidRPr="00463DB9" w:rsidRDefault="0016486B" w:rsidP="00931204">
      <w:pPr>
        <w:ind w:left="720"/>
        <w:rPr>
          <w:sz w:val="22"/>
          <w:szCs w:val="22"/>
          <w:lang w:bidi="en-US"/>
        </w:rPr>
      </w:pPr>
    </w:p>
    <w:p w14:paraId="4DD27330" w14:textId="77777777" w:rsidR="004F54E8" w:rsidRDefault="00931204" w:rsidP="00931204">
      <w:pPr>
        <w:ind w:left="720" w:hanging="720"/>
        <w:rPr>
          <w:sz w:val="22"/>
          <w:szCs w:val="22"/>
          <w:lang w:bidi="en-US"/>
        </w:rPr>
      </w:pPr>
      <w:r w:rsidRPr="00463DB9">
        <w:rPr>
          <w:sz w:val="22"/>
          <w:szCs w:val="22"/>
          <w:lang w:bidi="en-US"/>
        </w:rPr>
        <w:t xml:space="preserve">2002 </w:t>
      </w:r>
      <w:r w:rsidRPr="00463DB9">
        <w:rPr>
          <w:sz w:val="22"/>
          <w:szCs w:val="22"/>
          <w:lang w:bidi="en-US"/>
        </w:rPr>
        <w:tab/>
      </w:r>
      <w:r w:rsidRPr="00463DB9">
        <w:rPr>
          <w:bCs/>
          <w:sz w:val="22"/>
          <w:szCs w:val="22"/>
          <w:lang w:bidi="en-US"/>
        </w:rPr>
        <w:t>M.A. in Social Work</w:t>
      </w:r>
      <w:r w:rsidRPr="00463DB9">
        <w:rPr>
          <w:sz w:val="22"/>
          <w:szCs w:val="22"/>
          <w:lang w:bidi="en-US"/>
        </w:rPr>
        <w:t xml:space="preserve">, Tata Institute of Social Sciences, Mumbai, India. </w:t>
      </w:r>
    </w:p>
    <w:p w14:paraId="1D99C611" w14:textId="77777777" w:rsidR="0016486B" w:rsidRPr="00463DB9" w:rsidRDefault="00931204" w:rsidP="004F54E8">
      <w:pPr>
        <w:ind w:left="720"/>
        <w:rPr>
          <w:sz w:val="22"/>
          <w:szCs w:val="22"/>
          <w:lang w:bidi="en-US"/>
        </w:rPr>
      </w:pPr>
      <w:r w:rsidRPr="00463DB9">
        <w:rPr>
          <w:sz w:val="22"/>
          <w:szCs w:val="22"/>
          <w:lang w:bidi="en-US"/>
        </w:rPr>
        <w:t>Specialization: Family and Child Welfare</w:t>
      </w:r>
    </w:p>
    <w:p w14:paraId="2F50348C" w14:textId="77777777" w:rsidR="00931204" w:rsidRPr="00463DB9" w:rsidRDefault="00931204" w:rsidP="00931204">
      <w:pPr>
        <w:ind w:left="720" w:hanging="720"/>
        <w:rPr>
          <w:sz w:val="22"/>
          <w:szCs w:val="22"/>
          <w:lang w:bidi="en-US"/>
        </w:rPr>
      </w:pPr>
      <w:r w:rsidRPr="00463DB9">
        <w:rPr>
          <w:sz w:val="22"/>
          <w:szCs w:val="22"/>
          <w:lang w:bidi="en-US"/>
        </w:rPr>
        <w:t xml:space="preserve"> </w:t>
      </w:r>
    </w:p>
    <w:p w14:paraId="32FCA571" w14:textId="77777777" w:rsidR="00931204" w:rsidRPr="00463DB9" w:rsidRDefault="00931204" w:rsidP="00931204">
      <w:pPr>
        <w:ind w:left="720" w:hanging="720"/>
        <w:rPr>
          <w:sz w:val="22"/>
          <w:szCs w:val="22"/>
          <w:lang w:bidi="en-US"/>
        </w:rPr>
      </w:pPr>
      <w:r w:rsidRPr="00463DB9">
        <w:rPr>
          <w:sz w:val="22"/>
          <w:szCs w:val="22"/>
          <w:lang w:bidi="en-US"/>
        </w:rPr>
        <w:t>1998</w:t>
      </w:r>
      <w:r w:rsidR="00285C07" w:rsidRPr="00463DB9">
        <w:rPr>
          <w:sz w:val="22"/>
          <w:szCs w:val="22"/>
          <w:lang w:bidi="en-US"/>
        </w:rPr>
        <w:tab/>
      </w:r>
      <w:r w:rsidRPr="00463DB9">
        <w:rPr>
          <w:sz w:val="22"/>
          <w:szCs w:val="22"/>
          <w:lang w:bidi="en-US"/>
        </w:rPr>
        <w:t xml:space="preserve">B.A. in Political Science, L. D. Arts College, Ahmedabad, Gujarat, India. </w:t>
      </w:r>
    </w:p>
    <w:p w14:paraId="2163BDF0" w14:textId="77777777" w:rsidR="0016486B" w:rsidRPr="00463DB9" w:rsidRDefault="0016486B" w:rsidP="00931204">
      <w:pPr>
        <w:ind w:left="720" w:hanging="720"/>
        <w:rPr>
          <w:sz w:val="22"/>
          <w:szCs w:val="22"/>
          <w:lang w:bidi="en-US"/>
        </w:rPr>
      </w:pPr>
    </w:p>
    <w:p w14:paraId="0A7A6A85" w14:textId="77777777" w:rsidR="00931204" w:rsidRPr="00463DB9" w:rsidRDefault="00285C07" w:rsidP="00931204">
      <w:pPr>
        <w:ind w:left="720" w:hanging="720"/>
        <w:rPr>
          <w:sz w:val="22"/>
          <w:szCs w:val="22"/>
          <w:lang w:bidi="en-US"/>
        </w:rPr>
      </w:pPr>
      <w:r w:rsidRPr="00463DB9">
        <w:rPr>
          <w:sz w:val="22"/>
          <w:szCs w:val="22"/>
          <w:lang w:bidi="en-US"/>
        </w:rPr>
        <w:t>199</w:t>
      </w:r>
      <w:r w:rsidR="00183BEB" w:rsidRPr="00463DB9">
        <w:rPr>
          <w:sz w:val="22"/>
          <w:szCs w:val="22"/>
          <w:lang w:bidi="en-US"/>
        </w:rPr>
        <w:t>9</w:t>
      </w:r>
      <w:r w:rsidRPr="00463DB9">
        <w:rPr>
          <w:sz w:val="22"/>
          <w:szCs w:val="22"/>
          <w:lang w:bidi="en-US"/>
        </w:rPr>
        <w:t xml:space="preserve"> </w:t>
      </w:r>
      <w:r w:rsidRPr="00463DB9">
        <w:rPr>
          <w:sz w:val="22"/>
          <w:szCs w:val="22"/>
          <w:lang w:bidi="en-US"/>
        </w:rPr>
        <w:tab/>
      </w:r>
      <w:r w:rsidR="00931204" w:rsidRPr="00463DB9">
        <w:rPr>
          <w:sz w:val="22"/>
          <w:szCs w:val="22"/>
          <w:lang w:bidi="en-US"/>
        </w:rPr>
        <w:t xml:space="preserve">One Year Diploma in Primary Education, Eklavya Institute of Teacher Education, Ahmedabad, India </w:t>
      </w:r>
    </w:p>
    <w:p w14:paraId="15552AFD" w14:textId="77777777" w:rsidR="00950C27" w:rsidRPr="00FF2004" w:rsidRDefault="00FF2004">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t>ACADEMIC APPOINTMENTS</w:t>
      </w:r>
    </w:p>
    <w:p w14:paraId="7F5EE800" w14:textId="77777777" w:rsidR="00344E36" w:rsidRPr="00344E36" w:rsidRDefault="00344E36" w:rsidP="00344E36"/>
    <w:p w14:paraId="4DB46367" w14:textId="75482366" w:rsidR="00C40820" w:rsidRDefault="00C40820" w:rsidP="00285C07">
      <w:pPr>
        <w:ind w:right="918"/>
        <w:rPr>
          <w:sz w:val="22"/>
          <w:szCs w:val="22"/>
        </w:rPr>
      </w:pPr>
      <w:r>
        <w:rPr>
          <w:sz w:val="22"/>
          <w:szCs w:val="22"/>
        </w:rPr>
        <w:t>Fall 2026- present</w:t>
      </w:r>
      <w:r>
        <w:rPr>
          <w:sz w:val="22"/>
          <w:szCs w:val="22"/>
        </w:rPr>
        <w:tab/>
        <w:t>Professor, Department of Social Work</w:t>
      </w:r>
    </w:p>
    <w:p w14:paraId="1B1B1C3F" w14:textId="282B01BA" w:rsidR="00C40820" w:rsidRDefault="00C40820" w:rsidP="00285C07">
      <w:pPr>
        <w:ind w:right="918"/>
        <w:rPr>
          <w:sz w:val="22"/>
          <w:szCs w:val="22"/>
        </w:rPr>
      </w:pPr>
      <w:r>
        <w:rPr>
          <w:sz w:val="22"/>
          <w:szCs w:val="22"/>
        </w:rPr>
        <w:tab/>
      </w:r>
      <w:r>
        <w:rPr>
          <w:sz w:val="22"/>
          <w:szCs w:val="22"/>
        </w:rPr>
        <w:tab/>
      </w:r>
      <w:r>
        <w:rPr>
          <w:sz w:val="22"/>
          <w:szCs w:val="22"/>
        </w:rPr>
        <w:tab/>
        <w:t xml:space="preserve">Appalachian State University, Boone, North Carolina, USA. </w:t>
      </w:r>
    </w:p>
    <w:p w14:paraId="36BBAE8E" w14:textId="77777777" w:rsidR="00C40820" w:rsidRDefault="00C40820" w:rsidP="00285C07">
      <w:pPr>
        <w:ind w:right="918"/>
        <w:rPr>
          <w:sz w:val="22"/>
          <w:szCs w:val="22"/>
        </w:rPr>
      </w:pPr>
    </w:p>
    <w:p w14:paraId="76F73BC3" w14:textId="304734A7" w:rsidR="00285C07" w:rsidRPr="00463DB9" w:rsidRDefault="00285C07" w:rsidP="00285C07">
      <w:pPr>
        <w:ind w:right="918"/>
        <w:rPr>
          <w:sz w:val="22"/>
          <w:szCs w:val="22"/>
        </w:rPr>
      </w:pPr>
      <w:r w:rsidRPr="00463DB9">
        <w:rPr>
          <w:sz w:val="22"/>
          <w:szCs w:val="22"/>
        </w:rPr>
        <w:t>2023-</w:t>
      </w:r>
      <w:r w:rsidR="00C40820">
        <w:rPr>
          <w:sz w:val="22"/>
          <w:szCs w:val="22"/>
        </w:rPr>
        <w:t xml:space="preserve"> 2026</w:t>
      </w:r>
      <w:r w:rsidRPr="00463DB9">
        <w:rPr>
          <w:sz w:val="22"/>
          <w:szCs w:val="22"/>
        </w:rPr>
        <w:tab/>
      </w:r>
      <w:r w:rsidR="00C40820">
        <w:rPr>
          <w:sz w:val="22"/>
          <w:szCs w:val="22"/>
        </w:rPr>
        <w:tab/>
      </w:r>
      <w:r w:rsidRPr="00463DB9">
        <w:rPr>
          <w:i/>
          <w:iCs/>
          <w:sz w:val="22"/>
          <w:szCs w:val="22"/>
        </w:rPr>
        <w:t>Associate Professor</w:t>
      </w:r>
      <w:r w:rsidR="0016486B" w:rsidRPr="00463DB9">
        <w:rPr>
          <w:sz w:val="22"/>
          <w:szCs w:val="22"/>
        </w:rPr>
        <w:t xml:space="preserve">, </w:t>
      </w:r>
      <w:r w:rsidRPr="00463DB9">
        <w:rPr>
          <w:sz w:val="22"/>
          <w:szCs w:val="22"/>
        </w:rPr>
        <w:t>Department of Social Work,</w:t>
      </w:r>
    </w:p>
    <w:p w14:paraId="05BC9A1C" w14:textId="77777777" w:rsidR="00285C07" w:rsidRPr="00463DB9" w:rsidRDefault="00285C07" w:rsidP="00C40820">
      <w:pPr>
        <w:ind w:left="2160" w:right="249"/>
        <w:rPr>
          <w:sz w:val="22"/>
          <w:szCs w:val="22"/>
        </w:rPr>
      </w:pPr>
      <w:r w:rsidRPr="00463DB9">
        <w:rPr>
          <w:i/>
          <w:iCs/>
          <w:sz w:val="22"/>
          <w:szCs w:val="22"/>
        </w:rPr>
        <w:t>Affiliate Faculty</w:t>
      </w:r>
      <w:r w:rsidR="0016486B" w:rsidRPr="00463DB9">
        <w:rPr>
          <w:sz w:val="22"/>
          <w:szCs w:val="22"/>
        </w:rPr>
        <w:t xml:space="preserve">, </w:t>
      </w:r>
      <w:r w:rsidRPr="00463DB9">
        <w:rPr>
          <w:sz w:val="22"/>
          <w:szCs w:val="22"/>
        </w:rPr>
        <w:t>Department of Gender, Women’s, and Sexuality Studies,</w:t>
      </w:r>
    </w:p>
    <w:p w14:paraId="2F70D7CC" w14:textId="77777777" w:rsidR="00285C07" w:rsidRPr="00463DB9" w:rsidRDefault="00285C07" w:rsidP="00C40820">
      <w:pPr>
        <w:ind w:left="2341" w:right="249" w:hanging="181"/>
        <w:rPr>
          <w:sz w:val="22"/>
          <w:szCs w:val="22"/>
        </w:rPr>
      </w:pPr>
      <w:r w:rsidRPr="00463DB9">
        <w:rPr>
          <w:sz w:val="22"/>
          <w:szCs w:val="22"/>
        </w:rPr>
        <w:t>Appalachian State University, Boone, NC, USA</w:t>
      </w:r>
    </w:p>
    <w:p w14:paraId="17138CB8" w14:textId="77777777" w:rsidR="00285C07" w:rsidRPr="00463DB9" w:rsidRDefault="00285C07" w:rsidP="00285C07">
      <w:pPr>
        <w:ind w:left="2341" w:right="249" w:hanging="901"/>
        <w:rPr>
          <w:sz w:val="22"/>
          <w:szCs w:val="22"/>
        </w:rPr>
      </w:pPr>
    </w:p>
    <w:p w14:paraId="640A3FFD" w14:textId="310E0686" w:rsidR="00285C07" w:rsidRPr="00463DB9" w:rsidRDefault="00285C07" w:rsidP="00C40820">
      <w:pPr>
        <w:ind w:left="2160" w:right="918" w:hanging="2160"/>
        <w:rPr>
          <w:sz w:val="22"/>
          <w:szCs w:val="22"/>
        </w:rPr>
      </w:pPr>
      <w:r w:rsidRPr="00463DB9">
        <w:rPr>
          <w:sz w:val="22"/>
          <w:szCs w:val="22"/>
        </w:rPr>
        <w:t xml:space="preserve">2018-2023 </w:t>
      </w:r>
      <w:r w:rsidRPr="00463DB9">
        <w:rPr>
          <w:sz w:val="22"/>
          <w:szCs w:val="22"/>
        </w:rPr>
        <w:tab/>
      </w:r>
      <w:r w:rsidRPr="00463DB9">
        <w:rPr>
          <w:i/>
          <w:sz w:val="22"/>
          <w:szCs w:val="22"/>
        </w:rPr>
        <w:t>Associate Professor</w:t>
      </w:r>
      <w:r w:rsidRPr="00463DB9">
        <w:rPr>
          <w:sz w:val="22"/>
          <w:szCs w:val="22"/>
        </w:rPr>
        <w:t>, School of Social Work, Marywood University, Scranton, PA, USA</w:t>
      </w:r>
    </w:p>
    <w:p w14:paraId="7845C23F" w14:textId="77777777" w:rsidR="00285C07" w:rsidRPr="00463DB9" w:rsidRDefault="00285C07" w:rsidP="00285C07">
      <w:pPr>
        <w:ind w:left="2341" w:right="973" w:hanging="2161"/>
        <w:rPr>
          <w:sz w:val="22"/>
          <w:szCs w:val="22"/>
        </w:rPr>
      </w:pPr>
    </w:p>
    <w:p w14:paraId="2739D5F6" w14:textId="60492765" w:rsidR="00285C07" w:rsidRPr="00463DB9" w:rsidRDefault="00285C07" w:rsidP="00C40820">
      <w:pPr>
        <w:ind w:left="2160" w:right="973" w:hanging="2160"/>
        <w:rPr>
          <w:sz w:val="22"/>
          <w:szCs w:val="22"/>
        </w:rPr>
      </w:pPr>
      <w:r w:rsidRPr="00463DB9">
        <w:rPr>
          <w:sz w:val="22"/>
          <w:szCs w:val="22"/>
        </w:rPr>
        <w:t>2012</w:t>
      </w:r>
      <w:r w:rsidR="0016486B" w:rsidRPr="00463DB9">
        <w:rPr>
          <w:sz w:val="22"/>
          <w:szCs w:val="22"/>
        </w:rPr>
        <w:t>-</w:t>
      </w:r>
      <w:r w:rsidRPr="00463DB9">
        <w:rPr>
          <w:sz w:val="22"/>
          <w:szCs w:val="22"/>
        </w:rPr>
        <w:t xml:space="preserve">2018 </w:t>
      </w:r>
      <w:r w:rsidRPr="00463DB9">
        <w:rPr>
          <w:sz w:val="22"/>
          <w:szCs w:val="22"/>
        </w:rPr>
        <w:tab/>
      </w:r>
      <w:r w:rsidRPr="00463DB9">
        <w:rPr>
          <w:i/>
          <w:sz w:val="22"/>
          <w:szCs w:val="22"/>
        </w:rPr>
        <w:t>Assistant Professor</w:t>
      </w:r>
      <w:r w:rsidRPr="00463DB9">
        <w:rPr>
          <w:sz w:val="22"/>
          <w:szCs w:val="22"/>
        </w:rPr>
        <w:t>, School of Social Work, Marywood University, Scranton, PA, USA.</w:t>
      </w:r>
    </w:p>
    <w:p w14:paraId="70D20792" w14:textId="77777777" w:rsidR="00285C07" w:rsidRPr="00463DB9" w:rsidRDefault="00285C07" w:rsidP="00285C07">
      <w:pPr>
        <w:ind w:left="1440" w:right="973" w:hanging="1440"/>
        <w:rPr>
          <w:sz w:val="22"/>
          <w:szCs w:val="22"/>
        </w:rPr>
      </w:pPr>
    </w:p>
    <w:p w14:paraId="447957A3" w14:textId="538ED44E" w:rsidR="00285C07" w:rsidRPr="00463DB9" w:rsidRDefault="00285C07" w:rsidP="00C40820">
      <w:pPr>
        <w:ind w:left="2160" w:right="973" w:hanging="2160"/>
        <w:rPr>
          <w:sz w:val="22"/>
          <w:szCs w:val="22"/>
        </w:rPr>
      </w:pPr>
      <w:r w:rsidRPr="00463DB9">
        <w:rPr>
          <w:sz w:val="22"/>
          <w:szCs w:val="22"/>
        </w:rPr>
        <w:t xml:space="preserve">July 2016 </w:t>
      </w:r>
      <w:r w:rsidRPr="00463DB9">
        <w:rPr>
          <w:sz w:val="22"/>
          <w:szCs w:val="22"/>
        </w:rPr>
        <w:tab/>
      </w:r>
      <w:r w:rsidRPr="00463DB9">
        <w:rPr>
          <w:i/>
          <w:sz w:val="22"/>
          <w:szCs w:val="22"/>
        </w:rPr>
        <w:t>Visiting Professor</w:t>
      </w:r>
      <w:r w:rsidRPr="00463DB9">
        <w:rPr>
          <w:sz w:val="22"/>
          <w:szCs w:val="22"/>
        </w:rPr>
        <w:t xml:space="preserve">, Maharaja Sayajirao University of Baroda, Faculty of Social Work, Gujarat, India.  </w:t>
      </w:r>
    </w:p>
    <w:p w14:paraId="7E23DBC2" w14:textId="77777777" w:rsidR="00285C07" w:rsidRPr="00463DB9" w:rsidRDefault="00285C07" w:rsidP="00285C07">
      <w:pPr>
        <w:ind w:left="1440" w:right="973" w:hanging="1440"/>
        <w:rPr>
          <w:sz w:val="22"/>
          <w:szCs w:val="22"/>
        </w:rPr>
      </w:pPr>
    </w:p>
    <w:p w14:paraId="40B28F9F" w14:textId="2BE94D4C" w:rsidR="00285C07" w:rsidRPr="0016486B" w:rsidRDefault="00285C07" w:rsidP="00C40820">
      <w:pPr>
        <w:ind w:left="2160" w:right="973" w:hanging="2160"/>
      </w:pPr>
      <w:r w:rsidRPr="00463DB9">
        <w:rPr>
          <w:sz w:val="22"/>
          <w:szCs w:val="22"/>
        </w:rPr>
        <w:t xml:space="preserve">2007 – 2012 </w:t>
      </w:r>
      <w:r w:rsidRPr="00463DB9">
        <w:rPr>
          <w:sz w:val="22"/>
          <w:szCs w:val="22"/>
        </w:rPr>
        <w:tab/>
      </w:r>
      <w:r w:rsidRPr="00463DB9">
        <w:rPr>
          <w:i/>
          <w:sz w:val="22"/>
          <w:szCs w:val="22"/>
        </w:rPr>
        <w:t>Adjunct Instructor</w:t>
      </w:r>
      <w:r w:rsidRPr="00463DB9">
        <w:rPr>
          <w:sz w:val="22"/>
          <w:szCs w:val="22"/>
        </w:rPr>
        <w:t>, College of Social Work, University of</w:t>
      </w:r>
      <w:r w:rsidR="00C40820">
        <w:rPr>
          <w:sz w:val="22"/>
          <w:szCs w:val="22"/>
        </w:rPr>
        <w:t xml:space="preserve"> </w:t>
      </w:r>
      <w:r w:rsidRPr="00463DB9">
        <w:rPr>
          <w:sz w:val="22"/>
          <w:szCs w:val="22"/>
        </w:rPr>
        <w:t>South Carolina, Columbia, SC, USA</w:t>
      </w:r>
      <w:r w:rsidRPr="0016486B">
        <w:t xml:space="preserve">. </w:t>
      </w:r>
    </w:p>
    <w:p w14:paraId="1D3CA10E" w14:textId="77777777" w:rsidR="009269A8" w:rsidRPr="00FF2004" w:rsidRDefault="00FF2004" w:rsidP="00066CE5">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lastRenderedPageBreak/>
        <w:t>AWARDS &amp; HONORS</w:t>
      </w:r>
    </w:p>
    <w:p w14:paraId="39FB44D8" w14:textId="77777777" w:rsidR="00285C07" w:rsidRPr="00463DB9" w:rsidRDefault="00000000">
      <w:pPr>
        <w:pStyle w:val="ListBullet"/>
        <w:numPr>
          <w:ilvl w:val="0"/>
          <w:numId w:val="19"/>
        </w:numPr>
        <w:rPr>
          <w:sz w:val="22"/>
          <w:szCs w:val="22"/>
        </w:rPr>
      </w:pPr>
      <w:r w:rsidRPr="00463DB9">
        <w:rPr>
          <w:sz w:val="22"/>
          <w:szCs w:val="22"/>
        </w:rPr>
        <w:t>C</w:t>
      </w:r>
      <w:r w:rsidR="0016486B" w:rsidRPr="00463DB9">
        <w:rPr>
          <w:sz w:val="22"/>
          <w:szCs w:val="22"/>
        </w:rPr>
        <w:t xml:space="preserve">ouncil for </w:t>
      </w:r>
      <w:r w:rsidRPr="00463DB9">
        <w:rPr>
          <w:sz w:val="22"/>
          <w:szCs w:val="22"/>
        </w:rPr>
        <w:t>S</w:t>
      </w:r>
      <w:r w:rsidR="0016486B" w:rsidRPr="00463DB9">
        <w:rPr>
          <w:sz w:val="22"/>
          <w:szCs w:val="22"/>
        </w:rPr>
        <w:t xml:space="preserve">ocial </w:t>
      </w:r>
      <w:r w:rsidRPr="00463DB9">
        <w:rPr>
          <w:sz w:val="22"/>
          <w:szCs w:val="22"/>
        </w:rPr>
        <w:t>W</w:t>
      </w:r>
      <w:r w:rsidR="0016486B" w:rsidRPr="00463DB9">
        <w:rPr>
          <w:sz w:val="22"/>
          <w:szCs w:val="22"/>
        </w:rPr>
        <w:t xml:space="preserve">ork </w:t>
      </w:r>
      <w:r w:rsidRPr="00463DB9">
        <w:rPr>
          <w:sz w:val="22"/>
          <w:szCs w:val="22"/>
        </w:rPr>
        <w:t>E</w:t>
      </w:r>
      <w:r w:rsidR="0016486B" w:rsidRPr="00463DB9">
        <w:rPr>
          <w:sz w:val="22"/>
          <w:szCs w:val="22"/>
        </w:rPr>
        <w:t>ducation</w:t>
      </w:r>
      <w:r w:rsidRPr="00463DB9">
        <w:rPr>
          <w:sz w:val="22"/>
          <w:szCs w:val="22"/>
        </w:rPr>
        <w:t xml:space="preserve"> Feminist Scholar Award (Nominated</w:t>
      </w:r>
      <w:r w:rsidR="009269A8">
        <w:rPr>
          <w:sz w:val="22"/>
          <w:szCs w:val="22"/>
        </w:rPr>
        <w:t xml:space="preserve"> in </w:t>
      </w:r>
      <w:r w:rsidRPr="00463DB9">
        <w:rPr>
          <w:sz w:val="22"/>
          <w:szCs w:val="22"/>
        </w:rPr>
        <w:t>2022</w:t>
      </w:r>
      <w:r w:rsidR="0016486B" w:rsidRPr="00463DB9">
        <w:rPr>
          <w:sz w:val="22"/>
          <w:szCs w:val="22"/>
        </w:rPr>
        <w:t xml:space="preserve"> &amp; 2025</w:t>
      </w:r>
      <w:r w:rsidRPr="00463DB9">
        <w:rPr>
          <w:sz w:val="22"/>
          <w:szCs w:val="22"/>
        </w:rPr>
        <w:t>)</w:t>
      </w:r>
    </w:p>
    <w:p w14:paraId="778CD321" w14:textId="77777777" w:rsidR="00285C07" w:rsidRPr="00463DB9" w:rsidRDefault="00285C07">
      <w:pPr>
        <w:pStyle w:val="ListBullet"/>
        <w:numPr>
          <w:ilvl w:val="0"/>
          <w:numId w:val="19"/>
        </w:numPr>
        <w:rPr>
          <w:sz w:val="22"/>
          <w:szCs w:val="22"/>
        </w:rPr>
      </w:pPr>
      <w:hyperlink r:id="rId8" w:history="1">
        <w:r w:rsidRPr="00463DB9">
          <w:rPr>
            <w:rStyle w:val="Hyperlink"/>
            <w:b/>
            <w:bCs/>
            <w:sz w:val="22"/>
            <w:szCs w:val="22"/>
          </w:rPr>
          <w:t>Michael H. Agar Lively Science Award</w:t>
        </w:r>
      </w:hyperlink>
      <w:r w:rsidRPr="00463DB9">
        <w:rPr>
          <w:sz w:val="22"/>
          <w:szCs w:val="22"/>
        </w:rPr>
        <w:t xml:space="preserve">  </w:t>
      </w:r>
      <w:r w:rsidR="0016486B" w:rsidRPr="00463DB9">
        <w:rPr>
          <w:sz w:val="22"/>
          <w:szCs w:val="22"/>
        </w:rPr>
        <w:t xml:space="preserve">for the most innovative applied research </w:t>
      </w:r>
      <w:r w:rsidR="00D41D05" w:rsidRPr="00463DB9">
        <w:rPr>
          <w:sz w:val="22"/>
          <w:szCs w:val="22"/>
        </w:rPr>
        <w:t xml:space="preserve">article titled </w:t>
      </w:r>
      <w:r w:rsidRPr="00463DB9">
        <w:rPr>
          <w:i/>
          <w:iCs/>
          <w:sz w:val="22"/>
          <w:szCs w:val="22"/>
        </w:rPr>
        <w:t xml:space="preserve">Ethical and Safety Issues in </w:t>
      </w:r>
      <w:r w:rsidR="00D41D05" w:rsidRPr="00463DB9">
        <w:rPr>
          <w:i/>
          <w:iCs/>
          <w:sz w:val="22"/>
          <w:szCs w:val="22"/>
        </w:rPr>
        <w:t>D</w:t>
      </w:r>
      <w:r w:rsidRPr="00463DB9">
        <w:rPr>
          <w:i/>
          <w:iCs/>
          <w:sz w:val="22"/>
          <w:szCs w:val="22"/>
        </w:rPr>
        <w:t xml:space="preserve">oing </w:t>
      </w:r>
      <w:r w:rsidR="00D41D05" w:rsidRPr="00463DB9">
        <w:rPr>
          <w:i/>
          <w:iCs/>
          <w:sz w:val="22"/>
          <w:szCs w:val="22"/>
        </w:rPr>
        <w:t>S</w:t>
      </w:r>
      <w:r w:rsidRPr="00463DB9">
        <w:rPr>
          <w:i/>
          <w:iCs/>
          <w:sz w:val="22"/>
          <w:szCs w:val="22"/>
        </w:rPr>
        <w:t xml:space="preserve">ex </w:t>
      </w:r>
      <w:r w:rsidR="00D41D05" w:rsidRPr="00463DB9">
        <w:rPr>
          <w:i/>
          <w:iCs/>
          <w:sz w:val="22"/>
          <w:szCs w:val="22"/>
        </w:rPr>
        <w:t>W</w:t>
      </w:r>
      <w:r w:rsidRPr="00463DB9">
        <w:rPr>
          <w:i/>
          <w:iCs/>
          <w:sz w:val="22"/>
          <w:szCs w:val="22"/>
        </w:rPr>
        <w:t xml:space="preserve">ork </w:t>
      </w:r>
      <w:r w:rsidR="00D41D05" w:rsidRPr="00463DB9">
        <w:rPr>
          <w:i/>
          <w:iCs/>
          <w:sz w:val="22"/>
          <w:szCs w:val="22"/>
        </w:rPr>
        <w:t>R</w:t>
      </w:r>
      <w:r w:rsidRPr="00463DB9">
        <w:rPr>
          <w:i/>
          <w:iCs/>
          <w:sz w:val="22"/>
          <w:szCs w:val="22"/>
        </w:rPr>
        <w:t>esearch: Reflections from Field-Based Ethnographic Research in Kolkata</w:t>
      </w:r>
      <w:r w:rsidR="00D41D05" w:rsidRPr="00463DB9">
        <w:rPr>
          <w:i/>
          <w:iCs/>
          <w:sz w:val="22"/>
          <w:szCs w:val="22"/>
        </w:rPr>
        <w:t xml:space="preserve"> </w:t>
      </w:r>
      <w:r w:rsidRPr="00463DB9">
        <w:rPr>
          <w:i/>
          <w:iCs/>
          <w:sz w:val="22"/>
          <w:szCs w:val="22"/>
        </w:rPr>
        <w:t xml:space="preserve"> India</w:t>
      </w:r>
      <w:r w:rsidR="00D41D05" w:rsidRPr="00463DB9">
        <w:rPr>
          <w:sz w:val="22"/>
          <w:szCs w:val="22"/>
        </w:rPr>
        <w:t xml:space="preserve"> (2018)</w:t>
      </w:r>
      <w:r w:rsidRPr="00463DB9">
        <w:rPr>
          <w:sz w:val="22"/>
          <w:szCs w:val="22"/>
        </w:rPr>
        <w:t xml:space="preserve"> by </w:t>
      </w:r>
      <w:r w:rsidR="00D41D05" w:rsidRPr="00463DB9">
        <w:rPr>
          <w:sz w:val="22"/>
          <w:szCs w:val="22"/>
        </w:rPr>
        <w:t xml:space="preserve">published in </w:t>
      </w:r>
      <w:r w:rsidRPr="00463DB9">
        <w:rPr>
          <w:sz w:val="22"/>
          <w:szCs w:val="22"/>
        </w:rPr>
        <w:t xml:space="preserve">the journal Qualitative Health Research. </w:t>
      </w:r>
    </w:p>
    <w:p w14:paraId="708C8FD2" w14:textId="77777777" w:rsidR="00285C07" w:rsidRPr="00463DB9" w:rsidRDefault="00D41D05">
      <w:pPr>
        <w:pStyle w:val="ListBullet"/>
        <w:numPr>
          <w:ilvl w:val="0"/>
          <w:numId w:val="19"/>
        </w:numPr>
        <w:rPr>
          <w:sz w:val="22"/>
          <w:szCs w:val="22"/>
        </w:rPr>
      </w:pPr>
      <w:hyperlink r:id="rId9" w:history="1">
        <w:r w:rsidRPr="00463DB9">
          <w:rPr>
            <w:rStyle w:val="Hyperlink"/>
            <w:sz w:val="22"/>
            <w:szCs w:val="22"/>
          </w:rPr>
          <w:t>Fahs-Beck Doctoral Dissertation Research and Experimentation Award</w:t>
        </w:r>
      </w:hyperlink>
      <w:r w:rsidRPr="00463DB9">
        <w:rPr>
          <w:sz w:val="22"/>
          <w:szCs w:val="22"/>
        </w:rPr>
        <w:t xml:space="preserve"> for my doctoral dissertation titled,  </w:t>
      </w:r>
      <w:r w:rsidRPr="00463DB9">
        <w:rPr>
          <w:color w:val="000000"/>
          <w:sz w:val="22"/>
          <w:szCs w:val="22"/>
        </w:rPr>
        <w:t>Women in Non-Brothel-Based Sex Work in India: Using ‘Cultural Biography’ to Understand Risk Perceptions”</w:t>
      </w:r>
      <w:r w:rsidRPr="00463DB9">
        <w:rPr>
          <w:sz w:val="22"/>
          <w:szCs w:val="22"/>
        </w:rPr>
        <w:t xml:space="preserve"> (2009)</w:t>
      </w:r>
    </w:p>
    <w:p w14:paraId="5B766EA3" w14:textId="77777777" w:rsidR="00285C07" w:rsidRPr="00463DB9" w:rsidRDefault="00CC3088">
      <w:pPr>
        <w:pStyle w:val="ListBullet"/>
        <w:numPr>
          <w:ilvl w:val="0"/>
          <w:numId w:val="19"/>
        </w:numPr>
        <w:rPr>
          <w:sz w:val="22"/>
          <w:szCs w:val="22"/>
        </w:rPr>
      </w:pPr>
      <w:r w:rsidRPr="00463DB9">
        <w:rPr>
          <w:sz w:val="22"/>
          <w:szCs w:val="22"/>
        </w:rPr>
        <w:t xml:space="preserve">Doctoral Dissertation Study ranked in the top 10 of 94 submissions in </w:t>
      </w:r>
      <w:proofErr w:type="spellStart"/>
      <w:r w:rsidRPr="00463DB9">
        <w:rPr>
          <w:sz w:val="22"/>
          <w:szCs w:val="22"/>
        </w:rPr>
        <w:t>ATLAS.ti</w:t>
      </w:r>
      <w:proofErr w:type="spellEnd"/>
      <w:r w:rsidRPr="00463DB9">
        <w:rPr>
          <w:sz w:val="22"/>
          <w:szCs w:val="22"/>
        </w:rPr>
        <w:t xml:space="preserve"> IIQM Dissertation Award (2013)</w:t>
      </w:r>
    </w:p>
    <w:p w14:paraId="697F4D16" w14:textId="77777777" w:rsidR="00285C07" w:rsidRPr="00463DB9" w:rsidRDefault="00000000">
      <w:pPr>
        <w:pStyle w:val="ListBullet"/>
        <w:numPr>
          <w:ilvl w:val="0"/>
          <w:numId w:val="19"/>
        </w:numPr>
        <w:rPr>
          <w:sz w:val="22"/>
          <w:szCs w:val="22"/>
        </w:rPr>
      </w:pPr>
      <w:r w:rsidRPr="00463DB9">
        <w:rPr>
          <w:sz w:val="22"/>
          <w:szCs w:val="22"/>
        </w:rPr>
        <w:t>Gold Medalist</w:t>
      </w:r>
      <w:r w:rsidR="00CC3088" w:rsidRPr="00463DB9">
        <w:rPr>
          <w:sz w:val="22"/>
          <w:szCs w:val="22"/>
        </w:rPr>
        <w:t xml:space="preserve">,  Ranked first in the second-year B.A in </w:t>
      </w:r>
      <w:r w:rsidRPr="00463DB9">
        <w:rPr>
          <w:sz w:val="22"/>
          <w:szCs w:val="22"/>
        </w:rPr>
        <w:t>Political Science</w:t>
      </w:r>
      <w:r w:rsidR="00CC3088" w:rsidRPr="00463DB9">
        <w:rPr>
          <w:sz w:val="22"/>
          <w:szCs w:val="22"/>
        </w:rPr>
        <w:t xml:space="preserve"> exams</w:t>
      </w:r>
      <w:r w:rsidRPr="00463DB9">
        <w:rPr>
          <w:sz w:val="22"/>
          <w:szCs w:val="22"/>
        </w:rPr>
        <w:t>, Gujarat University (1997)</w:t>
      </w:r>
    </w:p>
    <w:p w14:paraId="53BD3815" w14:textId="77777777" w:rsidR="00285C07" w:rsidRPr="00463DB9" w:rsidRDefault="00000000">
      <w:pPr>
        <w:pStyle w:val="ListBullet"/>
        <w:numPr>
          <w:ilvl w:val="0"/>
          <w:numId w:val="19"/>
        </w:numPr>
        <w:rPr>
          <w:sz w:val="22"/>
          <w:szCs w:val="22"/>
        </w:rPr>
      </w:pPr>
      <w:r w:rsidRPr="00463DB9">
        <w:rPr>
          <w:sz w:val="22"/>
          <w:szCs w:val="22"/>
        </w:rPr>
        <w:t>National Merit Scholarship, Gujarat University (1998)</w:t>
      </w:r>
    </w:p>
    <w:p w14:paraId="1D1D5778" w14:textId="77777777" w:rsidR="00950C27" w:rsidRPr="00463DB9" w:rsidRDefault="00000000">
      <w:pPr>
        <w:pStyle w:val="ListBullet"/>
        <w:numPr>
          <w:ilvl w:val="0"/>
          <w:numId w:val="19"/>
        </w:numPr>
        <w:rPr>
          <w:sz w:val="22"/>
          <w:szCs w:val="22"/>
        </w:rPr>
      </w:pPr>
      <w:r w:rsidRPr="00463DB9">
        <w:rPr>
          <w:sz w:val="22"/>
          <w:szCs w:val="22"/>
        </w:rPr>
        <w:t>Winner, State-level Mahatma Gandhi Elocution Competition</w:t>
      </w:r>
      <w:r w:rsidR="00285C07" w:rsidRPr="00463DB9">
        <w:rPr>
          <w:sz w:val="22"/>
          <w:szCs w:val="22"/>
        </w:rPr>
        <w:t>, organized by H.L Commerce College, Gujarat University</w:t>
      </w:r>
      <w:r w:rsidRPr="00463DB9">
        <w:rPr>
          <w:sz w:val="22"/>
          <w:szCs w:val="22"/>
        </w:rPr>
        <w:t xml:space="preserve"> (1997)</w:t>
      </w:r>
    </w:p>
    <w:p w14:paraId="09B16845" w14:textId="77777777" w:rsidR="00950C27" w:rsidRPr="00FF2004" w:rsidRDefault="00FF2004">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t>RESEARCH/SCHOLARSHIP INTERESTS</w:t>
      </w:r>
    </w:p>
    <w:p w14:paraId="75F9D217" w14:textId="77777777" w:rsidR="00950C27" w:rsidRPr="0016486B" w:rsidRDefault="00000000" w:rsidP="008179CE">
      <w:pPr>
        <w:ind w:left="720"/>
        <w:jc w:val="both"/>
      </w:pPr>
      <w:r w:rsidRPr="00463DB9">
        <w:rPr>
          <w:sz w:val="22"/>
          <w:szCs w:val="22"/>
        </w:rPr>
        <w:t>My interdisciplinary research and scholarship, informed by critical ethnographic methodologies</w:t>
      </w:r>
      <w:r w:rsidR="00CC3088" w:rsidRPr="00463DB9">
        <w:rPr>
          <w:sz w:val="22"/>
          <w:szCs w:val="22"/>
        </w:rPr>
        <w:t xml:space="preserve">, such as </w:t>
      </w:r>
      <w:r w:rsidRPr="00463DB9">
        <w:rPr>
          <w:sz w:val="22"/>
          <w:szCs w:val="22"/>
        </w:rPr>
        <w:t>cultural biography and relational intersectionality framework, is focused on examining the interrelated global issues of HIV/AIDS, sex work, violence against women, and human trafficking impacting vulnerable populations, particularly women in sex work</w:t>
      </w:r>
      <w:r w:rsidRPr="0016486B">
        <w:t>.</w:t>
      </w:r>
    </w:p>
    <w:p w14:paraId="0BFDB0F3" w14:textId="77777777" w:rsidR="00950C27" w:rsidRPr="00FF2004" w:rsidRDefault="00FF2004">
      <w:pPr>
        <w:pStyle w:val="Heading2"/>
        <w:rPr>
          <w:rFonts w:ascii="Times New Roman" w:hAnsi="Times New Roman" w:cs="Times New Roman"/>
          <w:color w:val="1F497D" w:themeColor="text2"/>
          <w:sz w:val="28"/>
          <w:szCs w:val="28"/>
        </w:rPr>
      </w:pPr>
      <w:r w:rsidRPr="00FF2004">
        <w:rPr>
          <w:rFonts w:ascii="Times New Roman" w:hAnsi="Times New Roman" w:cs="Times New Roman"/>
          <w:color w:val="1F497D" w:themeColor="text2"/>
          <w:sz w:val="28"/>
          <w:szCs w:val="28"/>
        </w:rPr>
        <w:t>PUBLICATIONS</w:t>
      </w:r>
    </w:p>
    <w:p w14:paraId="1E79FFAB" w14:textId="77777777" w:rsidR="00950C27" w:rsidRPr="00FF2004" w:rsidRDefault="00000000" w:rsidP="00FF2004">
      <w:pPr>
        <w:pStyle w:val="Heading3"/>
        <w:spacing w:before="0"/>
        <w:rPr>
          <w:rFonts w:ascii="Times New Roman" w:hAnsi="Times New Roman" w:cs="Times New Roman"/>
          <w:i/>
          <w:iCs/>
          <w:color w:val="1F497D" w:themeColor="text2"/>
        </w:rPr>
      </w:pPr>
      <w:r w:rsidRPr="00FF2004">
        <w:rPr>
          <w:rFonts w:ascii="Times New Roman" w:hAnsi="Times New Roman" w:cs="Times New Roman"/>
          <w:i/>
          <w:iCs/>
          <w:color w:val="1F497D" w:themeColor="text2"/>
        </w:rPr>
        <w:t>Peer-Reviewed Solo-Authored Book</w:t>
      </w:r>
    </w:p>
    <w:p w14:paraId="49520F19" w14:textId="342FF7D7" w:rsidR="004B4B81" w:rsidRDefault="009269A8">
      <w:pPr>
        <w:pStyle w:val="NormalWeb"/>
        <w:numPr>
          <w:ilvl w:val="0"/>
          <w:numId w:val="8"/>
        </w:numPr>
        <w:spacing w:before="0" w:beforeAutospacing="0"/>
        <w:rPr>
          <w:sz w:val="22"/>
          <w:szCs w:val="22"/>
        </w:rPr>
      </w:pPr>
      <w:r w:rsidRPr="00A00B61">
        <w:rPr>
          <w:rStyle w:val="Strong"/>
          <w:sz w:val="22"/>
          <w:szCs w:val="22"/>
        </w:rPr>
        <w:t>Sinha, S.</w:t>
      </w:r>
      <w:r w:rsidRPr="00A00B61">
        <w:rPr>
          <w:sz w:val="22"/>
          <w:szCs w:val="22"/>
        </w:rPr>
        <w:t xml:space="preserve"> (202</w:t>
      </w:r>
      <w:r w:rsidR="00174F7E">
        <w:rPr>
          <w:sz w:val="22"/>
          <w:szCs w:val="22"/>
        </w:rPr>
        <w:t>5</w:t>
      </w:r>
      <w:r w:rsidRPr="00A00B61">
        <w:rPr>
          <w:sz w:val="22"/>
          <w:szCs w:val="22"/>
        </w:rPr>
        <w:t xml:space="preserve">). </w:t>
      </w:r>
      <w:hyperlink r:id="rId10" w:history="1">
        <w:r w:rsidRPr="00A00B61">
          <w:rPr>
            <w:rStyle w:val="Hyperlink"/>
            <w:sz w:val="22"/>
            <w:szCs w:val="22"/>
          </w:rPr>
          <w:t>Risk, Stigma, and Agency: Life Histories of Women Involved in Sex Work in Kolkata, India.</w:t>
        </w:r>
      </w:hyperlink>
      <w:r w:rsidRPr="00A00B61">
        <w:rPr>
          <w:sz w:val="22"/>
          <w:szCs w:val="22"/>
        </w:rPr>
        <w:t xml:space="preserve"> Palgrave MacMillan. ISBN: 978-3-031-82975-8.</w:t>
      </w:r>
    </w:p>
    <w:p w14:paraId="13827A8A" w14:textId="77777777" w:rsidR="00950C27" w:rsidRPr="00FF2004" w:rsidRDefault="00000000" w:rsidP="00FF2004">
      <w:pPr>
        <w:pStyle w:val="Heading3"/>
        <w:rPr>
          <w:rFonts w:ascii="Times New Roman" w:hAnsi="Times New Roman" w:cs="Times New Roman"/>
          <w:i/>
          <w:iCs/>
          <w:color w:val="1F497D" w:themeColor="text2"/>
        </w:rPr>
      </w:pPr>
      <w:r w:rsidRPr="00FF2004">
        <w:rPr>
          <w:rFonts w:ascii="Times New Roman" w:hAnsi="Times New Roman" w:cs="Times New Roman"/>
          <w:i/>
          <w:iCs/>
          <w:color w:val="1F497D" w:themeColor="text2"/>
        </w:rPr>
        <w:t>Peer-Reviewed Journal Articles</w:t>
      </w:r>
    </w:p>
    <w:p w14:paraId="0FA3C4D8" w14:textId="77777777" w:rsidR="00F137D7" w:rsidRPr="00344E36" w:rsidRDefault="00F137D7" w:rsidP="00F137D7">
      <w:pPr>
        <w:ind w:left="911" w:right="226"/>
        <w:rPr>
          <w:sz w:val="22"/>
          <w:szCs w:val="22"/>
        </w:rPr>
      </w:pPr>
      <w:r w:rsidRPr="00344E36">
        <w:rPr>
          <w:sz w:val="22"/>
          <w:szCs w:val="22"/>
        </w:rPr>
        <w:t>*</w:t>
      </w:r>
      <w:proofErr w:type="gramStart"/>
      <w:r w:rsidRPr="00344E36">
        <w:rPr>
          <w:i/>
          <w:iCs/>
          <w:sz w:val="22"/>
          <w:szCs w:val="22"/>
        </w:rPr>
        <w:t>indicates</w:t>
      </w:r>
      <w:proofErr w:type="gramEnd"/>
      <w:r w:rsidRPr="00344E36">
        <w:rPr>
          <w:i/>
          <w:iCs/>
          <w:sz w:val="22"/>
          <w:szCs w:val="22"/>
        </w:rPr>
        <w:t xml:space="preserve"> collaboration with a student</w:t>
      </w:r>
      <w:r w:rsidRPr="00344E36">
        <w:rPr>
          <w:sz w:val="22"/>
          <w:szCs w:val="22"/>
        </w:rPr>
        <w:t xml:space="preserve"> </w:t>
      </w:r>
    </w:p>
    <w:p w14:paraId="3BC065D8" w14:textId="13AE349D" w:rsidR="00174F7E" w:rsidRPr="00174F7E" w:rsidRDefault="00174F7E" w:rsidP="00174F7E">
      <w:pPr>
        <w:pStyle w:val="ListBullet"/>
        <w:numPr>
          <w:ilvl w:val="0"/>
          <w:numId w:val="1"/>
        </w:numPr>
        <w:ind w:left="720"/>
        <w:rPr>
          <w:sz w:val="22"/>
          <w:szCs w:val="22"/>
        </w:rPr>
      </w:pPr>
      <w:r w:rsidRPr="00174F7E">
        <w:rPr>
          <w:b/>
          <w:bCs/>
          <w:sz w:val="22"/>
          <w:szCs w:val="22"/>
        </w:rPr>
        <w:t>Sinha, S.</w:t>
      </w:r>
      <w:r w:rsidRPr="00174F7E">
        <w:rPr>
          <w:sz w:val="22"/>
          <w:szCs w:val="22"/>
        </w:rPr>
        <w:t xml:space="preserve"> </w:t>
      </w:r>
      <w:r>
        <w:rPr>
          <w:sz w:val="22"/>
          <w:szCs w:val="22"/>
        </w:rPr>
        <w:t xml:space="preserve">(2026). </w:t>
      </w:r>
      <w:r w:rsidRPr="00174F7E">
        <w:rPr>
          <w:sz w:val="22"/>
          <w:szCs w:val="22"/>
        </w:rPr>
        <w:t>Navigating Digital Risks: Lived Experiences and Choices of Trans Women Sex Workers in Kolkata, India. </w:t>
      </w:r>
      <w:r w:rsidRPr="00174F7E">
        <w:rPr>
          <w:i/>
          <w:iCs/>
          <w:sz w:val="22"/>
          <w:szCs w:val="22"/>
        </w:rPr>
        <w:t>Sex</w:t>
      </w:r>
      <w:r>
        <w:rPr>
          <w:i/>
          <w:iCs/>
          <w:sz w:val="22"/>
          <w:szCs w:val="22"/>
        </w:rPr>
        <w:t>uality</w:t>
      </w:r>
      <w:r w:rsidRPr="00174F7E">
        <w:rPr>
          <w:i/>
          <w:iCs/>
          <w:sz w:val="22"/>
          <w:szCs w:val="22"/>
        </w:rPr>
        <w:t xml:space="preserve"> Res</w:t>
      </w:r>
      <w:r>
        <w:rPr>
          <w:i/>
          <w:iCs/>
          <w:sz w:val="22"/>
          <w:szCs w:val="22"/>
        </w:rPr>
        <w:t>earch &amp;</w:t>
      </w:r>
      <w:r w:rsidRPr="00174F7E">
        <w:rPr>
          <w:i/>
          <w:iCs/>
          <w:sz w:val="22"/>
          <w:szCs w:val="22"/>
        </w:rPr>
        <w:t xml:space="preserve"> Soc</w:t>
      </w:r>
      <w:r>
        <w:rPr>
          <w:i/>
          <w:iCs/>
          <w:sz w:val="22"/>
          <w:szCs w:val="22"/>
        </w:rPr>
        <w:t>ial</w:t>
      </w:r>
      <w:r w:rsidRPr="00174F7E">
        <w:rPr>
          <w:i/>
          <w:iCs/>
          <w:sz w:val="22"/>
          <w:szCs w:val="22"/>
        </w:rPr>
        <w:t xml:space="preserve"> Policy</w:t>
      </w:r>
      <w:r w:rsidRPr="00174F7E">
        <w:rPr>
          <w:sz w:val="22"/>
          <w:szCs w:val="22"/>
        </w:rPr>
        <w:t xml:space="preserve">. </w:t>
      </w:r>
      <w:hyperlink r:id="rId11" w:history="1">
        <w:r w:rsidRPr="008049EC">
          <w:rPr>
            <w:rStyle w:val="Hyperlink"/>
            <w:sz w:val="22"/>
            <w:szCs w:val="22"/>
          </w:rPr>
          <w:t>https://doi.org/10.1007/s13178-025-01272-8</w:t>
        </w:r>
      </w:hyperlink>
    </w:p>
    <w:p w14:paraId="18C35B9A" w14:textId="03DFFA39" w:rsidR="00D65B36" w:rsidRDefault="00D65B36" w:rsidP="00066CE5">
      <w:pPr>
        <w:pStyle w:val="ListBullet"/>
        <w:numPr>
          <w:ilvl w:val="0"/>
          <w:numId w:val="1"/>
        </w:numPr>
        <w:ind w:left="720"/>
        <w:rPr>
          <w:sz w:val="22"/>
          <w:szCs w:val="22"/>
        </w:rPr>
      </w:pPr>
      <w:r w:rsidRPr="00D65B36">
        <w:rPr>
          <w:b/>
          <w:bCs/>
          <w:sz w:val="22"/>
          <w:szCs w:val="22"/>
        </w:rPr>
        <w:t>Sinha, S.,</w:t>
      </w:r>
      <w:r w:rsidRPr="00D65B36">
        <w:rPr>
          <w:sz w:val="22"/>
          <w:szCs w:val="22"/>
        </w:rPr>
        <w:t xml:space="preserve"> &amp; Dasgupta, S. (2025). Exploring Silence, Secrecy, and Coded Language: Ethnographic Encounters with Cisgender Women and Trans Women Involved in Sex Work in Kolkata, India. </w:t>
      </w:r>
      <w:r w:rsidRPr="00D65B36">
        <w:rPr>
          <w:i/>
          <w:iCs/>
          <w:sz w:val="22"/>
          <w:szCs w:val="22"/>
        </w:rPr>
        <w:t>Social Sciences</w:t>
      </w:r>
      <w:r w:rsidRPr="00D65B36">
        <w:rPr>
          <w:sz w:val="22"/>
          <w:szCs w:val="22"/>
        </w:rPr>
        <w:t>, </w:t>
      </w:r>
      <w:r w:rsidRPr="00D65B36">
        <w:rPr>
          <w:i/>
          <w:iCs/>
          <w:sz w:val="22"/>
          <w:szCs w:val="22"/>
        </w:rPr>
        <w:t>14</w:t>
      </w:r>
      <w:r w:rsidRPr="00D65B36">
        <w:rPr>
          <w:sz w:val="22"/>
          <w:szCs w:val="22"/>
        </w:rPr>
        <w:t>(8), 486. https://doi.org/10.3390/socsci14080486</w:t>
      </w:r>
    </w:p>
    <w:p w14:paraId="199DE137" w14:textId="77777777" w:rsidR="00F137D7" w:rsidRPr="00463DB9" w:rsidRDefault="00000000" w:rsidP="00066CE5">
      <w:pPr>
        <w:pStyle w:val="ListBullet"/>
        <w:numPr>
          <w:ilvl w:val="0"/>
          <w:numId w:val="1"/>
        </w:numPr>
        <w:ind w:left="720"/>
        <w:rPr>
          <w:sz w:val="22"/>
          <w:szCs w:val="22"/>
        </w:rPr>
      </w:pPr>
      <w:r w:rsidRPr="00463DB9">
        <w:rPr>
          <w:sz w:val="22"/>
          <w:szCs w:val="22"/>
        </w:rPr>
        <w:t xml:space="preserve">Dasgupta, S., &amp; </w:t>
      </w:r>
      <w:r w:rsidRPr="00463DB9">
        <w:rPr>
          <w:b/>
          <w:bCs/>
          <w:sz w:val="22"/>
          <w:szCs w:val="22"/>
        </w:rPr>
        <w:t>Sinha, S.</w:t>
      </w:r>
      <w:r w:rsidRPr="00463DB9">
        <w:rPr>
          <w:sz w:val="22"/>
          <w:szCs w:val="22"/>
        </w:rPr>
        <w:t xml:space="preserve"> (2021). Community-Based Strategies for Harm Reduction Among Sex Workers in Kolkata, India. </w:t>
      </w:r>
      <w:r w:rsidRPr="00463DB9">
        <w:rPr>
          <w:i/>
          <w:iCs/>
          <w:sz w:val="22"/>
          <w:szCs w:val="22"/>
        </w:rPr>
        <w:t xml:space="preserve">Sexuality Research &amp; Social Policy. </w:t>
      </w:r>
      <w:hyperlink r:id="rId12" w:history="1">
        <w:r w:rsidR="00F137D7" w:rsidRPr="00463DB9">
          <w:rPr>
            <w:sz w:val="22"/>
            <w:szCs w:val="22"/>
          </w:rPr>
          <w:t>https://doi.org/10.1007/s13178-021-00588-5</w:t>
        </w:r>
      </w:hyperlink>
    </w:p>
    <w:p w14:paraId="58D5AC48" w14:textId="77777777" w:rsidR="00F137D7" w:rsidRPr="00463DB9" w:rsidRDefault="00F137D7" w:rsidP="00066CE5">
      <w:pPr>
        <w:pStyle w:val="ListBullet"/>
        <w:numPr>
          <w:ilvl w:val="0"/>
          <w:numId w:val="1"/>
        </w:numPr>
        <w:ind w:left="720"/>
        <w:rPr>
          <w:sz w:val="22"/>
          <w:szCs w:val="22"/>
        </w:rPr>
      </w:pPr>
      <w:r w:rsidRPr="00463DB9">
        <w:rPr>
          <w:sz w:val="22"/>
          <w:szCs w:val="22"/>
        </w:rPr>
        <w:t xml:space="preserve">Dasgupta, S., </w:t>
      </w:r>
      <w:r w:rsidRPr="00463DB9">
        <w:rPr>
          <w:b/>
          <w:bCs/>
          <w:sz w:val="22"/>
          <w:szCs w:val="22"/>
        </w:rPr>
        <w:t>Sinha, S</w:t>
      </w:r>
      <w:r w:rsidRPr="00463DB9">
        <w:rPr>
          <w:sz w:val="22"/>
          <w:szCs w:val="22"/>
        </w:rPr>
        <w:t xml:space="preserve">., &amp; Roy, R. (2021). ‘We Are Helpless, Hopeless and Living in Despair’: Impact of COVID-19 on the Overall Health and Well-being, and Participation of the Transgender Community in India. </w:t>
      </w:r>
      <w:r w:rsidRPr="00463DB9">
        <w:rPr>
          <w:i/>
          <w:iCs/>
          <w:sz w:val="22"/>
          <w:szCs w:val="22"/>
        </w:rPr>
        <w:t>The International Journal of Community and Social Development</w:t>
      </w:r>
      <w:r w:rsidRPr="00463DB9">
        <w:rPr>
          <w:sz w:val="22"/>
          <w:szCs w:val="22"/>
        </w:rPr>
        <w:t xml:space="preserve">, 3(4), 372– 389. </w:t>
      </w:r>
    </w:p>
    <w:p w14:paraId="183F33EE" w14:textId="77777777" w:rsidR="00F137D7" w:rsidRPr="00463DB9" w:rsidRDefault="00F137D7" w:rsidP="00066CE5">
      <w:pPr>
        <w:pStyle w:val="ListBullet"/>
        <w:numPr>
          <w:ilvl w:val="0"/>
          <w:numId w:val="1"/>
        </w:numPr>
        <w:ind w:left="720"/>
        <w:rPr>
          <w:sz w:val="22"/>
          <w:szCs w:val="22"/>
        </w:rPr>
      </w:pPr>
      <w:r w:rsidRPr="00463DB9">
        <w:rPr>
          <w:sz w:val="22"/>
          <w:szCs w:val="22"/>
        </w:rPr>
        <w:t xml:space="preserve">Prasad, I., &amp; </w:t>
      </w:r>
      <w:r w:rsidRPr="00463DB9">
        <w:rPr>
          <w:b/>
          <w:bCs/>
          <w:sz w:val="22"/>
          <w:szCs w:val="22"/>
        </w:rPr>
        <w:t>Sinha, S.</w:t>
      </w:r>
      <w:r w:rsidRPr="00463DB9">
        <w:rPr>
          <w:sz w:val="22"/>
          <w:szCs w:val="22"/>
        </w:rPr>
        <w:t xml:space="preserve"> (2020): The </w:t>
      </w:r>
      <w:r w:rsidR="00CC3088" w:rsidRPr="00463DB9">
        <w:rPr>
          <w:sz w:val="22"/>
          <w:szCs w:val="22"/>
        </w:rPr>
        <w:t>I</w:t>
      </w:r>
      <w:r w:rsidRPr="00463DB9">
        <w:rPr>
          <w:sz w:val="22"/>
          <w:szCs w:val="22"/>
        </w:rPr>
        <w:t xml:space="preserve">ncreased </w:t>
      </w:r>
      <w:r w:rsidR="00CC3088" w:rsidRPr="00463DB9">
        <w:rPr>
          <w:sz w:val="22"/>
          <w:szCs w:val="22"/>
        </w:rPr>
        <w:t>P</w:t>
      </w:r>
      <w:r w:rsidRPr="00463DB9">
        <w:rPr>
          <w:sz w:val="22"/>
          <w:szCs w:val="22"/>
        </w:rPr>
        <w:t xml:space="preserve">recarity of the </w:t>
      </w:r>
      <w:r w:rsidR="00CC3088" w:rsidRPr="00463DB9">
        <w:rPr>
          <w:sz w:val="22"/>
          <w:szCs w:val="22"/>
        </w:rPr>
        <w:t>P</w:t>
      </w:r>
      <w:r w:rsidRPr="00463DB9">
        <w:rPr>
          <w:sz w:val="22"/>
          <w:szCs w:val="22"/>
        </w:rPr>
        <w:t xml:space="preserve">rovisionally </w:t>
      </w:r>
      <w:proofErr w:type="spellStart"/>
      <w:r w:rsidR="00CC3088" w:rsidRPr="00463DB9">
        <w:rPr>
          <w:sz w:val="22"/>
          <w:szCs w:val="22"/>
        </w:rPr>
        <w:t>H</w:t>
      </w:r>
      <w:r w:rsidRPr="00463DB9">
        <w:rPr>
          <w:sz w:val="22"/>
          <w:szCs w:val="22"/>
        </w:rPr>
        <w:t>ypervisible</w:t>
      </w:r>
      <w:proofErr w:type="spellEnd"/>
      <w:r w:rsidRPr="00463DB9">
        <w:rPr>
          <w:sz w:val="22"/>
          <w:szCs w:val="22"/>
        </w:rPr>
        <w:t xml:space="preserve">: Experiences of informal laborers during India’s pandemic lockdown. </w:t>
      </w:r>
      <w:proofErr w:type="spellStart"/>
      <w:r w:rsidRPr="00463DB9">
        <w:rPr>
          <w:i/>
          <w:iCs/>
          <w:sz w:val="22"/>
          <w:szCs w:val="22"/>
        </w:rPr>
        <w:t>Socioscapes</w:t>
      </w:r>
      <w:proofErr w:type="spellEnd"/>
      <w:r w:rsidRPr="00463DB9">
        <w:rPr>
          <w:i/>
          <w:iCs/>
          <w:sz w:val="22"/>
          <w:szCs w:val="22"/>
        </w:rPr>
        <w:t>: International Journal of Societies, Politics, and Culture</w:t>
      </w:r>
      <w:r w:rsidRPr="00463DB9">
        <w:rPr>
          <w:sz w:val="22"/>
          <w:szCs w:val="22"/>
        </w:rPr>
        <w:t xml:space="preserve">, </w:t>
      </w:r>
      <w:r w:rsidR="00CC3088" w:rsidRPr="00463DB9">
        <w:rPr>
          <w:sz w:val="22"/>
          <w:szCs w:val="22"/>
        </w:rPr>
        <w:t>2(1), 37-47. http://www.socioscapes.org/index.php/sc/article/view/63</w:t>
      </w:r>
    </w:p>
    <w:p w14:paraId="4BB7E8E8" w14:textId="77777777" w:rsidR="00F137D7" w:rsidRPr="00463DB9" w:rsidRDefault="00F137D7" w:rsidP="00066CE5">
      <w:pPr>
        <w:pStyle w:val="ListBullet"/>
        <w:numPr>
          <w:ilvl w:val="0"/>
          <w:numId w:val="1"/>
        </w:numPr>
        <w:ind w:left="720"/>
        <w:rPr>
          <w:sz w:val="22"/>
          <w:szCs w:val="22"/>
        </w:rPr>
      </w:pPr>
      <w:r w:rsidRPr="00463DB9">
        <w:rPr>
          <w:b/>
          <w:bCs/>
          <w:sz w:val="22"/>
          <w:szCs w:val="22"/>
        </w:rPr>
        <w:lastRenderedPageBreak/>
        <w:t>Sinha, S</w:t>
      </w:r>
      <w:r w:rsidRPr="00463DB9">
        <w:rPr>
          <w:sz w:val="22"/>
          <w:szCs w:val="22"/>
        </w:rPr>
        <w:t xml:space="preserve">. &amp; Prasad, I. (2020). Examining </w:t>
      </w:r>
      <w:r w:rsidR="00CC3088" w:rsidRPr="00463DB9">
        <w:rPr>
          <w:sz w:val="22"/>
          <w:szCs w:val="22"/>
        </w:rPr>
        <w:t>H</w:t>
      </w:r>
      <w:r w:rsidRPr="00463DB9">
        <w:rPr>
          <w:sz w:val="22"/>
          <w:szCs w:val="22"/>
        </w:rPr>
        <w:t xml:space="preserve">opes, </w:t>
      </w:r>
      <w:r w:rsidR="00CC3088" w:rsidRPr="00463DB9">
        <w:rPr>
          <w:sz w:val="22"/>
          <w:szCs w:val="22"/>
        </w:rPr>
        <w:t>A</w:t>
      </w:r>
      <w:r w:rsidRPr="00463DB9">
        <w:rPr>
          <w:sz w:val="22"/>
          <w:szCs w:val="22"/>
        </w:rPr>
        <w:t xml:space="preserve">spirations, and </w:t>
      </w:r>
      <w:r w:rsidR="00CC3088" w:rsidRPr="00463DB9">
        <w:rPr>
          <w:sz w:val="22"/>
          <w:szCs w:val="22"/>
        </w:rPr>
        <w:t>P</w:t>
      </w:r>
      <w:r w:rsidRPr="00463DB9">
        <w:rPr>
          <w:sz w:val="22"/>
          <w:szCs w:val="22"/>
        </w:rPr>
        <w:t xml:space="preserve">lans of </w:t>
      </w:r>
      <w:r w:rsidR="00CC3088" w:rsidRPr="00463DB9">
        <w:rPr>
          <w:sz w:val="22"/>
          <w:szCs w:val="22"/>
        </w:rPr>
        <w:t>W</w:t>
      </w:r>
      <w:r w:rsidRPr="00463DB9">
        <w:rPr>
          <w:sz w:val="22"/>
          <w:szCs w:val="22"/>
        </w:rPr>
        <w:t xml:space="preserve">omen in </w:t>
      </w:r>
      <w:r w:rsidR="00CC3088" w:rsidRPr="00463DB9">
        <w:rPr>
          <w:sz w:val="22"/>
          <w:szCs w:val="22"/>
        </w:rPr>
        <w:t>N</w:t>
      </w:r>
      <w:r w:rsidRPr="00463DB9">
        <w:rPr>
          <w:sz w:val="22"/>
          <w:szCs w:val="22"/>
        </w:rPr>
        <w:t>on-</w:t>
      </w:r>
      <w:r w:rsidR="00CC3088" w:rsidRPr="00463DB9">
        <w:rPr>
          <w:sz w:val="22"/>
          <w:szCs w:val="22"/>
        </w:rPr>
        <w:t>B</w:t>
      </w:r>
      <w:r w:rsidRPr="00463DB9">
        <w:rPr>
          <w:sz w:val="22"/>
          <w:szCs w:val="22"/>
        </w:rPr>
        <w:t>rothel-</w:t>
      </w:r>
      <w:r w:rsidR="00CC3088" w:rsidRPr="00463DB9">
        <w:rPr>
          <w:sz w:val="22"/>
          <w:szCs w:val="22"/>
        </w:rPr>
        <w:t>B</w:t>
      </w:r>
      <w:r w:rsidRPr="00463DB9">
        <w:rPr>
          <w:sz w:val="22"/>
          <w:szCs w:val="22"/>
        </w:rPr>
        <w:t xml:space="preserve">ased </w:t>
      </w:r>
      <w:r w:rsidR="00CC3088" w:rsidRPr="00463DB9">
        <w:rPr>
          <w:sz w:val="22"/>
          <w:szCs w:val="22"/>
        </w:rPr>
        <w:t>S</w:t>
      </w:r>
      <w:r w:rsidRPr="00463DB9">
        <w:rPr>
          <w:sz w:val="22"/>
          <w:szCs w:val="22"/>
        </w:rPr>
        <w:t xml:space="preserve">ex </w:t>
      </w:r>
      <w:r w:rsidR="00CC3088" w:rsidRPr="00463DB9">
        <w:rPr>
          <w:sz w:val="22"/>
          <w:szCs w:val="22"/>
        </w:rPr>
        <w:t>W</w:t>
      </w:r>
      <w:r w:rsidRPr="00463DB9">
        <w:rPr>
          <w:sz w:val="22"/>
          <w:szCs w:val="22"/>
        </w:rPr>
        <w:t xml:space="preserve">ork in Kolkata, India. </w:t>
      </w:r>
      <w:r w:rsidRPr="00463DB9">
        <w:rPr>
          <w:i/>
          <w:iCs/>
          <w:sz w:val="22"/>
          <w:szCs w:val="22"/>
        </w:rPr>
        <w:t>Culture, Health, &amp; Sexuality</w:t>
      </w:r>
      <w:r w:rsidRPr="00463DB9">
        <w:rPr>
          <w:sz w:val="22"/>
          <w:szCs w:val="22"/>
        </w:rPr>
        <w:t xml:space="preserve">, DOI:10.1080/13691058.2020.1740793 </w:t>
      </w:r>
    </w:p>
    <w:p w14:paraId="696EF601" w14:textId="77777777" w:rsidR="00F137D7" w:rsidRPr="00463DB9" w:rsidRDefault="00F137D7" w:rsidP="00066CE5">
      <w:pPr>
        <w:pStyle w:val="ListBullet"/>
        <w:numPr>
          <w:ilvl w:val="0"/>
          <w:numId w:val="1"/>
        </w:numPr>
        <w:ind w:left="720"/>
        <w:rPr>
          <w:sz w:val="22"/>
          <w:szCs w:val="22"/>
        </w:rPr>
      </w:pPr>
      <w:r w:rsidRPr="00463DB9">
        <w:rPr>
          <w:b/>
          <w:bCs/>
          <w:sz w:val="22"/>
          <w:szCs w:val="22"/>
        </w:rPr>
        <w:t>Sinha, S.,</w:t>
      </w:r>
      <w:r w:rsidRPr="00463DB9">
        <w:rPr>
          <w:sz w:val="22"/>
          <w:szCs w:val="22"/>
        </w:rPr>
        <w:t xml:space="preserve"> Prasad, I., &amp; Prasad, P. (2020). Dementia and the Challenges of Caregiving: A Personal Account, </w:t>
      </w:r>
      <w:r w:rsidRPr="00463DB9">
        <w:rPr>
          <w:i/>
          <w:iCs/>
          <w:sz w:val="22"/>
          <w:szCs w:val="22"/>
        </w:rPr>
        <w:t>Economic &amp; Political Weekly</w:t>
      </w:r>
      <w:r w:rsidRPr="00463DB9">
        <w:rPr>
          <w:sz w:val="22"/>
          <w:szCs w:val="22"/>
        </w:rPr>
        <w:t xml:space="preserve">, 55(14), </w:t>
      </w:r>
      <w:hyperlink r:id="rId13" w:history="1">
        <w:r w:rsidRPr="00463DB9">
          <w:rPr>
            <w:sz w:val="22"/>
            <w:szCs w:val="22"/>
          </w:rPr>
          <w:t>https://www.epw.in/engage/article/dementia</w:t>
        </w:r>
      </w:hyperlink>
      <w:hyperlink r:id="rId14">
        <w:r w:rsidRPr="00463DB9">
          <w:rPr>
            <w:sz w:val="22"/>
            <w:szCs w:val="22"/>
          </w:rPr>
          <w:t>-</w:t>
        </w:r>
      </w:hyperlink>
      <w:r w:rsidRPr="00463DB9">
        <w:rPr>
          <w:sz w:val="22"/>
          <w:szCs w:val="22"/>
        </w:rPr>
        <w:t>and-</w:t>
      </w:r>
      <w:hyperlink r:id="rId15">
        <w:r w:rsidRPr="00463DB9">
          <w:rPr>
            <w:sz w:val="22"/>
            <w:szCs w:val="22"/>
          </w:rPr>
          <w:t>challenges</w:t>
        </w:r>
      </w:hyperlink>
      <w:hyperlink r:id="rId16">
        <w:r w:rsidRPr="00463DB9">
          <w:rPr>
            <w:sz w:val="22"/>
            <w:szCs w:val="22"/>
          </w:rPr>
          <w:t>-</w:t>
        </w:r>
      </w:hyperlink>
      <w:hyperlink r:id="rId17">
        <w:r w:rsidRPr="00463DB9">
          <w:rPr>
            <w:sz w:val="22"/>
            <w:szCs w:val="22"/>
          </w:rPr>
          <w:t>caregiving</w:t>
        </w:r>
      </w:hyperlink>
      <w:hyperlink r:id="rId18">
        <w:r w:rsidRPr="00463DB9">
          <w:rPr>
            <w:sz w:val="22"/>
            <w:szCs w:val="22"/>
          </w:rPr>
          <w:t>-</w:t>
        </w:r>
      </w:hyperlink>
      <w:hyperlink r:id="rId19">
        <w:r w:rsidRPr="00463DB9">
          <w:rPr>
            <w:sz w:val="22"/>
            <w:szCs w:val="22"/>
          </w:rPr>
          <w:t>personal</w:t>
        </w:r>
      </w:hyperlink>
      <w:hyperlink r:id="rId20">
        <w:r w:rsidRPr="00463DB9">
          <w:rPr>
            <w:sz w:val="22"/>
            <w:szCs w:val="22"/>
          </w:rPr>
          <w:t xml:space="preserve"> </w:t>
        </w:r>
      </w:hyperlink>
    </w:p>
    <w:p w14:paraId="60E06984" w14:textId="77777777" w:rsidR="00CC3088" w:rsidRPr="00463DB9" w:rsidRDefault="00F137D7" w:rsidP="00066CE5">
      <w:pPr>
        <w:pStyle w:val="ListBullet"/>
        <w:numPr>
          <w:ilvl w:val="0"/>
          <w:numId w:val="1"/>
        </w:numPr>
        <w:ind w:left="720"/>
        <w:rPr>
          <w:sz w:val="22"/>
          <w:szCs w:val="22"/>
        </w:rPr>
      </w:pPr>
      <w:r w:rsidRPr="00463DB9">
        <w:rPr>
          <w:sz w:val="22"/>
          <w:szCs w:val="22"/>
        </w:rPr>
        <w:t xml:space="preserve">Azhar, S., Dasgupta, S., </w:t>
      </w:r>
      <w:r w:rsidRPr="00463DB9">
        <w:rPr>
          <w:b/>
          <w:bCs/>
          <w:sz w:val="22"/>
          <w:szCs w:val="22"/>
        </w:rPr>
        <w:t>Sinha, S</w:t>
      </w:r>
      <w:r w:rsidRPr="00463DB9">
        <w:rPr>
          <w:sz w:val="22"/>
          <w:szCs w:val="22"/>
        </w:rPr>
        <w:t xml:space="preserve">., &amp; Karandikar, S. (2020). Diversity in Sex Work in India: Challenging Stereotypes Regarding Sex Workers. </w:t>
      </w:r>
      <w:r w:rsidRPr="00463DB9">
        <w:rPr>
          <w:i/>
          <w:iCs/>
          <w:sz w:val="22"/>
          <w:szCs w:val="22"/>
        </w:rPr>
        <w:t>Sexuality &amp; Culture</w:t>
      </w:r>
      <w:r w:rsidRPr="00463DB9">
        <w:rPr>
          <w:sz w:val="22"/>
          <w:szCs w:val="22"/>
        </w:rPr>
        <w:t xml:space="preserve">, https://doi.org/10.1007/s12119-020-09719-3 </w:t>
      </w:r>
    </w:p>
    <w:p w14:paraId="1C3CCF09" w14:textId="77777777" w:rsidR="00F137D7" w:rsidRPr="00463DB9" w:rsidRDefault="00F137D7" w:rsidP="00066CE5">
      <w:pPr>
        <w:pStyle w:val="ListBullet"/>
        <w:numPr>
          <w:ilvl w:val="0"/>
          <w:numId w:val="1"/>
        </w:numPr>
        <w:ind w:left="720"/>
        <w:rPr>
          <w:sz w:val="22"/>
          <w:szCs w:val="22"/>
        </w:rPr>
      </w:pPr>
      <w:r w:rsidRPr="00463DB9">
        <w:rPr>
          <w:b/>
          <w:bCs/>
          <w:sz w:val="22"/>
          <w:szCs w:val="22"/>
        </w:rPr>
        <w:t>Sinha, S</w:t>
      </w:r>
      <w:r w:rsidRPr="00463DB9">
        <w:rPr>
          <w:sz w:val="22"/>
          <w:szCs w:val="22"/>
        </w:rPr>
        <w:t xml:space="preserve">., Shrivastava, A., &amp; *Paradis. C. ( 2019). A </w:t>
      </w:r>
      <w:r w:rsidR="00CC3088" w:rsidRPr="00463DB9">
        <w:rPr>
          <w:sz w:val="22"/>
          <w:szCs w:val="22"/>
        </w:rPr>
        <w:t>S</w:t>
      </w:r>
      <w:r w:rsidRPr="00463DB9">
        <w:rPr>
          <w:sz w:val="22"/>
          <w:szCs w:val="22"/>
        </w:rPr>
        <w:t xml:space="preserve">urvey of the </w:t>
      </w:r>
      <w:r w:rsidR="00CC3088" w:rsidRPr="00463DB9">
        <w:rPr>
          <w:sz w:val="22"/>
          <w:szCs w:val="22"/>
        </w:rPr>
        <w:t>M</w:t>
      </w:r>
      <w:r w:rsidRPr="00463DB9">
        <w:rPr>
          <w:sz w:val="22"/>
          <w:szCs w:val="22"/>
        </w:rPr>
        <w:t xml:space="preserve">obile </w:t>
      </w:r>
      <w:r w:rsidR="00CC3088" w:rsidRPr="00463DB9">
        <w:rPr>
          <w:sz w:val="22"/>
          <w:szCs w:val="22"/>
        </w:rPr>
        <w:t>P</w:t>
      </w:r>
      <w:r w:rsidRPr="00463DB9">
        <w:rPr>
          <w:sz w:val="22"/>
          <w:szCs w:val="22"/>
        </w:rPr>
        <w:t>hone-</w:t>
      </w:r>
      <w:r w:rsidR="00CC3088" w:rsidRPr="00463DB9">
        <w:rPr>
          <w:sz w:val="22"/>
          <w:szCs w:val="22"/>
        </w:rPr>
        <w:t>B</w:t>
      </w:r>
      <w:r w:rsidRPr="00463DB9">
        <w:rPr>
          <w:sz w:val="22"/>
          <w:szCs w:val="22"/>
        </w:rPr>
        <w:t xml:space="preserve">ased </w:t>
      </w:r>
      <w:r w:rsidR="00CC3088" w:rsidRPr="00463DB9">
        <w:rPr>
          <w:sz w:val="22"/>
          <w:szCs w:val="22"/>
        </w:rPr>
        <w:t>I</w:t>
      </w:r>
      <w:r w:rsidRPr="00463DB9">
        <w:rPr>
          <w:sz w:val="22"/>
          <w:szCs w:val="22"/>
        </w:rPr>
        <w:t xml:space="preserve">nterventions for </w:t>
      </w:r>
      <w:r w:rsidR="00CC3088" w:rsidRPr="00463DB9">
        <w:rPr>
          <w:sz w:val="22"/>
          <w:szCs w:val="22"/>
        </w:rPr>
        <w:t>V</w:t>
      </w:r>
      <w:r w:rsidRPr="00463DB9">
        <w:rPr>
          <w:sz w:val="22"/>
          <w:szCs w:val="22"/>
        </w:rPr>
        <w:t xml:space="preserve">iolence </w:t>
      </w:r>
      <w:r w:rsidR="00CC3088" w:rsidRPr="00463DB9">
        <w:rPr>
          <w:sz w:val="22"/>
          <w:szCs w:val="22"/>
        </w:rPr>
        <w:t>P</w:t>
      </w:r>
      <w:r w:rsidRPr="00463DB9">
        <w:rPr>
          <w:sz w:val="22"/>
          <w:szCs w:val="22"/>
        </w:rPr>
        <w:t xml:space="preserve">revention </w:t>
      </w:r>
      <w:r w:rsidR="00CC3088" w:rsidRPr="00463DB9">
        <w:rPr>
          <w:sz w:val="22"/>
          <w:szCs w:val="22"/>
        </w:rPr>
        <w:t>A</w:t>
      </w:r>
      <w:r w:rsidRPr="00463DB9">
        <w:rPr>
          <w:sz w:val="22"/>
          <w:szCs w:val="22"/>
        </w:rPr>
        <w:t xml:space="preserve">mong </w:t>
      </w:r>
      <w:r w:rsidR="00CC3088" w:rsidRPr="00463DB9">
        <w:rPr>
          <w:sz w:val="22"/>
          <w:szCs w:val="22"/>
        </w:rPr>
        <w:t>W</w:t>
      </w:r>
      <w:r w:rsidRPr="00463DB9">
        <w:rPr>
          <w:sz w:val="22"/>
          <w:szCs w:val="22"/>
        </w:rPr>
        <w:t xml:space="preserve">omen. </w:t>
      </w:r>
      <w:r w:rsidRPr="00463DB9">
        <w:rPr>
          <w:i/>
          <w:iCs/>
          <w:sz w:val="22"/>
          <w:szCs w:val="22"/>
        </w:rPr>
        <w:t>Advances in Social Work</w:t>
      </w:r>
      <w:r w:rsidRPr="00463DB9">
        <w:rPr>
          <w:sz w:val="22"/>
          <w:szCs w:val="22"/>
        </w:rPr>
        <w:t xml:space="preserve">, </w:t>
      </w:r>
      <w:r w:rsidR="00CC3088" w:rsidRPr="00463DB9">
        <w:rPr>
          <w:sz w:val="22"/>
          <w:szCs w:val="22"/>
        </w:rPr>
        <w:t xml:space="preserve">19(2), </w:t>
      </w:r>
      <w:r w:rsidRPr="00463DB9">
        <w:rPr>
          <w:sz w:val="22"/>
          <w:szCs w:val="22"/>
        </w:rPr>
        <w:t>493- 517</w:t>
      </w:r>
      <w:r w:rsidR="00254823" w:rsidRPr="00463DB9">
        <w:rPr>
          <w:sz w:val="22"/>
          <w:szCs w:val="22"/>
        </w:rPr>
        <w:t xml:space="preserve">. DOI: </w:t>
      </w:r>
      <w:r w:rsidR="00254823" w:rsidRPr="00463DB9">
        <w:rPr>
          <w:rStyle w:val="value"/>
          <w:sz w:val="22"/>
          <w:szCs w:val="22"/>
        </w:rPr>
        <w:t xml:space="preserve"> </w:t>
      </w:r>
      <w:hyperlink r:id="rId21" w:history="1">
        <w:r w:rsidR="00254823" w:rsidRPr="00463DB9">
          <w:rPr>
            <w:rStyle w:val="Hyperlink"/>
            <w:sz w:val="22"/>
            <w:szCs w:val="22"/>
          </w:rPr>
          <w:t>https://doi.org/10.18060/22526</w:t>
        </w:r>
      </w:hyperlink>
    </w:p>
    <w:p w14:paraId="63DF5D31" w14:textId="77777777" w:rsidR="00F137D7" w:rsidRPr="00463DB9" w:rsidRDefault="00F137D7" w:rsidP="00066CE5">
      <w:pPr>
        <w:pStyle w:val="ListBullet"/>
        <w:numPr>
          <w:ilvl w:val="0"/>
          <w:numId w:val="1"/>
        </w:numPr>
        <w:ind w:left="720"/>
        <w:rPr>
          <w:sz w:val="22"/>
          <w:szCs w:val="22"/>
        </w:rPr>
      </w:pPr>
      <w:r w:rsidRPr="00463DB9">
        <w:rPr>
          <w:b/>
          <w:bCs/>
          <w:sz w:val="22"/>
          <w:szCs w:val="22"/>
        </w:rPr>
        <w:t>Sinha, S</w:t>
      </w:r>
      <w:r w:rsidRPr="00463DB9">
        <w:rPr>
          <w:sz w:val="22"/>
          <w:szCs w:val="22"/>
        </w:rPr>
        <w:t>. &amp; *Paradis, C</w:t>
      </w:r>
      <w:r w:rsidR="0050267A" w:rsidRPr="00463DB9">
        <w:rPr>
          <w:sz w:val="22"/>
          <w:szCs w:val="22"/>
        </w:rPr>
        <w:t>.</w:t>
      </w:r>
      <w:r w:rsidRPr="00463DB9">
        <w:rPr>
          <w:sz w:val="22"/>
          <w:szCs w:val="22"/>
        </w:rPr>
        <w:t xml:space="preserve"> (2017). Perceived ‘</w:t>
      </w:r>
      <w:r w:rsidR="00254823" w:rsidRPr="00463DB9">
        <w:rPr>
          <w:sz w:val="22"/>
          <w:szCs w:val="22"/>
        </w:rPr>
        <w:t>R</w:t>
      </w:r>
      <w:r w:rsidRPr="00463DB9">
        <w:rPr>
          <w:sz w:val="22"/>
          <w:szCs w:val="22"/>
        </w:rPr>
        <w:t xml:space="preserve">isk’ and </w:t>
      </w:r>
      <w:r w:rsidR="00254823" w:rsidRPr="00463DB9">
        <w:rPr>
          <w:sz w:val="22"/>
          <w:szCs w:val="22"/>
        </w:rPr>
        <w:t>R</w:t>
      </w:r>
      <w:r w:rsidRPr="00463DB9">
        <w:rPr>
          <w:sz w:val="22"/>
          <w:szCs w:val="22"/>
        </w:rPr>
        <w:t xml:space="preserve">easons for </w:t>
      </w:r>
      <w:r w:rsidR="00254823" w:rsidRPr="00463DB9">
        <w:rPr>
          <w:sz w:val="22"/>
          <w:szCs w:val="22"/>
        </w:rPr>
        <w:t>E</w:t>
      </w:r>
      <w:r w:rsidRPr="00463DB9">
        <w:rPr>
          <w:sz w:val="22"/>
          <w:szCs w:val="22"/>
        </w:rPr>
        <w:t xml:space="preserve">ngaging in </w:t>
      </w:r>
      <w:r w:rsidR="00254823" w:rsidRPr="00463DB9">
        <w:rPr>
          <w:sz w:val="22"/>
          <w:szCs w:val="22"/>
        </w:rPr>
        <w:t>P</w:t>
      </w:r>
      <w:r w:rsidRPr="00463DB9">
        <w:rPr>
          <w:sz w:val="22"/>
          <w:szCs w:val="22"/>
        </w:rPr>
        <w:t xml:space="preserve">aid </w:t>
      </w:r>
      <w:r w:rsidR="00254823" w:rsidRPr="00463DB9">
        <w:rPr>
          <w:sz w:val="22"/>
          <w:szCs w:val="22"/>
        </w:rPr>
        <w:t>S</w:t>
      </w:r>
      <w:r w:rsidRPr="00463DB9">
        <w:rPr>
          <w:sz w:val="22"/>
          <w:szCs w:val="22"/>
        </w:rPr>
        <w:t xml:space="preserve">ex: A </w:t>
      </w:r>
      <w:r w:rsidR="00254823" w:rsidRPr="00463DB9">
        <w:rPr>
          <w:sz w:val="22"/>
          <w:szCs w:val="22"/>
        </w:rPr>
        <w:t>P</w:t>
      </w:r>
      <w:r w:rsidRPr="00463DB9">
        <w:rPr>
          <w:sz w:val="22"/>
          <w:szCs w:val="22"/>
        </w:rPr>
        <w:t xml:space="preserve">ilot </w:t>
      </w:r>
      <w:r w:rsidR="00254823" w:rsidRPr="00463DB9">
        <w:rPr>
          <w:sz w:val="22"/>
          <w:szCs w:val="22"/>
        </w:rPr>
        <w:t>S</w:t>
      </w:r>
      <w:r w:rsidRPr="00463DB9">
        <w:rPr>
          <w:sz w:val="22"/>
          <w:szCs w:val="22"/>
        </w:rPr>
        <w:t xml:space="preserve">tudy of </w:t>
      </w:r>
      <w:r w:rsidR="00254823" w:rsidRPr="00463DB9">
        <w:rPr>
          <w:sz w:val="22"/>
          <w:szCs w:val="22"/>
        </w:rPr>
        <w:t>M</w:t>
      </w:r>
      <w:r w:rsidRPr="00463DB9">
        <w:rPr>
          <w:sz w:val="22"/>
          <w:szCs w:val="22"/>
        </w:rPr>
        <w:t xml:space="preserve">ale </w:t>
      </w:r>
      <w:r w:rsidR="00254823" w:rsidRPr="00463DB9">
        <w:rPr>
          <w:sz w:val="22"/>
          <w:szCs w:val="22"/>
        </w:rPr>
        <w:t>C</w:t>
      </w:r>
      <w:r w:rsidRPr="00463DB9">
        <w:rPr>
          <w:sz w:val="22"/>
          <w:szCs w:val="22"/>
        </w:rPr>
        <w:t xml:space="preserve">lients of </w:t>
      </w:r>
      <w:r w:rsidR="00254823" w:rsidRPr="00463DB9">
        <w:rPr>
          <w:sz w:val="22"/>
          <w:szCs w:val="22"/>
        </w:rPr>
        <w:t>F</w:t>
      </w:r>
      <w:r w:rsidRPr="00463DB9">
        <w:rPr>
          <w:sz w:val="22"/>
          <w:szCs w:val="22"/>
        </w:rPr>
        <w:t xml:space="preserve">emale </w:t>
      </w:r>
      <w:r w:rsidR="00254823" w:rsidRPr="00463DB9">
        <w:rPr>
          <w:sz w:val="22"/>
          <w:szCs w:val="22"/>
        </w:rPr>
        <w:t>S</w:t>
      </w:r>
      <w:r w:rsidRPr="00463DB9">
        <w:rPr>
          <w:sz w:val="22"/>
          <w:szCs w:val="22"/>
        </w:rPr>
        <w:t xml:space="preserve">ex </w:t>
      </w:r>
      <w:r w:rsidR="00254823" w:rsidRPr="00463DB9">
        <w:rPr>
          <w:sz w:val="22"/>
          <w:szCs w:val="22"/>
        </w:rPr>
        <w:t>W</w:t>
      </w:r>
      <w:r w:rsidRPr="00463DB9">
        <w:rPr>
          <w:sz w:val="22"/>
          <w:szCs w:val="22"/>
        </w:rPr>
        <w:t xml:space="preserve">orkers in Kolkata, India, </w:t>
      </w:r>
      <w:r w:rsidRPr="00463DB9">
        <w:rPr>
          <w:i/>
          <w:iCs/>
          <w:sz w:val="22"/>
          <w:szCs w:val="22"/>
        </w:rPr>
        <w:t>Journal of Behavioral &amp; Social Sciences</w:t>
      </w:r>
      <w:r w:rsidRPr="00463DB9">
        <w:rPr>
          <w:sz w:val="22"/>
          <w:szCs w:val="22"/>
        </w:rPr>
        <w:t xml:space="preserve">, 5, 29-40 </w:t>
      </w:r>
    </w:p>
    <w:p w14:paraId="0B07013D" w14:textId="77777777" w:rsidR="00F137D7" w:rsidRPr="00463DB9" w:rsidRDefault="00F137D7" w:rsidP="00066CE5">
      <w:pPr>
        <w:pStyle w:val="ListBullet"/>
        <w:numPr>
          <w:ilvl w:val="0"/>
          <w:numId w:val="1"/>
        </w:numPr>
        <w:ind w:left="720"/>
        <w:rPr>
          <w:sz w:val="22"/>
          <w:szCs w:val="22"/>
        </w:rPr>
      </w:pPr>
      <w:r w:rsidRPr="009E14FA">
        <w:rPr>
          <w:b/>
          <w:bCs/>
          <w:sz w:val="22"/>
          <w:szCs w:val="22"/>
        </w:rPr>
        <w:t>Sinha, S.</w:t>
      </w:r>
      <w:r w:rsidRPr="00463DB9">
        <w:rPr>
          <w:sz w:val="22"/>
          <w:szCs w:val="22"/>
        </w:rPr>
        <w:t xml:space="preserve"> (201</w:t>
      </w:r>
      <w:r w:rsidR="00D65B36">
        <w:rPr>
          <w:sz w:val="22"/>
          <w:szCs w:val="22"/>
        </w:rPr>
        <w:t>7</w:t>
      </w:r>
      <w:r w:rsidRPr="00463DB9">
        <w:rPr>
          <w:sz w:val="22"/>
          <w:szCs w:val="22"/>
        </w:rPr>
        <w:t xml:space="preserve">). Ethical and Safety Issues in doing sex work research: Reflections from field-based ethnographic research in Kolkata, India, </w:t>
      </w:r>
      <w:r w:rsidRPr="00463DB9">
        <w:rPr>
          <w:i/>
          <w:iCs/>
          <w:sz w:val="22"/>
          <w:szCs w:val="22"/>
        </w:rPr>
        <w:t>Qualitative Health Research</w:t>
      </w:r>
      <w:r w:rsidRPr="00463DB9">
        <w:rPr>
          <w:sz w:val="22"/>
          <w:szCs w:val="22"/>
        </w:rPr>
        <w:t>, 27(6):893-908</w:t>
      </w:r>
      <w:r w:rsidR="00D65B36">
        <w:rPr>
          <w:sz w:val="22"/>
          <w:szCs w:val="22"/>
        </w:rPr>
        <w:t xml:space="preserve">, </w:t>
      </w:r>
      <w:hyperlink r:id="rId22" w:history="1">
        <w:r w:rsidR="00D65B36" w:rsidRPr="00D65B36">
          <w:rPr>
            <w:rStyle w:val="Hyperlink"/>
            <w:sz w:val="22"/>
            <w:szCs w:val="22"/>
          </w:rPr>
          <w:t>https://doi.org/10.1177/1049732316669338</w:t>
        </w:r>
      </w:hyperlink>
    </w:p>
    <w:p w14:paraId="26C72BDF" w14:textId="77777777" w:rsidR="00F137D7" w:rsidRPr="00463DB9" w:rsidRDefault="00F137D7" w:rsidP="00066CE5">
      <w:pPr>
        <w:pStyle w:val="ListBullet"/>
        <w:numPr>
          <w:ilvl w:val="0"/>
          <w:numId w:val="1"/>
        </w:numPr>
        <w:ind w:left="720"/>
        <w:rPr>
          <w:sz w:val="22"/>
          <w:szCs w:val="22"/>
        </w:rPr>
      </w:pPr>
      <w:r w:rsidRPr="009E14FA">
        <w:rPr>
          <w:b/>
          <w:bCs/>
          <w:sz w:val="22"/>
          <w:szCs w:val="22"/>
        </w:rPr>
        <w:t>Sinha, S.</w:t>
      </w:r>
      <w:r w:rsidRPr="00463DB9">
        <w:rPr>
          <w:sz w:val="22"/>
          <w:szCs w:val="22"/>
        </w:rPr>
        <w:t xml:space="preserve"> (2017</w:t>
      </w:r>
      <w:r w:rsidR="00254823" w:rsidRPr="00463DB9">
        <w:rPr>
          <w:sz w:val="22"/>
          <w:szCs w:val="22"/>
        </w:rPr>
        <w:t>, March 29</w:t>
      </w:r>
      <w:r w:rsidRPr="00463DB9">
        <w:rPr>
          <w:sz w:val="22"/>
          <w:szCs w:val="22"/>
        </w:rPr>
        <w:t xml:space="preserve">). Sex workers and HIV/AIDS in India, </w:t>
      </w:r>
      <w:r w:rsidRPr="00463DB9">
        <w:rPr>
          <w:i/>
          <w:iCs/>
          <w:sz w:val="22"/>
          <w:szCs w:val="22"/>
        </w:rPr>
        <w:t>Encyclopedia of</w:t>
      </w:r>
      <w:r w:rsidR="00254823" w:rsidRPr="00463DB9">
        <w:rPr>
          <w:i/>
          <w:iCs/>
          <w:sz w:val="22"/>
          <w:szCs w:val="22"/>
        </w:rPr>
        <w:t xml:space="preserve"> Social Work</w:t>
      </w:r>
      <w:r w:rsidR="00254823" w:rsidRPr="00463DB9">
        <w:rPr>
          <w:sz w:val="22"/>
          <w:szCs w:val="22"/>
        </w:rPr>
        <w:t xml:space="preserve">. Retrieved from </w:t>
      </w:r>
      <w:hyperlink r:id="rId23" w:history="1">
        <w:r w:rsidR="00254823" w:rsidRPr="00463DB9">
          <w:rPr>
            <w:rStyle w:val="Hyperlink"/>
            <w:sz w:val="22"/>
            <w:szCs w:val="22"/>
          </w:rPr>
          <w:t>https://oxfordre.com/socialwork/view/10.1093/acrefore/9780199975839.001.0001/acrefore-9780199975839-e-1189</w:t>
        </w:r>
      </w:hyperlink>
      <w:r w:rsidR="00254823" w:rsidRPr="00463DB9">
        <w:rPr>
          <w:sz w:val="22"/>
          <w:szCs w:val="22"/>
        </w:rPr>
        <w:t>.</w:t>
      </w:r>
    </w:p>
    <w:p w14:paraId="41EAD205" w14:textId="77777777" w:rsidR="00F137D7" w:rsidRPr="00463DB9" w:rsidRDefault="00F137D7" w:rsidP="00066CE5">
      <w:pPr>
        <w:pStyle w:val="ListBullet"/>
        <w:numPr>
          <w:ilvl w:val="0"/>
          <w:numId w:val="1"/>
        </w:numPr>
        <w:ind w:left="720"/>
        <w:rPr>
          <w:sz w:val="22"/>
          <w:szCs w:val="22"/>
        </w:rPr>
      </w:pPr>
      <w:r w:rsidRPr="009E14FA">
        <w:rPr>
          <w:b/>
          <w:bCs/>
          <w:sz w:val="22"/>
          <w:szCs w:val="22"/>
        </w:rPr>
        <w:t>Sinha, S.</w:t>
      </w:r>
      <w:r w:rsidRPr="00463DB9">
        <w:rPr>
          <w:sz w:val="22"/>
          <w:szCs w:val="22"/>
        </w:rPr>
        <w:t xml:space="preserve"> (2015). Reasons for </w:t>
      </w:r>
      <w:r w:rsidR="00254823" w:rsidRPr="00463DB9">
        <w:rPr>
          <w:sz w:val="22"/>
          <w:szCs w:val="22"/>
        </w:rPr>
        <w:t>W</w:t>
      </w:r>
      <w:r w:rsidRPr="00463DB9">
        <w:rPr>
          <w:sz w:val="22"/>
          <w:szCs w:val="22"/>
        </w:rPr>
        <w:t xml:space="preserve">omen’s </w:t>
      </w:r>
      <w:r w:rsidR="00254823" w:rsidRPr="00463DB9">
        <w:rPr>
          <w:sz w:val="22"/>
          <w:szCs w:val="22"/>
        </w:rPr>
        <w:t>E</w:t>
      </w:r>
      <w:r w:rsidRPr="00463DB9">
        <w:rPr>
          <w:sz w:val="22"/>
          <w:szCs w:val="22"/>
        </w:rPr>
        <w:t xml:space="preserve">ntry into </w:t>
      </w:r>
      <w:r w:rsidR="00254823" w:rsidRPr="00463DB9">
        <w:rPr>
          <w:sz w:val="22"/>
          <w:szCs w:val="22"/>
        </w:rPr>
        <w:t>S</w:t>
      </w:r>
      <w:r w:rsidRPr="00463DB9">
        <w:rPr>
          <w:sz w:val="22"/>
          <w:szCs w:val="22"/>
        </w:rPr>
        <w:t xml:space="preserve">ex </w:t>
      </w:r>
      <w:r w:rsidR="00254823" w:rsidRPr="00463DB9">
        <w:rPr>
          <w:sz w:val="22"/>
          <w:szCs w:val="22"/>
        </w:rPr>
        <w:t>W</w:t>
      </w:r>
      <w:r w:rsidRPr="00463DB9">
        <w:rPr>
          <w:sz w:val="22"/>
          <w:szCs w:val="22"/>
        </w:rPr>
        <w:t xml:space="preserve">ork: A </w:t>
      </w:r>
      <w:r w:rsidR="00254823" w:rsidRPr="00463DB9">
        <w:rPr>
          <w:sz w:val="22"/>
          <w:szCs w:val="22"/>
        </w:rPr>
        <w:t>C</w:t>
      </w:r>
      <w:r w:rsidRPr="00463DB9">
        <w:rPr>
          <w:sz w:val="22"/>
          <w:szCs w:val="22"/>
        </w:rPr>
        <w:t xml:space="preserve">ase </w:t>
      </w:r>
      <w:r w:rsidR="00254823" w:rsidRPr="00463DB9">
        <w:rPr>
          <w:sz w:val="22"/>
          <w:szCs w:val="22"/>
        </w:rPr>
        <w:t>S</w:t>
      </w:r>
      <w:r w:rsidRPr="00463DB9">
        <w:rPr>
          <w:sz w:val="22"/>
          <w:szCs w:val="22"/>
        </w:rPr>
        <w:t xml:space="preserve">tudy of Kolkata, India, </w:t>
      </w:r>
      <w:r w:rsidRPr="00463DB9">
        <w:rPr>
          <w:i/>
          <w:iCs/>
          <w:sz w:val="22"/>
          <w:szCs w:val="22"/>
        </w:rPr>
        <w:t>Sexuality &amp; Culture</w:t>
      </w:r>
      <w:r w:rsidRPr="00463DB9">
        <w:rPr>
          <w:sz w:val="22"/>
          <w:szCs w:val="22"/>
        </w:rPr>
        <w:t xml:space="preserve">, 19 (1), 216-235. </w:t>
      </w:r>
    </w:p>
    <w:p w14:paraId="6887D2A5" w14:textId="77777777" w:rsidR="00F137D7" w:rsidRPr="00463DB9" w:rsidRDefault="00F137D7" w:rsidP="00066CE5">
      <w:pPr>
        <w:pStyle w:val="ListBullet"/>
        <w:numPr>
          <w:ilvl w:val="0"/>
          <w:numId w:val="1"/>
        </w:numPr>
        <w:ind w:left="720"/>
        <w:rPr>
          <w:sz w:val="22"/>
          <w:szCs w:val="22"/>
        </w:rPr>
      </w:pPr>
      <w:r w:rsidRPr="009E14FA">
        <w:rPr>
          <w:b/>
          <w:bCs/>
          <w:sz w:val="22"/>
          <w:szCs w:val="22"/>
        </w:rPr>
        <w:t>Sinha, S</w:t>
      </w:r>
      <w:r w:rsidRPr="00463DB9">
        <w:rPr>
          <w:sz w:val="22"/>
          <w:szCs w:val="22"/>
        </w:rPr>
        <w:t xml:space="preserve">. (2014). Flying </w:t>
      </w:r>
      <w:r w:rsidR="00254823" w:rsidRPr="00463DB9">
        <w:rPr>
          <w:sz w:val="22"/>
          <w:szCs w:val="22"/>
        </w:rPr>
        <w:t>F</w:t>
      </w:r>
      <w:r w:rsidRPr="00463DB9">
        <w:rPr>
          <w:sz w:val="22"/>
          <w:szCs w:val="22"/>
        </w:rPr>
        <w:t xml:space="preserve">emale </w:t>
      </w:r>
      <w:r w:rsidR="00254823" w:rsidRPr="00463DB9">
        <w:rPr>
          <w:sz w:val="22"/>
          <w:szCs w:val="22"/>
        </w:rPr>
        <w:t>S</w:t>
      </w:r>
      <w:r w:rsidRPr="00463DB9">
        <w:rPr>
          <w:sz w:val="22"/>
          <w:szCs w:val="22"/>
        </w:rPr>
        <w:t xml:space="preserve">ex </w:t>
      </w:r>
      <w:r w:rsidR="00254823" w:rsidRPr="00463DB9">
        <w:rPr>
          <w:sz w:val="22"/>
          <w:szCs w:val="22"/>
        </w:rPr>
        <w:t>W</w:t>
      </w:r>
      <w:r w:rsidRPr="00463DB9">
        <w:rPr>
          <w:sz w:val="22"/>
          <w:szCs w:val="22"/>
        </w:rPr>
        <w:t xml:space="preserve">orkers’ </w:t>
      </w:r>
      <w:r w:rsidR="00254823" w:rsidRPr="00463DB9">
        <w:rPr>
          <w:sz w:val="22"/>
          <w:szCs w:val="22"/>
        </w:rPr>
        <w:t>P</w:t>
      </w:r>
      <w:r w:rsidRPr="00463DB9">
        <w:rPr>
          <w:sz w:val="22"/>
          <w:szCs w:val="22"/>
        </w:rPr>
        <w:t>erceptions of HIV risk and NGO</w:t>
      </w:r>
      <w:r w:rsidR="00254823" w:rsidRPr="00463DB9">
        <w:rPr>
          <w:sz w:val="22"/>
          <w:szCs w:val="22"/>
        </w:rPr>
        <w:t>’s</w:t>
      </w:r>
      <w:r w:rsidRPr="00463DB9">
        <w:rPr>
          <w:sz w:val="22"/>
          <w:szCs w:val="22"/>
        </w:rPr>
        <w:t xml:space="preserve"> </w:t>
      </w:r>
      <w:r w:rsidR="00254823" w:rsidRPr="00463DB9">
        <w:rPr>
          <w:sz w:val="22"/>
          <w:szCs w:val="22"/>
        </w:rPr>
        <w:t>S</w:t>
      </w:r>
      <w:r w:rsidRPr="00463DB9">
        <w:rPr>
          <w:sz w:val="22"/>
          <w:szCs w:val="22"/>
        </w:rPr>
        <w:t xml:space="preserve">exual </w:t>
      </w:r>
      <w:r w:rsidR="00254823" w:rsidRPr="00463DB9">
        <w:rPr>
          <w:sz w:val="22"/>
          <w:szCs w:val="22"/>
        </w:rPr>
        <w:t>H</w:t>
      </w:r>
      <w:r w:rsidRPr="00463DB9">
        <w:rPr>
          <w:sz w:val="22"/>
          <w:szCs w:val="22"/>
        </w:rPr>
        <w:t xml:space="preserve">ealth </w:t>
      </w:r>
      <w:r w:rsidR="00254823" w:rsidRPr="00463DB9">
        <w:rPr>
          <w:sz w:val="22"/>
          <w:szCs w:val="22"/>
        </w:rPr>
        <w:t>O</w:t>
      </w:r>
      <w:r w:rsidRPr="00463DB9">
        <w:rPr>
          <w:sz w:val="22"/>
          <w:szCs w:val="22"/>
        </w:rPr>
        <w:t xml:space="preserve">utreach </w:t>
      </w:r>
      <w:r w:rsidR="00254823" w:rsidRPr="00463DB9">
        <w:rPr>
          <w:sz w:val="22"/>
          <w:szCs w:val="22"/>
        </w:rPr>
        <w:t>P</w:t>
      </w:r>
      <w:r w:rsidRPr="00463DB9">
        <w:rPr>
          <w:sz w:val="22"/>
          <w:szCs w:val="22"/>
        </w:rPr>
        <w:t xml:space="preserve">rojects: A </w:t>
      </w:r>
      <w:r w:rsidR="00254823" w:rsidRPr="00463DB9">
        <w:rPr>
          <w:sz w:val="22"/>
          <w:szCs w:val="22"/>
        </w:rPr>
        <w:t>C</w:t>
      </w:r>
      <w:r w:rsidRPr="00463DB9">
        <w:rPr>
          <w:sz w:val="22"/>
          <w:szCs w:val="22"/>
        </w:rPr>
        <w:t xml:space="preserve">ase </w:t>
      </w:r>
      <w:r w:rsidR="00254823" w:rsidRPr="00463DB9">
        <w:rPr>
          <w:sz w:val="22"/>
          <w:szCs w:val="22"/>
        </w:rPr>
        <w:t>S</w:t>
      </w:r>
      <w:r w:rsidRPr="00463DB9">
        <w:rPr>
          <w:sz w:val="22"/>
          <w:szCs w:val="22"/>
        </w:rPr>
        <w:t xml:space="preserve">tudy of HIV prevention in Kolkata, India, </w:t>
      </w:r>
      <w:proofErr w:type="spellStart"/>
      <w:r w:rsidRPr="00463DB9">
        <w:rPr>
          <w:i/>
          <w:iCs/>
          <w:sz w:val="22"/>
          <w:szCs w:val="22"/>
        </w:rPr>
        <w:t>A</w:t>
      </w:r>
      <w:r w:rsidR="00254823" w:rsidRPr="00463DB9">
        <w:rPr>
          <w:i/>
          <w:iCs/>
          <w:sz w:val="22"/>
          <w:szCs w:val="22"/>
        </w:rPr>
        <w:t>ffilia</w:t>
      </w:r>
      <w:proofErr w:type="spellEnd"/>
      <w:r w:rsidRPr="00463DB9">
        <w:rPr>
          <w:i/>
          <w:iCs/>
          <w:sz w:val="22"/>
          <w:szCs w:val="22"/>
        </w:rPr>
        <w:t>: The Journal of Women in Social Work</w:t>
      </w:r>
      <w:r w:rsidR="00254823" w:rsidRPr="00463DB9">
        <w:rPr>
          <w:i/>
          <w:iCs/>
          <w:sz w:val="22"/>
          <w:szCs w:val="22"/>
        </w:rPr>
        <w:t xml:space="preserve"> (Renamed in 2023 </w:t>
      </w:r>
      <w:proofErr w:type="spellStart"/>
      <w:r w:rsidR="00254823" w:rsidRPr="00463DB9">
        <w:rPr>
          <w:i/>
          <w:iCs/>
          <w:sz w:val="22"/>
          <w:szCs w:val="22"/>
        </w:rPr>
        <w:t>Affilia</w:t>
      </w:r>
      <w:proofErr w:type="spellEnd"/>
      <w:r w:rsidR="00254823" w:rsidRPr="00463DB9">
        <w:rPr>
          <w:i/>
          <w:iCs/>
          <w:sz w:val="22"/>
          <w:szCs w:val="22"/>
        </w:rPr>
        <w:t>: The Feminist Inquiry in Social Work )</w:t>
      </w:r>
      <w:r w:rsidRPr="00463DB9">
        <w:rPr>
          <w:sz w:val="22"/>
          <w:szCs w:val="22"/>
        </w:rPr>
        <w:t xml:space="preserve">. 29(2), 206-223 </w:t>
      </w:r>
    </w:p>
    <w:p w14:paraId="3DA8F30F" w14:textId="77777777" w:rsidR="00F137D7" w:rsidRPr="0016486B" w:rsidRDefault="00F137D7" w:rsidP="00066CE5">
      <w:pPr>
        <w:pStyle w:val="ListBullet"/>
        <w:numPr>
          <w:ilvl w:val="0"/>
          <w:numId w:val="1"/>
        </w:numPr>
        <w:ind w:left="720"/>
      </w:pPr>
      <w:r w:rsidRPr="00463DB9">
        <w:rPr>
          <w:sz w:val="22"/>
          <w:szCs w:val="22"/>
        </w:rPr>
        <w:t xml:space="preserve">Fram, M.S., Kim, J. &amp; </w:t>
      </w:r>
      <w:r w:rsidRPr="00463DB9">
        <w:rPr>
          <w:b/>
          <w:bCs/>
          <w:sz w:val="22"/>
          <w:szCs w:val="22"/>
        </w:rPr>
        <w:t>Sinha, S</w:t>
      </w:r>
      <w:r w:rsidRPr="00463DB9">
        <w:rPr>
          <w:sz w:val="22"/>
          <w:szCs w:val="22"/>
        </w:rPr>
        <w:t xml:space="preserve">. (2011). Early </w:t>
      </w:r>
      <w:r w:rsidR="00254823" w:rsidRPr="00463DB9">
        <w:rPr>
          <w:sz w:val="22"/>
          <w:szCs w:val="22"/>
        </w:rPr>
        <w:t>C</w:t>
      </w:r>
      <w:r w:rsidRPr="00463DB9">
        <w:rPr>
          <w:sz w:val="22"/>
          <w:szCs w:val="22"/>
        </w:rPr>
        <w:t xml:space="preserve">are and </w:t>
      </w:r>
      <w:r w:rsidR="00254823" w:rsidRPr="00463DB9">
        <w:rPr>
          <w:sz w:val="22"/>
          <w:szCs w:val="22"/>
        </w:rPr>
        <w:t>P</w:t>
      </w:r>
      <w:r w:rsidRPr="00463DB9">
        <w:rPr>
          <w:sz w:val="22"/>
          <w:szCs w:val="22"/>
        </w:rPr>
        <w:t xml:space="preserve">rekindergarten </w:t>
      </w:r>
      <w:r w:rsidR="00254823" w:rsidRPr="00463DB9">
        <w:rPr>
          <w:sz w:val="22"/>
          <w:szCs w:val="22"/>
        </w:rPr>
        <w:t>C</w:t>
      </w:r>
      <w:r w:rsidRPr="00463DB9">
        <w:rPr>
          <w:sz w:val="22"/>
          <w:szCs w:val="22"/>
        </w:rPr>
        <w:t xml:space="preserve">are as </w:t>
      </w:r>
      <w:r w:rsidR="00254823" w:rsidRPr="00463DB9">
        <w:rPr>
          <w:sz w:val="22"/>
          <w:szCs w:val="22"/>
        </w:rPr>
        <w:t>I</w:t>
      </w:r>
      <w:r w:rsidRPr="00463DB9">
        <w:rPr>
          <w:sz w:val="22"/>
          <w:szCs w:val="22"/>
        </w:rPr>
        <w:t xml:space="preserve">nfluences on </w:t>
      </w:r>
      <w:r w:rsidR="00254823" w:rsidRPr="00463DB9">
        <w:rPr>
          <w:sz w:val="22"/>
          <w:szCs w:val="22"/>
        </w:rPr>
        <w:t>S</w:t>
      </w:r>
      <w:r w:rsidRPr="00463DB9">
        <w:rPr>
          <w:sz w:val="22"/>
          <w:szCs w:val="22"/>
        </w:rPr>
        <w:t xml:space="preserve">chool </w:t>
      </w:r>
      <w:r w:rsidR="00254823" w:rsidRPr="00463DB9">
        <w:rPr>
          <w:sz w:val="22"/>
          <w:szCs w:val="22"/>
        </w:rPr>
        <w:t>R</w:t>
      </w:r>
      <w:r w:rsidRPr="00463DB9">
        <w:rPr>
          <w:sz w:val="22"/>
          <w:szCs w:val="22"/>
        </w:rPr>
        <w:t xml:space="preserve">eadiness, </w:t>
      </w:r>
      <w:r w:rsidRPr="00463DB9">
        <w:rPr>
          <w:i/>
          <w:iCs/>
          <w:sz w:val="22"/>
          <w:szCs w:val="22"/>
        </w:rPr>
        <w:t>Journal of Family Issues</w:t>
      </w:r>
      <w:r w:rsidRPr="00463DB9">
        <w:rPr>
          <w:sz w:val="22"/>
          <w:szCs w:val="22"/>
        </w:rPr>
        <w:t>, 20, 1-28.</w:t>
      </w:r>
      <w:r w:rsidRPr="0016486B">
        <w:t xml:space="preserve"> </w:t>
      </w:r>
    </w:p>
    <w:p w14:paraId="15816E9A" w14:textId="77777777" w:rsidR="00F137D7" w:rsidRPr="00FF2004" w:rsidRDefault="00F137D7" w:rsidP="00F137D7">
      <w:pPr>
        <w:pStyle w:val="Heading3"/>
        <w:rPr>
          <w:rFonts w:ascii="Times New Roman" w:hAnsi="Times New Roman" w:cs="Times New Roman"/>
          <w:i/>
          <w:iCs/>
          <w:color w:val="1F497D" w:themeColor="text2"/>
        </w:rPr>
      </w:pPr>
      <w:r w:rsidRPr="00FF2004">
        <w:rPr>
          <w:rFonts w:ascii="Times New Roman" w:hAnsi="Times New Roman" w:cs="Times New Roman"/>
          <w:i/>
          <w:iCs/>
          <w:color w:val="1F497D" w:themeColor="text2"/>
        </w:rPr>
        <w:t>Book Reviews/Encyclopedia Articles</w:t>
      </w:r>
    </w:p>
    <w:p w14:paraId="217CCFDB" w14:textId="77777777" w:rsidR="0050267A" w:rsidRPr="00463DB9" w:rsidRDefault="0050267A">
      <w:pPr>
        <w:pStyle w:val="ListBullet"/>
        <w:numPr>
          <w:ilvl w:val="0"/>
          <w:numId w:val="7"/>
        </w:numPr>
        <w:rPr>
          <w:sz w:val="22"/>
          <w:szCs w:val="22"/>
        </w:rPr>
      </w:pPr>
      <w:r w:rsidRPr="009E14FA">
        <w:rPr>
          <w:b/>
          <w:sz w:val="22"/>
          <w:szCs w:val="22"/>
        </w:rPr>
        <w:t>Sinha, S</w:t>
      </w:r>
      <w:r w:rsidRPr="00463DB9">
        <w:rPr>
          <w:bCs/>
          <w:sz w:val="22"/>
          <w:szCs w:val="22"/>
        </w:rPr>
        <w:t xml:space="preserve">. (2021). Book Review: </w:t>
      </w:r>
      <w:r w:rsidRPr="00463DB9">
        <w:rPr>
          <w:bCs/>
          <w:i/>
          <w:iCs/>
          <w:sz w:val="22"/>
          <w:szCs w:val="22"/>
        </w:rPr>
        <w:t>Social construction of sex work: ethnography of escort agencies in Poland</w:t>
      </w:r>
      <w:r w:rsidRPr="00463DB9">
        <w:rPr>
          <w:bCs/>
          <w:sz w:val="22"/>
          <w:szCs w:val="22"/>
        </w:rPr>
        <w:t xml:space="preserve">: by Izabela Ślęzak, </w:t>
      </w:r>
      <w:r w:rsidRPr="00463DB9">
        <w:rPr>
          <w:bCs/>
          <w:i/>
          <w:iCs/>
          <w:sz w:val="22"/>
          <w:szCs w:val="22"/>
        </w:rPr>
        <w:t>Journal of Gender Studies</w:t>
      </w:r>
      <w:r w:rsidRPr="00463DB9">
        <w:rPr>
          <w:bCs/>
          <w:sz w:val="22"/>
          <w:szCs w:val="22"/>
        </w:rPr>
        <w:t>, </w:t>
      </w:r>
      <w:r w:rsidRPr="00463DB9">
        <w:rPr>
          <w:bCs/>
          <w:i/>
          <w:iCs/>
          <w:sz w:val="22"/>
          <w:szCs w:val="22"/>
        </w:rPr>
        <w:t>31</w:t>
      </w:r>
      <w:r w:rsidRPr="00463DB9">
        <w:rPr>
          <w:bCs/>
          <w:sz w:val="22"/>
          <w:szCs w:val="22"/>
        </w:rPr>
        <w:t xml:space="preserve">(3), 408–409. </w:t>
      </w:r>
      <w:hyperlink r:id="rId24" w:history="1">
        <w:r w:rsidRPr="00463DB9">
          <w:rPr>
            <w:rStyle w:val="Hyperlink"/>
            <w:bCs/>
            <w:sz w:val="22"/>
            <w:szCs w:val="22"/>
          </w:rPr>
          <w:t>https://doi.org/10.1080/09589236.2021.1934793</w:t>
        </w:r>
      </w:hyperlink>
    </w:p>
    <w:p w14:paraId="4C3ECA17" w14:textId="77777777" w:rsidR="0050267A" w:rsidRPr="00463DB9" w:rsidRDefault="0050267A">
      <w:pPr>
        <w:pStyle w:val="ListBullet"/>
        <w:numPr>
          <w:ilvl w:val="0"/>
          <w:numId w:val="7"/>
        </w:numPr>
        <w:rPr>
          <w:sz w:val="22"/>
          <w:szCs w:val="22"/>
        </w:rPr>
      </w:pPr>
      <w:r w:rsidRPr="009E14FA">
        <w:rPr>
          <w:b/>
          <w:sz w:val="22"/>
          <w:szCs w:val="22"/>
        </w:rPr>
        <w:t>Sinha, S.</w:t>
      </w:r>
      <w:r w:rsidRPr="00463DB9">
        <w:rPr>
          <w:bCs/>
          <w:sz w:val="22"/>
          <w:szCs w:val="22"/>
        </w:rPr>
        <w:t xml:space="preserve"> (2016). Book Review: </w:t>
      </w:r>
      <w:r w:rsidRPr="00463DB9">
        <w:rPr>
          <w:bCs/>
          <w:i/>
          <w:iCs/>
          <w:sz w:val="22"/>
          <w:szCs w:val="22"/>
        </w:rPr>
        <w:t>To Live Freely in this World: Sex Worker Activism in Africa</w:t>
      </w:r>
      <w:r w:rsidRPr="00463DB9">
        <w:rPr>
          <w:bCs/>
          <w:sz w:val="22"/>
          <w:szCs w:val="22"/>
        </w:rPr>
        <w:t xml:space="preserve">: by </w:t>
      </w:r>
      <w:proofErr w:type="spellStart"/>
      <w:r w:rsidRPr="00463DB9">
        <w:rPr>
          <w:bCs/>
          <w:sz w:val="22"/>
          <w:szCs w:val="22"/>
        </w:rPr>
        <w:t>Mgbako</w:t>
      </w:r>
      <w:proofErr w:type="spellEnd"/>
      <w:r w:rsidRPr="00463DB9">
        <w:rPr>
          <w:bCs/>
          <w:sz w:val="22"/>
          <w:szCs w:val="22"/>
        </w:rPr>
        <w:t xml:space="preserve"> C. A. </w:t>
      </w:r>
      <w:proofErr w:type="spellStart"/>
      <w:r w:rsidRPr="00463DB9">
        <w:rPr>
          <w:bCs/>
          <w:i/>
          <w:iCs/>
          <w:sz w:val="22"/>
          <w:szCs w:val="22"/>
        </w:rPr>
        <w:t>Affilia</w:t>
      </w:r>
      <w:proofErr w:type="spellEnd"/>
      <w:r w:rsidRPr="00463DB9">
        <w:rPr>
          <w:bCs/>
          <w:i/>
          <w:iCs/>
          <w:sz w:val="22"/>
          <w:szCs w:val="22"/>
        </w:rPr>
        <w:t>: The Journal of Women in Social Work</w:t>
      </w:r>
      <w:r w:rsidRPr="00463DB9">
        <w:rPr>
          <w:bCs/>
          <w:sz w:val="22"/>
          <w:szCs w:val="22"/>
        </w:rPr>
        <w:t>, </w:t>
      </w:r>
      <w:r w:rsidRPr="00463DB9">
        <w:rPr>
          <w:bCs/>
          <w:i/>
          <w:iCs/>
          <w:sz w:val="22"/>
          <w:szCs w:val="22"/>
        </w:rPr>
        <w:t>32</w:t>
      </w:r>
      <w:r w:rsidRPr="00463DB9">
        <w:rPr>
          <w:bCs/>
          <w:sz w:val="22"/>
          <w:szCs w:val="22"/>
        </w:rPr>
        <w:t>(2), 263-264. </w:t>
      </w:r>
      <w:hyperlink r:id="rId25" w:history="1">
        <w:r w:rsidRPr="00463DB9">
          <w:rPr>
            <w:rStyle w:val="Hyperlink"/>
            <w:bCs/>
            <w:sz w:val="22"/>
            <w:szCs w:val="22"/>
          </w:rPr>
          <w:t>https://doi.org/10.1177/0886109916680679</w:t>
        </w:r>
      </w:hyperlink>
      <w:r w:rsidRPr="00463DB9">
        <w:rPr>
          <w:bCs/>
          <w:sz w:val="22"/>
          <w:szCs w:val="22"/>
        </w:rPr>
        <w:t xml:space="preserve"> </w:t>
      </w:r>
    </w:p>
    <w:p w14:paraId="1FDBC3C7" w14:textId="77777777" w:rsidR="00F137D7" w:rsidRPr="00463DB9" w:rsidRDefault="00F137D7">
      <w:pPr>
        <w:pStyle w:val="ListBullet"/>
        <w:numPr>
          <w:ilvl w:val="0"/>
          <w:numId w:val="7"/>
        </w:numPr>
        <w:rPr>
          <w:sz w:val="22"/>
          <w:szCs w:val="22"/>
        </w:rPr>
      </w:pPr>
      <w:r w:rsidRPr="009E14FA">
        <w:rPr>
          <w:b/>
          <w:sz w:val="22"/>
          <w:szCs w:val="22"/>
        </w:rPr>
        <w:t>Sinha, S.</w:t>
      </w:r>
      <w:r w:rsidRPr="00463DB9">
        <w:rPr>
          <w:b/>
          <w:sz w:val="22"/>
          <w:szCs w:val="22"/>
        </w:rPr>
        <w:t xml:space="preserve"> </w:t>
      </w:r>
      <w:r w:rsidRPr="00463DB9">
        <w:rPr>
          <w:sz w:val="22"/>
          <w:szCs w:val="22"/>
        </w:rPr>
        <w:t xml:space="preserve">(2013, July 09). Maathai, Wangari M. </w:t>
      </w:r>
      <w:r w:rsidRPr="00463DB9">
        <w:rPr>
          <w:i/>
          <w:sz w:val="22"/>
          <w:szCs w:val="22"/>
        </w:rPr>
        <w:t>Encyclopedia of Social Work</w:t>
      </w:r>
      <w:r w:rsidRPr="00463DB9">
        <w:rPr>
          <w:sz w:val="22"/>
          <w:szCs w:val="22"/>
        </w:rPr>
        <w:t xml:space="preserve">. Retrieved 13 Apr. 2020, from https://oxfordre.com/socialwork/view/10.1093/acrefore/9780199975839.001.0001/acrefore 9780199975839-e-1123. </w:t>
      </w:r>
    </w:p>
    <w:p w14:paraId="4CF26097" w14:textId="77777777" w:rsidR="00F137D7" w:rsidRPr="00463DB9" w:rsidRDefault="00F137D7">
      <w:pPr>
        <w:pStyle w:val="ListBullet"/>
        <w:numPr>
          <w:ilvl w:val="0"/>
          <w:numId w:val="7"/>
        </w:numPr>
        <w:rPr>
          <w:sz w:val="22"/>
          <w:szCs w:val="22"/>
        </w:rPr>
      </w:pPr>
      <w:r w:rsidRPr="009E14FA">
        <w:rPr>
          <w:b/>
          <w:sz w:val="22"/>
          <w:szCs w:val="22"/>
        </w:rPr>
        <w:t>Sinha, S.</w:t>
      </w:r>
      <w:r w:rsidRPr="00463DB9">
        <w:rPr>
          <w:b/>
          <w:sz w:val="22"/>
          <w:szCs w:val="22"/>
        </w:rPr>
        <w:t xml:space="preserve"> </w:t>
      </w:r>
      <w:r w:rsidRPr="00463DB9">
        <w:rPr>
          <w:sz w:val="22"/>
          <w:szCs w:val="22"/>
        </w:rPr>
        <w:t xml:space="preserve">(2013, July 09). Suzman, Helen. </w:t>
      </w:r>
      <w:r w:rsidRPr="00463DB9">
        <w:rPr>
          <w:i/>
          <w:sz w:val="22"/>
          <w:szCs w:val="22"/>
        </w:rPr>
        <w:t>Encyclopedia of Social Work</w:t>
      </w:r>
      <w:r w:rsidRPr="00463DB9">
        <w:rPr>
          <w:sz w:val="22"/>
          <w:szCs w:val="22"/>
        </w:rPr>
        <w:t xml:space="preserve">. Retrieved 13 Apr. 2020, from https://oxfordre.com/socialwork/view/10.1093/acrefore/9780199975839.001.0001/acrefore 9780199975839-e-1104. </w:t>
      </w:r>
    </w:p>
    <w:p w14:paraId="09705CA5" w14:textId="77777777" w:rsidR="008E7DA1" w:rsidRPr="0016486B" w:rsidRDefault="00F137D7">
      <w:pPr>
        <w:pStyle w:val="ListBullet"/>
        <w:numPr>
          <w:ilvl w:val="0"/>
          <w:numId w:val="7"/>
        </w:numPr>
      </w:pPr>
      <w:r w:rsidRPr="009E14FA">
        <w:rPr>
          <w:b/>
          <w:sz w:val="22"/>
          <w:szCs w:val="22"/>
        </w:rPr>
        <w:t>Sinha, S.</w:t>
      </w:r>
      <w:r w:rsidRPr="00463DB9">
        <w:rPr>
          <w:b/>
          <w:sz w:val="22"/>
          <w:szCs w:val="22"/>
        </w:rPr>
        <w:t xml:space="preserve"> </w:t>
      </w:r>
      <w:r w:rsidRPr="00463DB9">
        <w:rPr>
          <w:sz w:val="22"/>
          <w:szCs w:val="22"/>
        </w:rPr>
        <w:t xml:space="preserve">(2013, September 03). Height, Dorothy I. </w:t>
      </w:r>
      <w:r w:rsidRPr="00463DB9">
        <w:rPr>
          <w:i/>
          <w:sz w:val="22"/>
          <w:szCs w:val="22"/>
        </w:rPr>
        <w:t>Encyclopedia of Social Work</w:t>
      </w:r>
      <w:r w:rsidRPr="00463DB9">
        <w:rPr>
          <w:sz w:val="22"/>
          <w:szCs w:val="22"/>
        </w:rPr>
        <w:t xml:space="preserve">. Retrieved 13 Apr. 2020, from </w:t>
      </w:r>
      <w:hyperlink r:id="rId26" w:history="1">
        <w:r w:rsidRPr="00463DB9">
          <w:rPr>
            <w:rStyle w:val="Hyperlink"/>
            <w:sz w:val="22"/>
            <w:szCs w:val="22"/>
          </w:rPr>
          <w:t>https://oxfordre.com/so</w:t>
        </w:r>
        <w:r w:rsidRPr="00463DB9">
          <w:rPr>
            <w:rStyle w:val="Hyperlink"/>
            <w:sz w:val="22"/>
            <w:szCs w:val="22"/>
          </w:rPr>
          <w:t>c</w:t>
        </w:r>
        <w:r w:rsidRPr="00463DB9">
          <w:rPr>
            <w:rStyle w:val="Hyperlink"/>
            <w:sz w:val="22"/>
            <w:szCs w:val="22"/>
          </w:rPr>
          <w:t>ialwork/view/10.1093/acrefore/9780199975839.001.0001/acrefore- 9780199975839-e-1100</w:t>
        </w:r>
      </w:hyperlink>
      <w:r w:rsidRPr="0016486B">
        <w:t xml:space="preserve">. </w:t>
      </w:r>
    </w:p>
    <w:p w14:paraId="369EECF9" w14:textId="77777777" w:rsidR="009269A8" w:rsidRDefault="009269A8" w:rsidP="009269A8">
      <w:pPr>
        <w:pStyle w:val="Heading2"/>
        <w:spacing w:before="0"/>
        <w:contextualSpacing/>
        <w:rPr>
          <w:rFonts w:ascii="Times New Roman" w:hAnsi="Times New Roman" w:cs="Times New Roman"/>
        </w:rPr>
      </w:pPr>
    </w:p>
    <w:p w14:paraId="09F5EDCB" w14:textId="77777777" w:rsidR="0052720D" w:rsidRPr="00FF2004" w:rsidRDefault="00FF2004" w:rsidP="0052720D">
      <w:pPr>
        <w:pStyle w:val="Heading2"/>
        <w:spacing w:before="0"/>
        <w:contextualSpacing/>
        <w:rPr>
          <w:rFonts w:ascii="Times New Roman" w:hAnsi="Times New Roman" w:cs="Times New Roman"/>
          <w:color w:val="1F497D" w:themeColor="text2"/>
        </w:rPr>
      </w:pPr>
      <w:r w:rsidRPr="00FF2004">
        <w:rPr>
          <w:rFonts w:ascii="Times New Roman" w:hAnsi="Times New Roman" w:cs="Times New Roman"/>
          <w:color w:val="1F497D" w:themeColor="text2"/>
        </w:rPr>
        <w:t>FUNDED RESEARCH AND GRANT PROPOSALS</w:t>
      </w:r>
    </w:p>
    <w:p w14:paraId="3AB03659" w14:textId="77777777" w:rsidR="0052720D" w:rsidRPr="0052720D" w:rsidRDefault="0052720D">
      <w:pPr>
        <w:pStyle w:val="NormalWeb"/>
        <w:numPr>
          <w:ilvl w:val="0"/>
          <w:numId w:val="38"/>
        </w:numPr>
        <w:contextualSpacing/>
        <w:rPr>
          <w:i/>
          <w:iCs/>
          <w:sz w:val="22"/>
          <w:szCs w:val="22"/>
        </w:rPr>
      </w:pPr>
      <w:r w:rsidRPr="0052720D">
        <w:rPr>
          <w:b/>
          <w:bCs/>
          <w:sz w:val="22"/>
          <w:szCs w:val="22"/>
        </w:rPr>
        <w:t>Office of International Programs (OIP) Travel Award,</w:t>
      </w:r>
      <w:r w:rsidRPr="0052720D">
        <w:rPr>
          <w:i/>
          <w:iCs/>
          <w:sz w:val="22"/>
          <w:szCs w:val="22"/>
        </w:rPr>
        <w:t xml:space="preserve"> Appalachian State University, 2025.</w:t>
      </w:r>
    </w:p>
    <w:p w14:paraId="1521D79D" w14:textId="77777777" w:rsidR="0052720D" w:rsidRPr="0052720D" w:rsidRDefault="0052720D">
      <w:pPr>
        <w:pStyle w:val="NormalWeb"/>
        <w:numPr>
          <w:ilvl w:val="0"/>
          <w:numId w:val="38"/>
        </w:numPr>
        <w:contextualSpacing/>
        <w:rPr>
          <w:sz w:val="22"/>
          <w:szCs w:val="22"/>
        </w:rPr>
      </w:pPr>
      <w:r w:rsidRPr="0052720D">
        <w:rPr>
          <w:i/>
          <w:iCs/>
          <w:sz w:val="22"/>
          <w:szCs w:val="22"/>
        </w:rPr>
        <w:t>Murray</w:t>
      </w:r>
      <w:r w:rsidRPr="0052720D">
        <w:rPr>
          <w:b/>
          <w:bCs/>
          <w:sz w:val="22"/>
          <w:szCs w:val="22"/>
        </w:rPr>
        <w:t xml:space="preserve"> Research &amp; Development Award</w:t>
      </w:r>
      <w:r w:rsidRPr="0052720D">
        <w:rPr>
          <w:sz w:val="22"/>
          <w:szCs w:val="22"/>
        </w:rPr>
        <w:t xml:space="preserve">, for the proposal titled </w:t>
      </w:r>
      <w:r w:rsidRPr="0052720D">
        <w:rPr>
          <w:i/>
          <w:iCs/>
          <w:sz w:val="22"/>
          <w:szCs w:val="22"/>
        </w:rPr>
        <w:t>A Qualitative Study of the Impact of Digital Technologies on the Lives of Sex Workers in Kolkata, India</w:t>
      </w:r>
      <w:r w:rsidRPr="0052720D">
        <w:rPr>
          <w:sz w:val="22"/>
          <w:szCs w:val="22"/>
        </w:rPr>
        <w:t>, Marywood University, 2020.</w:t>
      </w:r>
    </w:p>
    <w:p w14:paraId="4E596F5C" w14:textId="77777777" w:rsidR="0052720D" w:rsidRPr="0052720D" w:rsidRDefault="0052720D">
      <w:pPr>
        <w:pStyle w:val="NormalWeb"/>
        <w:numPr>
          <w:ilvl w:val="0"/>
          <w:numId w:val="38"/>
        </w:numPr>
        <w:contextualSpacing/>
        <w:rPr>
          <w:sz w:val="22"/>
          <w:szCs w:val="22"/>
        </w:rPr>
      </w:pPr>
      <w:r w:rsidRPr="0052720D">
        <w:rPr>
          <w:sz w:val="22"/>
          <w:szCs w:val="22"/>
        </w:rPr>
        <w:t xml:space="preserve"> </w:t>
      </w:r>
      <w:r w:rsidRPr="0052720D">
        <w:rPr>
          <w:b/>
          <w:bCs/>
          <w:sz w:val="22"/>
          <w:szCs w:val="22"/>
        </w:rPr>
        <w:t>Research Initiation Grant</w:t>
      </w:r>
      <w:r w:rsidRPr="0052720D">
        <w:rPr>
          <w:sz w:val="22"/>
          <w:szCs w:val="22"/>
        </w:rPr>
        <w:t xml:space="preserve">, for the proposal titled </w:t>
      </w:r>
      <w:r w:rsidRPr="0052720D">
        <w:rPr>
          <w:i/>
          <w:iCs/>
          <w:sz w:val="22"/>
          <w:szCs w:val="22"/>
        </w:rPr>
        <w:t>Cell Phone–Based Applications for Violence Reduction Among “Flying” Female Sex Workers in Kolkata, India</w:t>
      </w:r>
      <w:r w:rsidRPr="0052720D">
        <w:rPr>
          <w:sz w:val="22"/>
          <w:szCs w:val="22"/>
        </w:rPr>
        <w:t>, Marywood University, 2015–2016.</w:t>
      </w:r>
    </w:p>
    <w:p w14:paraId="581207A5" w14:textId="77777777" w:rsidR="0052720D" w:rsidRPr="0052720D" w:rsidRDefault="0052720D">
      <w:pPr>
        <w:pStyle w:val="NormalWeb"/>
        <w:numPr>
          <w:ilvl w:val="0"/>
          <w:numId w:val="38"/>
        </w:numPr>
        <w:contextualSpacing/>
        <w:rPr>
          <w:sz w:val="22"/>
          <w:szCs w:val="22"/>
        </w:rPr>
      </w:pPr>
      <w:r w:rsidRPr="0052720D">
        <w:rPr>
          <w:sz w:val="22"/>
          <w:szCs w:val="22"/>
        </w:rPr>
        <w:t xml:space="preserve"> </w:t>
      </w:r>
      <w:r w:rsidRPr="0052720D">
        <w:rPr>
          <w:b/>
          <w:bCs/>
          <w:sz w:val="22"/>
          <w:szCs w:val="22"/>
        </w:rPr>
        <w:t>Research Initiation Grant</w:t>
      </w:r>
      <w:r w:rsidRPr="0052720D">
        <w:rPr>
          <w:sz w:val="22"/>
          <w:szCs w:val="22"/>
        </w:rPr>
        <w:t xml:space="preserve">, for the proposal titled </w:t>
      </w:r>
      <w:r w:rsidRPr="0052720D">
        <w:rPr>
          <w:i/>
          <w:iCs/>
          <w:sz w:val="22"/>
          <w:szCs w:val="22"/>
        </w:rPr>
        <w:t>HIV Risk Perceptions of Male Clients of Female Sex Workers in Kolkata, India</w:t>
      </w:r>
      <w:r w:rsidRPr="0052720D">
        <w:rPr>
          <w:sz w:val="22"/>
          <w:szCs w:val="22"/>
        </w:rPr>
        <w:t>, Marywood University, 2013–2014.</w:t>
      </w:r>
    </w:p>
    <w:p w14:paraId="46BC1C02" w14:textId="77777777" w:rsidR="0052720D" w:rsidRPr="0052720D" w:rsidRDefault="0052720D">
      <w:pPr>
        <w:pStyle w:val="NormalWeb"/>
        <w:numPr>
          <w:ilvl w:val="0"/>
          <w:numId w:val="38"/>
        </w:numPr>
        <w:contextualSpacing/>
        <w:rPr>
          <w:sz w:val="22"/>
          <w:szCs w:val="22"/>
        </w:rPr>
      </w:pPr>
      <w:proofErr w:type="spellStart"/>
      <w:r w:rsidRPr="0052720D">
        <w:rPr>
          <w:b/>
          <w:bCs/>
          <w:sz w:val="22"/>
          <w:szCs w:val="22"/>
        </w:rPr>
        <w:t>Ceny</w:t>
      </w:r>
      <w:proofErr w:type="spellEnd"/>
      <w:r w:rsidRPr="0052720D">
        <w:rPr>
          <w:b/>
          <w:bCs/>
          <w:sz w:val="22"/>
          <w:szCs w:val="22"/>
        </w:rPr>
        <w:t xml:space="preserve"> Walker Graduate Research Fellowship Award</w:t>
      </w:r>
      <w:r w:rsidRPr="0052720D">
        <w:rPr>
          <w:sz w:val="22"/>
          <w:szCs w:val="22"/>
        </w:rPr>
        <w:t xml:space="preserve">, for the doctoral dissertation research proposal titled </w:t>
      </w:r>
      <w:r w:rsidRPr="0052720D">
        <w:rPr>
          <w:i/>
          <w:iCs/>
          <w:sz w:val="22"/>
          <w:szCs w:val="22"/>
        </w:rPr>
        <w:t>Women in Non-Brothel-Based Sex Work in India: Using “Cultural Biography” to Understand Risk Perceptions</w:t>
      </w:r>
      <w:r w:rsidRPr="0052720D">
        <w:rPr>
          <w:sz w:val="22"/>
          <w:szCs w:val="22"/>
        </w:rPr>
        <w:t>, University of South Carolina, 2009–2010.</w:t>
      </w:r>
    </w:p>
    <w:p w14:paraId="398B551D" w14:textId="77777777" w:rsidR="0052720D" w:rsidRPr="0052720D" w:rsidRDefault="0052720D">
      <w:pPr>
        <w:pStyle w:val="NormalWeb"/>
        <w:numPr>
          <w:ilvl w:val="0"/>
          <w:numId w:val="38"/>
        </w:numPr>
        <w:contextualSpacing/>
        <w:rPr>
          <w:sz w:val="22"/>
          <w:szCs w:val="22"/>
        </w:rPr>
      </w:pPr>
      <w:r w:rsidRPr="0052720D">
        <w:rPr>
          <w:b/>
          <w:bCs/>
          <w:sz w:val="22"/>
          <w:szCs w:val="22"/>
        </w:rPr>
        <w:t>Fahs-Beck Doctoral Dissertation Research and Experimentation Grant Award</w:t>
      </w:r>
      <w:r w:rsidRPr="0052720D">
        <w:rPr>
          <w:sz w:val="22"/>
          <w:szCs w:val="22"/>
        </w:rPr>
        <w:t xml:space="preserve">, for the proposal titled </w:t>
      </w:r>
      <w:r w:rsidRPr="0052720D">
        <w:rPr>
          <w:i/>
          <w:iCs/>
          <w:sz w:val="22"/>
          <w:szCs w:val="22"/>
        </w:rPr>
        <w:t>Women in Non-Brothel-Based Sex Work in India: Using “Cultural Biography” to Understand Risk Perceptions</w:t>
      </w:r>
      <w:r w:rsidRPr="0052720D">
        <w:rPr>
          <w:sz w:val="22"/>
          <w:szCs w:val="22"/>
        </w:rPr>
        <w:t>, 2009.</w:t>
      </w:r>
    </w:p>
    <w:p w14:paraId="314D11F4" w14:textId="77777777" w:rsidR="00256E1B" w:rsidRPr="00FF2004" w:rsidRDefault="00000000" w:rsidP="009269A8">
      <w:pPr>
        <w:pStyle w:val="Heading3"/>
        <w:rPr>
          <w:rFonts w:ascii="Times New Roman" w:hAnsi="Times New Roman" w:cs="Times New Roman"/>
          <w:i/>
          <w:iCs/>
          <w:color w:val="1F497D" w:themeColor="text2"/>
          <w:sz w:val="26"/>
          <w:szCs w:val="26"/>
        </w:rPr>
      </w:pPr>
      <w:r w:rsidRPr="00FF2004">
        <w:rPr>
          <w:rFonts w:ascii="Times New Roman" w:hAnsi="Times New Roman" w:cs="Times New Roman"/>
          <w:i/>
          <w:iCs/>
          <w:color w:val="1F497D" w:themeColor="text2"/>
          <w:sz w:val="26"/>
          <w:szCs w:val="26"/>
        </w:rPr>
        <w:t>Unfunded Research Grant</w:t>
      </w:r>
      <w:r w:rsidR="00243B9F" w:rsidRPr="00FF2004">
        <w:rPr>
          <w:rFonts w:ascii="Times New Roman" w:hAnsi="Times New Roman" w:cs="Times New Roman"/>
          <w:i/>
          <w:iCs/>
          <w:color w:val="1F497D" w:themeColor="text2"/>
          <w:sz w:val="26"/>
          <w:szCs w:val="26"/>
        </w:rPr>
        <w:t xml:space="preserve"> </w:t>
      </w:r>
      <w:r w:rsidRPr="00FF2004">
        <w:rPr>
          <w:rFonts w:ascii="Times New Roman" w:hAnsi="Times New Roman" w:cs="Times New Roman"/>
          <w:i/>
          <w:iCs/>
          <w:color w:val="1F497D" w:themeColor="text2"/>
          <w:sz w:val="26"/>
          <w:szCs w:val="26"/>
        </w:rPr>
        <w:t>Proposals</w:t>
      </w:r>
    </w:p>
    <w:p w14:paraId="74B67E00" w14:textId="77777777" w:rsidR="00243B9F" w:rsidRPr="00243B9F" w:rsidRDefault="00243B9F">
      <w:pPr>
        <w:pStyle w:val="ListBullet"/>
        <w:numPr>
          <w:ilvl w:val="0"/>
          <w:numId w:val="34"/>
        </w:numPr>
        <w:rPr>
          <w:rStyle w:val="Strong"/>
          <w:b w:val="0"/>
          <w:bCs w:val="0"/>
          <w:sz w:val="22"/>
          <w:szCs w:val="22"/>
        </w:rPr>
      </w:pPr>
      <w:r>
        <w:rPr>
          <w:rStyle w:val="Emphasis"/>
        </w:rPr>
        <w:t>Appalachian State University AmeriCorps Survivor Link Member Program</w:t>
      </w:r>
      <w:r>
        <w:t xml:space="preserve">. Sub-award proposal approved at </w:t>
      </w:r>
      <w:r>
        <w:rPr>
          <w:rStyle w:val="Strong"/>
        </w:rPr>
        <w:t>Appalachian State University</w:t>
      </w:r>
      <w:r>
        <w:t xml:space="preserve"> and submitted to </w:t>
      </w:r>
      <w:r>
        <w:rPr>
          <w:rStyle w:val="Strong"/>
        </w:rPr>
        <w:t>Arizona State University</w:t>
      </w:r>
      <w:r>
        <w:t xml:space="preserve"> for funding by </w:t>
      </w:r>
      <w:r>
        <w:rPr>
          <w:rStyle w:val="Strong"/>
        </w:rPr>
        <w:t>AmeriCorps State and National Grants</w:t>
      </w:r>
      <w:r>
        <w:t xml:space="preserve">. Role: </w:t>
      </w:r>
      <w:r>
        <w:rPr>
          <w:rStyle w:val="Strong"/>
        </w:rPr>
        <w:t>Faculty Coordinator</w:t>
      </w:r>
      <w:r>
        <w:t xml:space="preserve">. Requested amount: </w:t>
      </w:r>
      <w:r>
        <w:rPr>
          <w:rStyle w:val="Strong"/>
        </w:rPr>
        <w:t>$4,840</w:t>
      </w:r>
      <w:r>
        <w:t>. Submitted Fall 2024</w:t>
      </w:r>
    </w:p>
    <w:p w14:paraId="180CC754" w14:textId="77777777" w:rsidR="00062767" w:rsidRPr="00C52EBF" w:rsidRDefault="00000000">
      <w:pPr>
        <w:pStyle w:val="ListBullet"/>
        <w:numPr>
          <w:ilvl w:val="0"/>
          <w:numId w:val="34"/>
        </w:numPr>
      </w:pPr>
      <w:r w:rsidRPr="00C52EBF">
        <w:rPr>
          <w:b/>
          <w:bCs/>
          <w:sz w:val="22"/>
          <w:szCs w:val="22"/>
        </w:rPr>
        <w:t>Sinha, S</w:t>
      </w:r>
      <w:r w:rsidR="00256E1B" w:rsidRPr="00C52EBF">
        <w:rPr>
          <w:b/>
          <w:bCs/>
          <w:sz w:val="22"/>
          <w:szCs w:val="22"/>
        </w:rPr>
        <w:t>.</w:t>
      </w:r>
      <w:r w:rsidRPr="00C52EBF">
        <w:rPr>
          <w:b/>
          <w:bCs/>
          <w:sz w:val="22"/>
          <w:szCs w:val="22"/>
        </w:rPr>
        <w:t xml:space="preserve"> (PI)</w:t>
      </w:r>
      <w:r w:rsidRPr="00062767">
        <w:rPr>
          <w:sz w:val="22"/>
          <w:szCs w:val="22"/>
        </w:rPr>
        <w:t xml:space="preserve"> &amp; Shrivastava, A(Co-PI), </w:t>
      </w:r>
      <w:r w:rsidRPr="00062767">
        <w:rPr>
          <w:i/>
          <w:iCs/>
          <w:sz w:val="22"/>
          <w:szCs w:val="22"/>
        </w:rPr>
        <w:t xml:space="preserve">A Cell </w:t>
      </w:r>
      <w:r w:rsidR="00243B9F" w:rsidRPr="00062767">
        <w:rPr>
          <w:i/>
          <w:iCs/>
          <w:sz w:val="22"/>
          <w:szCs w:val="22"/>
        </w:rPr>
        <w:t>P</w:t>
      </w:r>
      <w:r w:rsidRPr="00062767">
        <w:rPr>
          <w:i/>
          <w:iCs/>
          <w:sz w:val="22"/>
          <w:szCs w:val="22"/>
        </w:rPr>
        <w:t>hone-</w:t>
      </w:r>
      <w:r w:rsidR="00243B9F" w:rsidRPr="00062767">
        <w:rPr>
          <w:i/>
          <w:iCs/>
          <w:sz w:val="22"/>
          <w:szCs w:val="22"/>
        </w:rPr>
        <w:t xml:space="preserve">App </w:t>
      </w:r>
      <w:r w:rsidR="00062767" w:rsidRPr="00062767">
        <w:rPr>
          <w:i/>
          <w:iCs/>
          <w:sz w:val="22"/>
          <w:szCs w:val="22"/>
        </w:rPr>
        <w:t>B</w:t>
      </w:r>
      <w:r w:rsidRPr="00062767">
        <w:rPr>
          <w:i/>
          <w:iCs/>
          <w:sz w:val="22"/>
          <w:szCs w:val="22"/>
        </w:rPr>
        <w:t>ased Intervention to</w:t>
      </w:r>
      <w:r w:rsidR="00062767" w:rsidRPr="00062767">
        <w:rPr>
          <w:i/>
          <w:iCs/>
          <w:sz w:val="22"/>
          <w:szCs w:val="22"/>
        </w:rPr>
        <w:t xml:space="preserve"> P</w:t>
      </w:r>
      <w:r w:rsidRPr="00062767">
        <w:rPr>
          <w:i/>
          <w:iCs/>
          <w:sz w:val="22"/>
          <w:szCs w:val="22"/>
        </w:rPr>
        <w:t>revent Violence among Non-brothel-based Sex Workers</w:t>
      </w:r>
      <w:r w:rsidRPr="00062767">
        <w:rPr>
          <w:sz w:val="22"/>
          <w:szCs w:val="22"/>
        </w:rPr>
        <w:t xml:space="preserve">, </w:t>
      </w:r>
      <w:r w:rsidR="00062767">
        <w:rPr>
          <w:rStyle w:val="Emphasis"/>
        </w:rPr>
        <w:t>A Cell Phone App–Based Intervention to Prevent Violence Among Non-Brothel-Based Sex Workers</w:t>
      </w:r>
      <w:r w:rsidR="00062767">
        <w:t xml:space="preserve">. Proposal submitted to the </w:t>
      </w:r>
      <w:r w:rsidR="00062767">
        <w:rPr>
          <w:rStyle w:val="Strong"/>
        </w:rPr>
        <w:t>National Institutes of Health (NIH)</w:t>
      </w:r>
      <w:r w:rsidR="00062767">
        <w:t xml:space="preserve">, R03 grant mechanism. Submitted: </w:t>
      </w:r>
      <w:r w:rsidR="00062767" w:rsidRPr="00C52EBF">
        <w:rPr>
          <w:rStyle w:val="Strong"/>
          <w:b w:val="0"/>
          <w:bCs w:val="0"/>
        </w:rPr>
        <w:t>February 16, 2016</w:t>
      </w:r>
      <w:r w:rsidR="00062767" w:rsidRPr="00C52EBF">
        <w:rPr>
          <w:b/>
          <w:bCs/>
        </w:rPr>
        <w:t xml:space="preserve">. </w:t>
      </w:r>
      <w:r w:rsidR="00062767" w:rsidRPr="00C52EBF">
        <w:t xml:space="preserve">Competitive proposal reviewed and scored; </w:t>
      </w:r>
      <w:r w:rsidR="00062767" w:rsidRPr="00C52EBF">
        <w:rPr>
          <w:rStyle w:val="Strong"/>
          <w:b w:val="0"/>
          <w:bCs w:val="0"/>
        </w:rPr>
        <w:t>not funded</w:t>
      </w:r>
      <w:r w:rsidR="00062767" w:rsidRPr="00C52EBF">
        <w:rPr>
          <w:b/>
          <w:bCs/>
        </w:rPr>
        <w:t>.</w:t>
      </w:r>
    </w:p>
    <w:p w14:paraId="3D47A8A0" w14:textId="77777777" w:rsidR="00062767" w:rsidRDefault="00062767" w:rsidP="00062767">
      <w:pPr>
        <w:pStyle w:val="ListBullet"/>
        <w:ind w:left="720"/>
      </w:pPr>
    </w:p>
    <w:p w14:paraId="011CC411" w14:textId="77777777" w:rsidR="00F137D7" w:rsidRPr="00FF2004" w:rsidRDefault="00FF2004" w:rsidP="00062767">
      <w:pPr>
        <w:pStyle w:val="Heading2"/>
        <w:spacing w:before="0"/>
        <w:contextualSpacing/>
        <w:rPr>
          <w:rFonts w:ascii="Times New Roman" w:hAnsi="Times New Roman" w:cs="Times New Roman"/>
          <w:color w:val="1F497D" w:themeColor="text2"/>
        </w:rPr>
      </w:pPr>
      <w:r w:rsidRPr="00FF2004">
        <w:rPr>
          <w:rFonts w:ascii="Times New Roman" w:hAnsi="Times New Roman" w:cs="Times New Roman"/>
          <w:color w:val="1F497D" w:themeColor="text2"/>
        </w:rPr>
        <w:t>PRESENTATIONS</w:t>
      </w:r>
    </w:p>
    <w:p w14:paraId="479A6DA8" w14:textId="77777777" w:rsidR="00950C27" w:rsidRPr="00FF2004" w:rsidRDefault="00000000" w:rsidP="009C1458">
      <w:pPr>
        <w:pStyle w:val="Heading3"/>
        <w:rPr>
          <w:rFonts w:ascii="Times New Roman" w:hAnsi="Times New Roman" w:cs="Times New Roman"/>
          <w:i/>
          <w:iCs/>
          <w:color w:val="1F497D" w:themeColor="text2"/>
        </w:rPr>
      </w:pPr>
      <w:r w:rsidRPr="00FF2004">
        <w:rPr>
          <w:rFonts w:ascii="Times New Roman" w:hAnsi="Times New Roman" w:cs="Times New Roman"/>
          <w:i/>
          <w:iCs/>
          <w:color w:val="1F497D" w:themeColor="text2"/>
        </w:rPr>
        <w:t>Peer-Reviewed National Presentations</w:t>
      </w:r>
    </w:p>
    <w:p w14:paraId="0A6DA9B1" w14:textId="77777777" w:rsidR="00F137D7" w:rsidRPr="0016486B" w:rsidRDefault="00F137D7" w:rsidP="00F137D7">
      <w:pPr>
        <w:spacing w:line="259" w:lineRule="auto"/>
        <w:ind w:left="911" w:right="131"/>
        <w:rPr>
          <w:i/>
        </w:rPr>
      </w:pPr>
      <w:r w:rsidRPr="0016486B">
        <w:rPr>
          <w:i/>
        </w:rPr>
        <w:t>*</w:t>
      </w:r>
      <w:proofErr w:type="gramStart"/>
      <w:r w:rsidRPr="0016486B">
        <w:rPr>
          <w:i/>
        </w:rPr>
        <w:t>indicates</w:t>
      </w:r>
      <w:proofErr w:type="gramEnd"/>
      <w:r w:rsidRPr="0016486B">
        <w:rPr>
          <w:i/>
        </w:rPr>
        <w:t xml:space="preserve"> collaboration with a student </w:t>
      </w:r>
    </w:p>
    <w:p w14:paraId="2C139A35" w14:textId="77777777" w:rsidR="00F137D7" w:rsidRPr="00463DB9" w:rsidRDefault="00F137D7">
      <w:pPr>
        <w:pStyle w:val="ListParagraph"/>
        <w:numPr>
          <w:ilvl w:val="0"/>
          <w:numId w:val="10"/>
        </w:numPr>
        <w:spacing w:line="259" w:lineRule="auto"/>
        <w:ind w:right="131"/>
        <w:rPr>
          <w:i/>
          <w:sz w:val="22"/>
          <w:szCs w:val="22"/>
        </w:rPr>
      </w:pPr>
      <w:r w:rsidRPr="005B3B66">
        <w:rPr>
          <w:b/>
          <w:bCs/>
          <w:sz w:val="22"/>
          <w:szCs w:val="22"/>
        </w:rPr>
        <w:t xml:space="preserve">Presenter </w:t>
      </w:r>
      <w:r w:rsidRPr="00463DB9">
        <w:rPr>
          <w:sz w:val="22"/>
          <w:szCs w:val="22"/>
        </w:rPr>
        <w:t>(</w:t>
      </w:r>
      <w:r w:rsidR="005C7976" w:rsidRPr="00463DB9">
        <w:rPr>
          <w:sz w:val="22"/>
          <w:szCs w:val="22"/>
        </w:rPr>
        <w:t xml:space="preserve">upcoming October, </w:t>
      </w:r>
      <w:r w:rsidRPr="00463DB9">
        <w:rPr>
          <w:sz w:val="22"/>
          <w:szCs w:val="22"/>
        </w:rPr>
        <w:t>2025)</w:t>
      </w:r>
      <w:r w:rsidR="00504C80" w:rsidRPr="00463DB9">
        <w:rPr>
          <w:sz w:val="22"/>
          <w:szCs w:val="22"/>
        </w:rPr>
        <w:t xml:space="preserve">. </w:t>
      </w:r>
      <w:r w:rsidRPr="0052720D">
        <w:rPr>
          <w:i/>
          <w:iCs/>
          <w:sz w:val="22"/>
          <w:szCs w:val="22"/>
        </w:rPr>
        <w:t>Women Living with HIV/AIDS in Kolkata, India: Implications for Disability Justice from Srishti’s Story</w:t>
      </w:r>
      <w:r w:rsidRPr="00463DB9">
        <w:rPr>
          <w:sz w:val="22"/>
          <w:szCs w:val="22"/>
        </w:rPr>
        <w:t>, at the 71st Council for Social Work Education</w:t>
      </w:r>
      <w:r w:rsidR="00870388" w:rsidRPr="00463DB9">
        <w:rPr>
          <w:sz w:val="22"/>
          <w:szCs w:val="22"/>
        </w:rPr>
        <w:t xml:space="preserve"> Annual Program Meeting (CSWE APM)</w:t>
      </w:r>
      <w:r w:rsidRPr="00463DB9">
        <w:rPr>
          <w:sz w:val="22"/>
          <w:szCs w:val="22"/>
        </w:rPr>
        <w:t xml:space="preserve">, October 23-26, at Denver, Colorado. </w:t>
      </w:r>
    </w:p>
    <w:p w14:paraId="070FB1DC" w14:textId="77777777" w:rsidR="00F137D7" w:rsidRPr="00463DB9" w:rsidRDefault="00F137D7">
      <w:pPr>
        <w:pStyle w:val="ListParagraph"/>
        <w:numPr>
          <w:ilvl w:val="0"/>
          <w:numId w:val="10"/>
        </w:numPr>
        <w:spacing w:line="259" w:lineRule="auto"/>
        <w:ind w:right="131"/>
        <w:rPr>
          <w:i/>
          <w:sz w:val="22"/>
          <w:szCs w:val="22"/>
        </w:rPr>
      </w:pPr>
      <w:r w:rsidRPr="005B3B66">
        <w:rPr>
          <w:b/>
          <w:bCs/>
          <w:sz w:val="22"/>
          <w:szCs w:val="22"/>
        </w:rPr>
        <w:t>Organizer, Chair, Presenter</w:t>
      </w:r>
      <w:r w:rsidRPr="00463DB9">
        <w:rPr>
          <w:sz w:val="22"/>
          <w:szCs w:val="22"/>
        </w:rPr>
        <w:t xml:space="preserve"> (2021)</w:t>
      </w:r>
      <w:r w:rsidR="00504C80" w:rsidRPr="00463DB9">
        <w:rPr>
          <w:sz w:val="22"/>
          <w:szCs w:val="22"/>
        </w:rPr>
        <w:t>.</w:t>
      </w:r>
      <w:r w:rsidRPr="00463DB9">
        <w:rPr>
          <w:sz w:val="22"/>
          <w:szCs w:val="22"/>
        </w:rPr>
        <w:t xml:space="preserve"> A</w:t>
      </w:r>
      <w:r w:rsidR="0052720D">
        <w:rPr>
          <w:sz w:val="22"/>
          <w:szCs w:val="22"/>
        </w:rPr>
        <w:t>n international</w:t>
      </w:r>
      <w:r w:rsidRPr="00463DB9">
        <w:rPr>
          <w:sz w:val="22"/>
          <w:szCs w:val="22"/>
        </w:rPr>
        <w:t xml:space="preserve"> roundtable</w:t>
      </w:r>
      <w:r w:rsidR="0052720D">
        <w:rPr>
          <w:sz w:val="22"/>
          <w:szCs w:val="22"/>
        </w:rPr>
        <w:t xml:space="preserve">, titled </w:t>
      </w:r>
      <w:r w:rsidRPr="00463DB9">
        <w:rPr>
          <w:sz w:val="22"/>
          <w:szCs w:val="22"/>
        </w:rPr>
        <w:t xml:space="preserve"> </w:t>
      </w:r>
      <w:r w:rsidRPr="0052720D">
        <w:rPr>
          <w:i/>
          <w:iCs/>
          <w:sz w:val="22"/>
          <w:szCs w:val="22"/>
        </w:rPr>
        <w:t xml:space="preserve">Impact of the COVID-19 </w:t>
      </w:r>
      <w:r w:rsidR="0052720D">
        <w:rPr>
          <w:i/>
          <w:iCs/>
          <w:sz w:val="22"/>
          <w:szCs w:val="22"/>
        </w:rPr>
        <w:t>P</w:t>
      </w:r>
      <w:r w:rsidRPr="0052720D">
        <w:rPr>
          <w:i/>
          <w:iCs/>
          <w:sz w:val="22"/>
          <w:szCs w:val="22"/>
        </w:rPr>
        <w:t>andemic on South Asian Marginalized Communities</w:t>
      </w:r>
      <w:r w:rsidRPr="00463DB9">
        <w:rPr>
          <w:sz w:val="22"/>
          <w:szCs w:val="22"/>
        </w:rPr>
        <w:t xml:space="preserve"> at the 49th Annual Conference on South Asia, October 23rd, 2021. </w:t>
      </w:r>
    </w:p>
    <w:p w14:paraId="0026E6CB" w14:textId="77777777" w:rsidR="00F137D7" w:rsidRPr="00463DB9" w:rsidRDefault="00F137D7">
      <w:pPr>
        <w:pStyle w:val="ListParagraph"/>
        <w:numPr>
          <w:ilvl w:val="0"/>
          <w:numId w:val="10"/>
        </w:numPr>
        <w:spacing w:line="259" w:lineRule="auto"/>
        <w:ind w:right="131"/>
        <w:rPr>
          <w:i/>
          <w:iCs/>
          <w:sz w:val="22"/>
          <w:szCs w:val="22"/>
        </w:rPr>
      </w:pPr>
      <w:r w:rsidRPr="005B3B66">
        <w:rPr>
          <w:b/>
          <w:bCs/>
          <w:sz w:val="22"/>
          <w:szCs w:val="22"/>
        </w:rPr>
        <w:t>Invited Panelist</w:t>
      </w:r>
      <w:r w:rsidR="005B3B66">
        <w:rPr>
          <w:sz w:val="22"/>
          <w:szCs w:val="22"/>
        </w:rPr>
        <w:t xml:space="preserve"> </w:t>
      </w:r>
      <w:r w:rsidR="005B3B66" w:rsidRPr="005B3B66">
        <w:rPr>
          <w:b/>
          <w:bCs/>
          <w:sz w:val="22"/>
          <w:szCs w:val="22"/>
        </w:rPr>
        <w:t xml:space="preserve">Presenter </w:t>
      </w:r>
      <w:r w:rsidRPr="00463DB9">
        <w:rPr>
          <w:sz w:val="22"/>
          <w:szCs w:val="22"/>
        </w:rPr>
        <w:t>(2022)</w:t>
      </w:r>
      <w:r w:rsidR="00504C80" w:rsidRPr="00463DB9">
        <w:rPr>
          <w:sz w:val="22"/>
          <w:szCs w:val="22"/>
        </w:rPr>
        <w:t>.</w:t>
      </w:r>
      <w:r w:rsidRPr="00463DB9">
        <w:rPr>
          <w:sz w:val="22"/>
          <w:szCs w:val="22"/>
        </w:rPr>
        <w:t xml:space="preserve"> A roundtable </w:t>
      </w:r>
      <w:r w:rsidR="00504C80" w:rsidRPr="00463DB9">
        <w:rPr>
          <w:sz w:val="22"/>
          <w:szCs w:val="22"/>
        </w:rPr>
        <w:t xml:space="preserve">panel </w:t>
      </w:r>
      <w:r w:rsidRPr="00463DB9">
        <w:rPr>
          <w:sz w:val="22"/>
          <w:szCs w:val="22"/>
        </w:rPr>
        <w:t>webinar</w:t>
      </w:r>
      <w:r w:rsidR="0052720D">
        <w:rPr>
          <w:sz w:val="22"/>
          <w:szCs w:val="22"/>
        </w:rPr>
        <w:t xml:space="preserve">, titled </w:t>
      </w:r>
      <w:r w:rsidRPr="0052720D">
        <w:rPr>
          <w:i/>
          <w:iCs/>
          <w:sz w:val="22"/>
          <w:szCs w:val="22"/>
        </w:rPr>
        <w:t xml:space="preserve">Social </w:t>
      </w:r>
      <w:r w:rsidR="00504C80" w:rsidRPr="0052720D">
        <w:rPr>
          <w:i/>
          <w:iCs/>
          <w:sz w:val="22"/>
          <w:szCs w:val="22"/>
        </w:rPr>
        <w:t>W</w:t>
      </w:r>
      <w:r w:rsidRPr="0052720D">
        <w:rPr>
          <w:i/>
          <w:iCs/>
          <w:sz w:val="22"/>
          <w:szCs w:val="22"/>
        </w:rPr>
        <w:t>ork, Critical Feminisms, and Sex work</w:t>
      </w:r>
      <w:r w:rsidRPr="00463DB9">
        <w:rPr>
          <w:sz w:val="22"/>
          <w:szCs w:val="22"/>
        </w:rPr>
        <w:t xml:space="preserve"> organized by </w:t>
      </w:r>
      <w:r w:rsidR="0052720D">
        <w:rPr>
          <w:sz w:val="22"/>
          <w:szCs w:val="22"/>
        </w:rPr>
        <w:t xml:space="preserve">the journal </w:t>
      </w:r>
      <w:proofErr w:type="spellStart"/>
      <w:r w:rsidRPr="007C7ED7">
        <w:rPr>
          <w:i/>
          <w:iCs/>
          <w:sz w:val="22"/>
          <w:szCs w:val="22"/>
        </w:rPr>
        <w:t>Affilia</w:t>
      </w:r>
      <w:proofErr w:type="spellEnd"/>
      <w:r w:rsidRPr="007C7ED7">
        <w:rPr>
          <w:i/>
          <w:iCs/>
          <w:sz w:val="22"/>
          <w:szCs w:val="22"/>
        </w:rPr>
        <w:t>: Feminist Inquiry in Social Work</w:t>
      </w:r>
      <w:r w:rsidRPr="00463DB9">
        <w:rPr>
          <w:i/>
          <w:iCs/>
          <w:sz w:val="22"/>
          <w:szCs w:val="22"/>
        </w:rPr>
        <w:t xml:space="preserve"> </w:t>
      </w:r>
      <w:r w:rsidRPr="0052720D">
        <w:rPr>
          <w:sz w:val="22"/>
          <w:szCs w:val="22"/>
        </w:rPr>
        <w:t>on February 24th, 2022.</w:t>
      </w:r>
      <w:r w:rsidRPr="00463DB9">
        <w:rPr>
          <w:i/>
          <w:iCs/>
          <w:sz w:val="22"/>
          <w:szCs w:val="22"/>
        </w:rPr>
        <w:t xml:space="preserve">  </w:t>
      </w:r>
    </w:p>
    <w:p w14:paraId="6F70B11E" w14:textId="77777777" w:rsidR="00F137D7" w:rsidRPr="0052720D" w:rsidRDefault="00504C80">
      <w:pPr>
        <w:pStyle w:val="ListParagraph"/>
        <w:numPr>
          <w:ilvl w:val="0"/>
          <w:numId w:val="10"/>
        </w:numPr>
        <w:spacing w:line="259" w:lineRule="auto"/>
        <w:ind w:right="131"/>
        <w:rPr>
          <w:i/>
          <w:iCs/>
          <w:sz w:val="22"/>
          <w:szCs w:val="22"/>
        </w:rPr>
      </w:pPr>
      <w:r w:rsidRPr="005B3B66">
        <w:rPr>
          <w:b/>
          <w:bCs/>
          <w:sz w:val="22"/>
          <w:szCs w:val="22"/>
        </w:rPr>
        <w:lastRenderedPageBreak/>
        <w:t xml:space="preserve">Presenter </w:t>
      </w:r>
      <w:r w:rsidR="00F137D7" w:rsidRPr="00463DB9">
        <w:rPr>
          <w:sz w:val="22"/>
          <w:szCs w:val="22"/>
        </w:rPr>
        <w:t xml:space="preserve">(2020). </w:t>
      </w:r>
      <w:r w:rsidR="00F137D7" w:rsidRPr="0052720D">
        <w:rPr>
          <w:i/>
          <w:iCs/>
          <w:sz w:val="22"/>
          <w:szCs w:val="22"/>
        </w:rPr>
        <w:t xml:space="preserve">How Has the Rule of E-Governance, Using the New National </w:t>
      </w:r>
    </w:p>
    <w:p w14:paraId="5147AEA8" w14:textId="77777777" w:rsidR="00F137D7" w:rsidRPr="00463DB9" w:rsidRDefault="00F137D7" w:rsidP="00F137D7">
      <w:pPr>
        <w:pStyle w:val="ListParagraph"/>
        <w:spacing w:line="259" w:lineRule="auto"/>
        <w:ind w:right="131"/>
        <w:rPr>
          <w:sz w:val="22"/>
          <w:szCs w:val="22"/>
        </w:rPr>
      </w:pPr>
      <w:r w:rsidRPr="0052720D">
        <w:rPr>
          <w:i/>
          <w:iCs/>
          <w:sz w:val="22"/>
          <w:szCs w:val="22"/>
        </w:rPr>
        <w:t>Digital Biometric Identity Program Called Aadhaar, Impacted Sex Workers and Sex Trade in India?</w:t>
      </w:r>
      <w:r w:rsidR="00504C80" w:rsidRPr="00463DB9">
        <w:rPr>
          <w:sz w:val="22"/>
          <w:szCs w:val="22"/>
        </w:rPr>
        <w:t xml:space="preserve"> </w:t>
      </w:r>
      <w:r w:rsidRPr="00463DB9">
        <w:rPr>
          <w:sz w:val="22"/>
          <w:szCs w:val="22"/>
        </w:rPr>
        <w:t>accepted for the Law &amp; Society Annual Meeting, Denver, C</w:t>
      </w:r>
      <w:r w:rsidR="00256E1B" w:rsidRPr="00463DB9">
        <w:rPr>
          <w:sz w:val="22"/>
          <w:szCs w:val="22"/>
        </w:rPr>
        <w:t>olorado</w:t>
      </w:r>
      <w:r w:rsidRPr="00463DB9">
        <w:rPr>
          <w:sz w:val="22"/>
          <w:szCs w:val="22"/>
        </w:rPr>
        <w:t>, May 28-31</w:t>
      </w:r>
    </w:p>
    <w:p w14:paraId="46043454" w14:textId="77777777" w:rsidR="00F137D7" w:rsidRPr="00463DB9" w:rsidRDefault="00F137D7">
      <w:pPr>
        <w:pStyle w:val="ListParagraph"/>
        <w:numPr>
          <w:ilvl w:val="0"/>
          <w:numId w:val="10"/>
        </w:numPr>
        <w:spacing w:line="259" w:lineRule="auto"/>
        <w:ind w:right="131"/>
        <w:rPr>
          <w:sz w:val="22"/>
          <w:szCs w:val="22"/>
        </w:rPr>
      </w:pPr>
      <w:r w:rsidRPr="00463DB9">
        <w:rPr>
          <w:sz w:val="22"/>
          <w:szCs w:val="22"/>
        </w:rPr>
        <w:t xml:space="preserve">Azhar, S., </w:t>
      </w:r>
      <w:r w:rsidRPr="00463DB9">
        <w:rPr>
          <w:b/>
          <w:bCs/>
          <w:sz w:val="22"/>
          <w:szCs w:val="22"/>
        </w:rPr>
        <w:t>Sinha, S.,</w:t>
      </w:r>
      <w:r w:rsidRPr="00463DB9">
        <w:rPr>
          <w:sz w:val="22"/>
          <w:szCs w:val="22"/>
        </w:rPr>
        <w:t xml:space="preserve"> Sharvari, K., &amp; Dasgupta, S. (2019). </w:t>
      </w:r>
      <w:r w:rsidRPr="0052720D">
        <w:rPr>
          <w:i/>
          <w:iCs/>
          <w:sz w:val="22"/>
          <w:szCs w:val="22"/>
        </w:rPr>
        <w:t>Examining Diversity within sex work in India, a panel presentation</w:t>
      </w:r>
      <w:r w:rsidRPr="00463DB9">
        <w:rPr>
          <w:sz w:val="22"/>
          <w:szCs w:val="22"/>
        </w:rPr>
        <w:t xml:space="preserve">, Society for Social Work Research (SSWR), San Francisco, California, January 16-20. </w:t>
      </w:r>
    </w:p>
    <w:p w14:paraId="2A58576E" w14:textId="77777777" w:rsidR="00F137D7" w:rsidRPr="00463DB9" w:rsidRDefault="00504C80">
      <w:pPr>
        <w:pStyle w:val="ListParagraph"/>
        <w:numPr>
          <w:ilvl w:val="0"/>
          <w:numId w:val="10"/>
        </w:numPr>
        <w:spacing w:line="259" w:lineRule="auto"/>
        <w:ind w:right="131"/>
        <w:rPr>
          <w:sz w:val="22"/>
          <w:szCs w:val="22"/>
        </w:rPr>
      </w:pPr>
      <w:r w:rsidRPr="005B3B66">
        <w:rPr>
          <w:b/>
          <w:bCs/>
          <w:sz w:val="22"/>
          <w:szCs w:val="22"/>
        </w:rPr>
        <w:t>Presenter</w:t>
      </w:r>
      <w:r w:rsidR="00F137D7" w:rsidRPr="005B3B66">
        <w:rPr>
          <w:b/>
          <w:bCs/>
          <w:sz w:val="22"/>
          <w:szCs w:val="22"/>
        </w:rPr>
        <w:t xml:space="preserve"> </w:t>
      </w:r>
      <w:r w:rsidR="00F137D7" w:rsidRPr="00463DB9">
        <w:rPr>
          <w:sz w:val="22"/>
          <w:szCs w:val="22"/>
        </w:rPr>
        <w:t xml:space="preserve">(2018). </w:t>
      </w:r>
      <w:r w:rsidR="00F137D7" w:rsidRPr="00962A1A">
        <w:rPr>
          <w:i/>
          <w:iCs/>
          <w:sz w:val="22"/>
          <w:szCs w:val="22"/>
        </w:rPr>
        <w:t xml:space="preserve">Women's </w:t>
      </w:r>
      <w:r w:rsidRPr="00962A1A">
        <w:rPr>
          <w:i/>
          <w:iCs/>
          <w:sz w:val="22"/>
          <w:szCs w:val="22"/>
        </w:rPr>
        <w:t>P</w:t>
      </w:r>
      <w:r w:rsidR="00F137D7" w:rsidRPr="00962A1A">
        <w:rPr>
          <w:i/>
          <w:iCs/>
          <w:sz w:val="22"/>
          <w:szCs w:val="22"/>
        </w:rPr>
        <w:t xml:space="preserve">erceptions of their </w:t>
      </w:r>
      <w:r w:rsidRPr="00962A1A">
        <w:rPr>
          <w:i/>
          <w:iCs/>
          <w:sz w:val="22"/>
          <w:szCs w:val="22"/>
        </w:rPr>
        <w:t>F</w:t>
      </w:r>
      <w:r w:rsidR="00F137D7" w:rsidRPr="00962A1A">
        <w:rPr>
          <w:i/>
          <w:iCs/>
          <w:sz w:val="22"/>
          <w:szCs w:val="22"/>
        </w:rPr>
        <w:t xml:space="preserve">uture within the Indian sex </w:t>
      </w:r>
      <w:r w:rsidRPr="00962A1A">
        <w:rPr>
          <w:i/>
          <w:iCs/>
          <w:sz w:val="22"/>
          <w:szCs w:val="22"/>
        </w:rPr>
        <w:t>I</w:t>
      </w:r>
      <w:r w:rsidR="00F137D7" w:rsidRPr="00962A1A">
        <w:rPr>
          <w:i/>
          <w:iCs/>
          <w:sz w:val="22"/>
          <w:szCs w:val="22"/>
        </w:rPr>
        <w:t>ndustry,</w:t>
      </w:r>
      <w:r w:rsidR="00F137D7" w:rsidRPr="00463DB9">
        <w:rPr>
          <w:sz w:val="22"/>
          <w:szCs w:val="22"/>
        </w:rPr>
        <w:t xml:space="preserve"> Council for Social Work Education Annual Program Meeting (CSWE, APM), Orlando, Florida, November 8–11. </w:t>
      </w:r>
    </w:p>
    <w:p w14:paraId="1A1ED36E" w14:textId="77777777" w:rsidR="00F137D7" w:rsidRPr="00463DB9" w:rsidRDefault="00F137D7">
      <w:pPr>
        <w:pStyle w:val="ListParagraph"/>
        <w:numPr>
          <w:ilvl w:val="0"/>
          <w:numId w:val="10"/>
        </w:numPr>
        <w:spacing w:line="259" w:lineRule="auto"/>
        <w:ind w:right="131"/>
        <w:rPr>
          <w:sz w:val="22"/>
          <w:szCs w:val="22"/>
        </w:rPr>
      </w:pPr>
      <w:r w:rsidRPr="00463DB9">
        <w:rPr>
          <w:b/>
          <w:bCs/>
          <w:sz w:val="22"/>
          <w:szCs w:val="22"/>
        </w:rPr>
        <w:t>Sinha, S.</w:t>
      </w:r>
      <w:r w:rsidRPr="00463DB9">
        <w:rPr>
          <w:sz w:val="22"/>
          <w:szCs w:val="22"/>
        </w:rPr>
        <w:t xml:space="preserve"> &amp; Shrivastava, A. (2018). </w:t>
      </w:r>
      <w:r w:rsidRPr="00962A1A">
        <w:rPr>
          <w:i/>
          <w:iCs/>
          <w:sz w:val="22"/>
          <w:szCs w:val="22"/>
        </w:rPr>
        <w:t xml:space="preserve">A </w:t>
      </w:r>
      <w:r w:rsidR="00504C80" w:rsidRPr="00962A1A">
        <w:rPr>
          <w:i/>
          <w:iCs/>
          <w:sz w:val="22"/>
          <w:szCs w:val="22"/>
        </w:rPr>
        <w:t>C</w:t>
      </w:r>
      <w:r w:rsidRPr="00962A1A">
        <w:rPr>
          <w:i/>
          <w:iCs/>
          <w:sz w:val="22"/>
          <w:szCs w:val="22"/>
        </w:rPr>
        <w:t xml:space="preserve">ase for Inter-professional Education among ICT and </w:t>
      </w:r>
      <w:r w:rsidR="00504C80" w:rsidRPr="00962A1A">
        <w:rPr>
          <w:i/>
          <w:iCs/>
          <w:sz w:val="22"/>
          <w:szCs w:val="22"/>
        </w:rPr>
        <w:t>S</w:t>
      </w:r>
      <w:r w:rsidRPr="00962A1A">
        <w:rPr>
          <w:i/>
          <w:iCs/>
          <w:sz w:val="22"/>
          <w:szCs w:val="22"/>
        </w:rPr>
        <w:t xml:space="preserve">ocial </w:t>
      </w:r>
      <w:r w:rsidR="00504C80" w:rsidRPr="00962A1A">
        <w:rPr>
          <w:i/>
          <w:iCs/>
          <w:sz w:val="22"/>
          <w:szCs w:val="22"/>
        </w:rPr>
        <w:t>W</w:t>
      </w:r>
      <w:r w:rsidRPr="00962A1A">
        <w:rPr>
          <w:i/>
          <w:iCs/>
          <w:sz w:val="22"/>
          <w:szCs w:val="22"/>
        </w:rPr>
        <w:t>ork professionals</w:t>
      </w:r>
      <w:r w:rsidRPr="00463DB9">
        <w:rPr>
          <w:sz w:val="22"/>
          <w:szCs w:val="22"/>
        </w:rPr>
        <w:t xml:space="preserve">, </w:t>
      </w:r>
      <w:r w:rsidR="00504C80" w:rsidRPr="00463DB9">
        <w:rPr>
          <w:sz w:val="22"/>
          <w:szCs w:val="22"/>
        </w:rPr>
        <w:t>presented in the e</w:t>
      </w:r>
      <w:r w:rsidRPr="00463DB9">
        <w:rPr>
          <w:sz w:val="22"/>
          <w:szCs w:val="22"/>
        </w:rPr>
        <w:t xml:space="preserve">lectronic </w:t>
      </w:r>
      <w:r w:rsidR="00504C80" w:rsidRPr="00463DB9">
        <w:rPr>
          <w:sz w:val="22"/>
          <w:szCs w:val="22"/>
        </w:rPr>
        <w:t>p</w:t>
      </w:r>
      <w:r w:rsidRPr="00463DB9">
        <w:rPr>
          <w:sz w:val="22"/>
          <w:szCs w:val="22"/>
        </w:rPr>
        <w:t xml:space="preserve">oster </w:t>
      </w:r>
      <w:r w:rsidR="00504C80" w:rsidRPr="00463DB9">
        <w:rPr>
          <w:sz w:val="22"/>
          <w:szCs w:val="22"/>
        </w:rPr>
        <w:t>s</w:t>
      </w:r>
      <w:r w:rsidRPr="00463DB9">
        <w:rPr>
          <w:sz w:val="22"/>
          <w:szCs w:val="22"/>
        </w:rPr>
        <w:t>ession</w:t>
      </w:r>
      <w:r w:rsidR="00504C80" w:rsidRPr="00463DB9">
        <w:rPr>
          <w:sz w:val="22"/>
          <w:szCs w:val="22"/>
        </w:rPr>
        <w:t xml:space="preserve"> at the </w:t>
      </w:r>
      <w:r w:rsidRPr="00463DB9">
        <w:rPr>
          <w:sz w:val="22"/>
          <w:szCs w:val="22"/>
        </w:rPr>
        <w:t xml:space="preserve">Council for Social Work Education Annual Program Meeting (CSWE APM), Orlando, Florida, November 8-11. </w:t>
      </w:r>
    </w:p>
    <w:p w14:paraId="2BA1ECD8" w14:textId="77777777" w:rsidR="00F137D7" w:rsidRDefault="007179F9">
      <w:pPr>
        <w:pStyle w:val="ListParagraph"/>
        <w:numPr>
          <w:ilvl w:val="0"/>
          <w:numId w:val="10"/>
        </w:numPr>
        <w:spacing w:line="259" w:lineRule="auto"/>
        <w:ind w:right="131"/>
        <w:rPr>
          <w:sz w:val="22"/>
          <w:szCs w:val="22"/>
        </w:rPr>
      </w:pPr>
      <w:r w:rsidRPr="005B3B66">
        <w:rPr>
          <w:b/>
          <w:bCs/>
          <w:sz w:val="22"/>
          <w:szCs w:val="22"/>
        </w:rPr>
        <w:t xml:space="preserve">Chair, </w:t>
      </w:r>
      <w:r w:rsidR="00F137D7" w:rsidRPr="005B3B66">
        <w:rPr>
          <w:b/>
          <w:bCs/>
          <w:sz w:val="22"/>
          <w:szCs w:val="22"/>
        </w:rPr>
        <w:t>Presenter</w:t>
      </w:r>
      <w:r w:rsidR="00F137D7" w:rsidRPr="00463DB9">
        <w:rPr>
          <w:sz w:val="22"/>
          <w:szCs w:val="22"/>
        </w:rPr>
        <w:t xml:space="preserve"> (2018). </w:t>
      </w:r>
      <w:r w:rsidR="00F137D7" w:rsidRPr="005B3B66">
        <w:rPr>
          <w:i/>
          <w:iCs/>
          <w:sz w:val="22"/>
          <w:szCs w:val="22"/>
        </w:rPr>
        <w:t xml:space="preserve">Cultural biography: A </w:t>
      </w:r>
      <w:r w:rsidR="00504C80" w:rsidRPr="005B3B66">
        <w:rPr>
          <w:i/>
          <w:iCs/>
          <w:sz w:val="22"/>
          <w:szCs w:val="22"/>
        </w:rPr>
        <w:t>N</w:t>
      </w:r>
      <w:r w:rsidR="00F137D7" w:rsidRPr="005B3B66">
        <w:rPr>
          <w:i/>
          <w:iCs/>
          <w:sz w:val="22"/>
          <w:szCs w:val="22"/>
        </w:rPr>
        <w:t>on-</w:t>
      </w:r>
      <w:r w:rsidR="00504C80" w:rsidRPr="005B3B66">
        <w:rPr>
          <w:i/>
          <w:iCs/>
          <w:sz w:val="22"/>
          <w:szCs w:val="22"/>
        </w:rPr>
        <w:t>S</w:t>
      </w:r>
      <w:r w:rsidR="00F137D7" w:rsidRPr="005B3B66">
        <w:rPr>
          <w:i/>
          <w:iCs/>
          <w:sz w:val="22"/>
          <w:szCs w:val="22"/>
        </w:rPr>
        <w:t xml:space="preserve">tigmatizing </w:t>
      </w:r>
      <w:r w:rsidR="00504C80" w:rsidRPr="005B3B66">
        <w:rPr>
          <w:i/>
          <w:iCs/>
          <w:sz w:val="22"/>
          <w:szCs w:val="22"/>
        </w:rPr>
        <w:t>A</w:t>
      </w:r>
      <w:r w:rsidR="00F137D7" w:rsidRPr="005B3B66">
        <w:rPr>
          <w:i/>
          <w:iCs/>
          <w:sz w:val="22"/>
          <w:szCs w:val="22"/>
        </w:rPr>
        <w:t xml:space="preserve">pproach to </w:t>
      </w:r>
      <w:r w:rsidR="00504C80" w:rsidRPr="005B3B66">
        <w:rPr>
          <w:i/>
          <w:iCs/>
          <w:sz w:val="22"/>
          <w:szCs w:val="22"/>
        </w:rPr>
        <w:t>D</w:t>
      </w:r>
      <w:r w:rsidR="00F137D7" w:rsidRPr="005B3B66">
        <w:rPr>
          <w:i/>
          <w:iCs/>
          <w:sz w:val="22"/>
          <w:szCs w:val="22"/>
        </w:rPr>
        <w:t xml:space="preserve">oing </w:t>
      </w:r>
      <w:r w:rsidR="00504C80" w:rsidRPr="005B3B66">
        <w:rPr>
          <w:i/>
          <w:iCs/>
          <w:sz w:val="22"/>
          <w:szCs w:val="22"/>
        </w:rPr>
        <w:t>R</w:t>
      </w:r>
      <w:r w:rsidR="00F137D7" w:rsidRPr="005B3B66">
        <w:rPr>
          <w:i/>
          <w:iCs/>
          <w:sz w:val="22"/>
          <w:szCs w:val="22"/>
        </w:rPr>
        <w:t xml:space="preserve">esearch with </w:t>
      </w:r>
      <w:r w:rsidR="00504C80" w:rsidRPr="005B3B66">
        <w:rPr>
          <w:i/>
          <w:iCs/>
          <w:sz w:val="22"/>
          <w:szCs w:val="22"/>
        </w:rPr>
        <w:t>S</w:t>
      </w:r>
      <w:r w:rsidR="00F137D7" w:rsidRPr="005B3B66">
        <w:rPr>
          <w:i/>
          <w:iCs/>
          <w:sz w:val="22"/>
          <w:szCs w:val="22"/>
        </w:rPr>
        <w:t xml:space="preserve">ex </w:t>
      </w:r>
      <w:r w:rsidR="00504C80" w:rsidRPr="005B3B66">
        <w:rPr>
          <w:i/>
          <w:iCs/>
          <w:sz w:val="22"/>
          <w:szCs w:val="22"/>
        </w:rPr>
        <w:t>W</w:t>
      </w:r>
      <w:r w:rsidR="00F137D7" w:rsidRPr="005B3B66">
        <w:rPr>
          <w:i/>
          <w:iCs/>
          <w:sz w:val="22"/>
          <w:szCs w:val="22"/>
        </w:rPr>
        <w:t>orkers in India</w:t>
      </w:r>
      <w:r w:rsidR="005B3B66">
        <w:rPr>
          <w:i/>
          <w:iCs/>
          <w:sz w:val="22"/>
          <w:szCs w:val="22"/>
        </w:rPr>
        <w:t xml:space="preserve">: </w:t>
      </w:r>
      <w:r w:rsidR="005B3B66" w:rsidRPr="005B3B66">
        <w:rPr>
          <w:sz w:val="22"/>
          <w:szCs w:val="22"/>
        </w:rPr>
        <w:t>Panel Session</w:t>
      </w:r>
      <w:r w:rsidR="00504C80" w:rsidRPr="00463DB9">
        <w:rPr>
          <w:sz w:val="22"/>
          <w:szCs w:val="22"/>
        </w:rPr>
        <w:t xml:space="preserve">, </w:t>
      </w:r>
      <w:r w:rsidR="00F137D7" w:rsidRPr="00463DB9">
        <w:rPr>
          <w:i/>
          <w:iCs/>
          <w:sz w:val="22"/>
          <w:szCs w:val="22"/>
        </w:rPr>
        <w:t xml:space="preserve">Power, </w:t>
      </w:r>
      <w:r w:rsidR="00504C80" w:rsidRPr="00463DB9">
        <w:rPr>
          <w:i/>
          <w:iCs/>
          <w:sz w:val="22"/>
          <w:szCs w:val="22"/>
        </w:rPr>
        <w:t>K</w:t>
      </w:r>
      <w:r w:rsidR="00F137D7" w:rsidRPr="00463DB9">
        <w:rPr>
          <w:i/>
          <w:iCs/>
          <w:sz w:val="22"/>
          <w:szCs w:val="22"/>
        </w:rPr>
        <w:t xml:space="preserve">nowledge, and </w:t>
      </w:r>
      <w:r w:rsidR="00504C80" w:rsidRPr="00463DB9">
        <w:rPr>
          <w:i/>
          <w:iCs/>
          <w:sz w:val="22"/>
          <w:szCs w:val="22"/>
        </w:rPr>
        <w:t>P</w:t>
      </w:r>
      <w:r w:rsidR="00F137D7" w:rsidRPr="00463DB9">
        <w:rPr>
          <w:i/>
          <w:iCs/>
          <w:sz w:val="22"/>
          <w:szCs w:val="22"/>
        </w:rPr>
        <w:t xml:space="preserve">raxis: Rethinking </w:t>
      </w:r>
      <w:r w:rsidR="00504C80" w:rsidRPr="00463DB9">
        <w:rPr>
          <w:i/>
          <w:iCs/>
          <w:sz w:val="22"/>
          <w:szCs w:val="22"/>
        </w:rPr>
        <w:t>M</w:t>
      </w:r>
      <w:r w:rsidR="00F137D7" w:rsidRPr="00463DB9">
        <w:rPr>
          <w:i/>
          <w:iCs/>
          <w:sz w:val="22"/>
          <w:szCs w:val="22"/>
        </w:rPr>
        <w:t xml:space="preserve">ethods in the </w:t>
      </w:r>
      <w:r w:rsidR="00504C80" w:rsidRPr="00463DB9">
        <w:rPr>
          <w:i/>
          <w:iCs/>
          <w:sz w:val="22"/>
          <w:szCs w:val="22"/>
        </w:rPr>
        <w:t>C</w:t>
      </w:r>
      <w:r w:rsidR="00F137D7" w:rsidRPr="00463DB9">
        <w:rPr>
          <w:i/>
          <w:iCs/>
          <w:sz w:val="22"/>
          <w:szCs w:val="22"/>
        </w:rPr>
        <w:t xml:space="preserve">ontext of </w:t>
      </w:r>
      <w:r w:rsidR="00504C80" w:rsidRPr="00463DB9">
        <w:rPr>
          <w:i/>
          <w:iCs/>
          <w:sz w:val="22"/>
          <w:szCs w:val="22"/>
        </w:rPr>
        <w:t>V</w:t>
      </w:r>
      <w:r w:rsidR="00F137D7" w:rsidRPr="00463DB9">
        <w:rPr>
          <w:i/>
          <w:iCs/>
          <w:sz w:val="22"/>
          <w:szCs w:val="22"/>
        </w:rPr>
        <w:t>ulnerability in India</w:t>
      </w:r>
      <w:r w:rsidR="00F137D7" w:rsidRPr="00463DB9">
        <w:rPr>
          <w:sz w:val="22"/>
          <w:szCs w:val="22"/>
        </w:rPr>
        <w:t>,</w:t>
      </w:r>
      <w:r w:rsidR="00504C80" w:rsidRPr="00463DB9">
        <w:rPr>
          <w:sz w:val="22"/>
          <w:szCs w:val="22"/>
        </w:rPr>
        <w:t xml:space="preserve"> </w:t>
      </w:r>
      <w:r w:rsidR="00F137D7" w:rsidRPr="00463DB9">
        <w:rPr>
          <w:sz w:val="22"/>
          <w:szCs w:val="22"/>
        </w:rPr>
        <w:t xml:space="preserve">47th Annual Conference on South Asia, </w:t>
      </w:r>
      <w:r w:rsidR="00870388" w:rsidRPr="00463DB9">
        <w:rPr>
          <w:sz w:val="22"/>
          <w:szCs w:val="22"/>
        </w:rPr>
        <w:t xml:space="preserve">University of Wisconsin, </w:t>
      </w:r>
      <w:r w:rsidR="00F137D7" w:rsidRPr="00463DB9">
        <w:rPr>
          <w:sz w:val="22"/>
          <w:szCs w:val="22"/>
        </w:rPr>
        <w:t xml:space="preserve">Madison, October 11 –14. </w:t>
      </w:r>
    </w:p>
    <w:p w14:paraId="7E07D1B0" w14:textId="77777777" w:rsidR="005B3B66" w:rsidRPr="005B3B66" w:rsidRDefault="005B3B66">
      <w:pPr>
        <w:pStyle w:val="ListParagraph"/>
        <w:numPr>
          <w:ilvl w:val="0"/>
          <w:numId w:val="10"/>
        </w:numPr>
        <w:spacing w:line="259" w:lineRule="auto"/>
        <w:ind w:right="131"/>
        <w:rPr>
          <w:sz w:val="22"/>
          <w:szCs w:val="22"/>
        </w:rPr>
      </w:pPr>
      <w:r w:rsidRPr="005B3B66">
        <w:rPr>
          <w:rStyle w:val="Strong"/>
          <w:sz w:val="22"/>
          <w:szCs w:val="22"/>
        </w:rPr>
        <w:t>Invited Panelist Presenter</w:t>
      </w:r>
      <w:r w:rsidRPr="005B3B66">
        <w:rPr>
          <w:sz w:val="22"/>
          <w:szCs w:val="22"/>
        </w:rPr>
        <w:t xml:space="preserve"> (2017). </w:t>
      </w:r>
      <w:r w:rsidRPr="005B3B66">
        <w:rPr>
          <w:rStyle w:val="Emphasis"/>
          <w:sz w:val="22"/>
          <w:szCs w:val="22"/>
        </w:rPr>
        <w:t>Using “Cultural Biography” in HIV Risk-Related Research with Sex Workers in Kolkata, India</w:t>
      </w:r>
      <w:r w:rsidRPr="005B3B66">
        <w:rPr>
          <w:sz w:val="22"/>
          <w:szCs w:val="22"/>
        </w:rPr>
        <w:t xml:space="preserve">. Panel session: </w:t>
      </w:r>
      <w:r w:rsidRPr="005B3B66">
        <w:rPr>
          <w:rStyle w:val="Emphasis"/>
          <w:sz w:val="22"/>
          <w:szCs w:val="22"/>
        </w:rPr>
        <w:t>The Politics and Practice of Sex Work Research</w:t>
      </w:r>
      <w:r w:rsidRPr="005B3B66">
        <w:rPr>
          <w:sz w:val="22"/>
          <w:szCs w:val="22"/>
        </w:rPr>
        <w:t xml:space="preserve">, American Anthropological Association (AAA) Annual Meeting, Washington, DC, November 29–December 3. </w:t>
      </w:r>
    </w:p>
    <w:p w14:paraId="0D04481F"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t xml:space="preserve">Presenter </w:t>
      </w:r>
      <w:r w:rsidRPr="00463DB9">
        <w:rPr>
          <w:sz w:val="22"/>
          <w:szCs w:val="22"/>
        </w:rPr>
        <w:t xml:space="preserve">(2017). </w:t>
      </w:r>
      <w:r w:rsidRPr="00962A1A">
        <w:rPr>
          <w:i/>
          <w:iCs/>
          <w:sz w:val="22"/>
          <w:szCs w:val="22"/>
        </w:rPr>
        <w:t xml:space="preserve">The </w:t>
      </w:r>
      <w:r w:rsidR="00504C80" w:rsidRPr="00962A1A">
        <w:rPr>
          <w:i/>
          <w:iCs/>
          <w:sz w:val="22"/>
          <w:szCs w:val="22"/>
        </w:rPr>
        <w:t>R</w:t>
      </w:r>
      <w:r w:rsidRPr="00962A1A">
        <w:rPr>
          <w:i/>
          <w:iCs/>
          <w:sz w:val="22"/>
          <w:szCs w:val="22"/>
        </w:rPr>
        <w:t xml:space="preserve">elationship between HIV </w:t>
      </w:r>
      <w:r w:rsidR="00504C80" w:rsidRPr="00962A1A">
        <w:rPr>
          <w:i/>
          <w:iCs/>
          <w:sz w:val="22"/>
          <w:szCs w:val="22"/>
        </w:rPr>
        <w:t>P</w:t>
      </w:r>
      <w:r w:rsidRPr="00962A1A">
        <w:rPr>
          <w:i/>
          <w:iCs/>
          <w:sz w:val="22"/>
          <w:szCs w:val="22"/>
        </w:rPr>
        <w:t xml:space="preserve">reventive </w:t>
      </w:r>
      <w:r w:rsidR="00504C80" w:rsidRPr="00962A1A">
        <w:rPr>
          <w:i/>
          <w:iCs/>
          <w:sz w:val="22"/>
          <w:szCs w:val="22"/>
        </w:rPr>
        <w:t>B</w:t>
      </w:r>
      <w:r w:rsidRPr="00962A1A">
        <w:rPr>
          <w:i/>
          <w:iCs/>
          <w:sz w:val="22"/>
          <w:szCs w:val="22"/>
        </w:rPr>
        <w:t xml:space="preserve">ehaviors and </w:t>
      </w:r>
      <w:r w:rsidR="00504C80" w:rsidRPr="00962A1A">
        <w:rPr>
          <w:i/>
          <w:iCs/>
          <w:sz w:val="22"/>
          <w:szCs w:val="22"/>
        </w:rPr>
        <w:t>S</w:t>
      </w:r>
      <w:r w:rsidRPr="00962A1A">
        <w:rPr>
          <w:i/>
          <w:iCs/>
          <w:sz w:val="22"/>
          <w:szCs w:val="22"/>
        </w:rPr>
        <w:t xml:space="preserve">ex </w:t>
      </w:r>
      <w:r w:rsidR="00504C80" w:rsidRPr="00962A1A">
        <w:rPr>
          <w:i/>
          <w:iCs/>
          <w:sz w:val="22"/>
          <w:szCs w:val="22"/>
        </w:rPr>
        <w:t>W</w:t>
      </w:r>
      <w:r w:rsidRPr="00962A1A">
        <w:rPr>
          <w:i/>
          <w:iCs/>
          <w:sz w:val="22"/>
          <w:szCs w:val="22"/>
        </w:rPr>
        <w:t xml:space="preserve">orkers’ </w:t>
      </w:r>
      <w:r w:rsidR="00504C80" w:rsidRPr="00962A1A">
        <w:rPr>
          <w:i/>
          <w:iCs/>
          <w:sz w:val="22"/>
          <w:szCs w:val="22"/>
        </w:rPr>
        <w:t>P</w:t>
      </w:r>
      <w:r w:rsidRPr="00962A1A">
        <w:rPr>
          <w:i/>
          <w:iCs/>
          <w:sz w:val="22"/>
          <w:szCs w:val="22"/>
        </w:rPr>
        <w:t>erceived future</w:t>
      </w:r>
      <w:r w:rsidRPr="00463DB9">
        <w:rPr>
          <w:sz w:val="22"/>
          <w:szCs w:val="22"/>
        </w:rPr>
        <w:t xml:space="preserve">, 29th Ethnographic and Qualitative Research Conference (EQRC), </w:t>
      </w:r>
      <w:r w:rsidR="005B3B66">
        <w:rPr>
          <w:sz w:val="22"/>
          <w:szCs w:val="22"/>
        </w:rPr>
        <w:t xml:space="preserve">Las Vegas, Nevada, </w:t>
      </w:r>
      <w:r w:rsidRPr="00463DB9">
        <w:rPr>
          <w:sz w:val="22"/>
          <w:szCs w:val="22"/>
        </w:rPr>
        <w:t xml:space="preserve"> January 30– 31. </w:t>
      </w:r>
    </w:p>
    <w:p w14:paraId="784F9869"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t>Presenter</w:t>
      </w:r>
      <w:r w:rsidRPr="00463DB9">
        <w:rPr>
          <w:sz w:val="22"/>
          <w:szCs w:val="22"/>
        </w:rPr>
        <w:t xml:space="preserve"> (2017). </w:t>
      </w:r>
      <w:r w:rsidRPr="00962A1A">
        <w:rPr>
          <w:i/>
          <w:iCs/>
          <w:sz w:val="22"/>
          <w:szCs w:val="22"/>
        </w:rPr>
        <w:t xml:space="preserve">HIV </w:t>
      </w:r>
      <w:r w:rsidR="00504C80" w:rsidRPr="00962A1A">
        <w:rPr>
          <w:i/>
          <w:iCs/>
          <w:sz w:val="22"/>
          <w:szCs w:val="22"/>
        </w:rPr>
        <w:t>R</w:t>
      </w:r>
      <w:r w:rsidRPr="00962A1A">
        <w:rPr>
          <w:i/>
          <w:iCs/>
          <w:sz w:val="22"/>
          <w:szCs w:val="22"/>
        </w:rPr>
        <w:t xml:space="preserve">isk </w:t>
      </w:r>
      <w:r w:rsidR="00504C80" w:rsidRPr="00962A1A">
        <w:rPr>
          <w:i/>
          <w:iCs/>
          <w:sz w:val="22"/>
          <w:szCs w:val="22"/>
        </w:rPr>
        <w:t>E</w:t>
      </w:r>
      <w:r w:rsidRPr="00962A1A">
        <w:rPr>
          <w:i/>
          <w:iCs/>
          <w:sz w:val="22"/>
          <w:szCs w:val="22"/>
        </w:rPr>
        <w:t xml:space="preserve">nvironment of </w:t>
      </w:r>
      <w:r w:rsidR="00504C80" w:rsidRPr="00962A1A">
        <w:rPr>
          <w:i/>
          <w:iCs/>
          <w:sz w:val="22"/>
          <w:szCs w:val="22"/>
        </w:rPr>
        <w:t>M</w:t>
      </w:r>
      <w:r w:rsidRPr="00962A1A">
        <w:rPr>
          <w:i/>
          <w:iCs/>
          <w:sz w:val="22"/>
          <w:szCs w:val="22"/>
        </w:rPr>
        <w:t xml:space="preserve">ale </w:t>
      </w:r>
      <w:r w:rsidR="00504C80" w:rsidRPr="00962A1A">
        <w:rPr>
          <w:i/>
          <w:iCs/>
          <w:sz w:val="22"/>
          <w:szCs w:val="22"/>
        </w:rPr>
        <w:t>C</w:t>
      </w:r>
      <w:r w:rsidRPr="00962A1A">
        <w:rPr>
          <w:i/>
          <w:iCs/>
          <w:sz w:val="22"/>
          <w:szCs w:val="22"/>
        </w:rPr>
        <w:t xml:space="preserve">lients of </w:t>
      </w:r>
      <w:r w:rsidR="00504C80" w:rsidRPr="00962A1A">
        <w:rPr>
          <w:i/>
          <w:iCs/>
          <w:sz w:val="22"/>
          <w:szCs w:val="22"/>
        </w:rPr>
        <w:t>F</w:t>
      </w:r>
      <w:r w:rsidRPr="00962A1A">
        <w:rPr>
          <w:i/>
          <w:iCs/>
          <w:sz w:val="22"/>
          <w:szCs w:val="22"/>
        </w:rPr>
        <w:t xml:space="preserve">emale </w:t>
      </w:r>
      <w:r w:rsidR="00504C80" w:rsidRPr="00962A1A">
        <w:rPr>
          <w:i/>
          <w:iCs/>
          <w:sz w:val="22"/>
          <w:szCs w:val="22"/>
        </w:rPr>
        <w:t>S</w:t>
      </w:r>
      <w:r w:rsidRPr="00962A1A">
        <w:rPr>
          <w:i/>
          <w:iCs/>
          <w:sz w:val="22"/>
          <w:szCs w:val="22"/>
        </w:rPr>
        <w:t xml:space="preserve">ex </w:t>
      </w:r>
      <w:r w:rsidR="00504C80" w:rsidRPr="00962A1A">
        <w:rPr>
          <w:i/>
          <w:iCs/>
          <w:sz w:val="22"/>
          <w:szCs w:val="22"/>
        </w:rPr>
        <w:t>W</w:t>
      </w:r>
      <w:r w:rsidRPr="00962A1A">
        <w:rPr>
          <w:i/>
          <w:iCs/>
          <w:sz w:val="22"/>
          <w:szCs w:val="22"/>
        </w:rPr>
        <w:t>orkers in Kolkata, India</w:t>
      </w:r>
      <w:r w:rsidRPr="00463DB9">
        <w:rPr>
          <w:sz w:val="22"/>
          <w:szCs w:val="22"/>
        </w:rPr>
        <w:t xml:space="preserve">, 20th American Association of Behavioral and Social Sciences (AABSS) Conference, Las Vegas, Nevada, January 30-31. </w:t>
      </w:r>
    </w:p>
    <w:p w14:paraId="2096FB78" w14:textId="77777777" w:rsidR="00F137D7" w:rsidRPr="00463DB9" w:rsidRDefault="00F137D7">
      <w:pPr>
        <w:pStyle w:val="ListParagraph"/>
        <w:numPr>
          <w:ilvl w:val="0"/>
          <w:numId w:val="10"/>
        </w:numPr>
        <w:spacing w:line="259" w:lineRule="auto"/>
        <w:ind w:right="131"/>
        <w:rPr>
          <w:sz w:val="22"/>
          <w:szCs w:val="22"/>
        </w:rPr>
      </w:pPr>
      <w:r w:rsidRPr="00463DB9">
        <w:rPr>
          <w:b/>
          <w:bCs/>
          <w:sz w:val="22"/>
          <w:szCs w:val="22"/>
        </w:rPr>
        <w:t>Sinha, S</w:t>
      </w:r>
      <w:r w:rsidRPr="00463DB9">
        <w:rPr>
          <w:sz w:val="22"/>
          <w:szCs w:val="22"/>
        </w:rPr>
        <w:t>, *Paradis,</w:t>
      </w:r>
      <w:r w:rsidR="00241F3C" w:rsidRPr="00463DB9">
        <w:rPr>
          <w:sz w:val="22"/>
          <w:szCs w:val="22"/>
        </w:rPr>
        <w:t xml:space="preserve"> </w:t>
      </w:r>
      <w:r w:rsidR="00504C80" w:rsidRPr="00463DB9">
        <w:rPr>
          <w:sz w:val="22"/>
          <w:szCs w:val="22"/>
        </w:rPr>
        <w:t xml:space="preserve">C. </w:t>
      </w:r>
      <w:r w:rsidR="00870388" w:rsidRPr="00463DB9">
        <w:rPr>
          <w:sz w:val="22"/>
          <w:szCs w:val="22"/>
        </w:rPr>
        <w:t xml:space="preserve">&amp; Shrivastava, A. </w:t>
      </w:r>
      <w:r w:rsidR="00504C80" w:rsidRPr="00463DB9">
        <w:rPr>
          <w:sz w:val="22"/>
          <w:szCs w:val="22"/>
        </w:rPr>
        <w:t>(201</w:t>
      </w:r>
      <w:r w:rsidR="00870388" w:rsidRPr="00463DB9">
        <w:rPr>
          <w:sz w:val="22"/>
          <w:szCs w:val="22"/>
        </w:rPr>
        <w:t>5</w:t>
      </w:r>
      <w:r w:rsidR="00962A1A">
        <w:rPr>
          <w:sz w:val="22"/>
          <w:szCs w:val="22"/>
        </w:rPr>
        <w:t>).</w:t>
      </w:r>
      <w:r w:rsidRPr="00463DB9">
        <w:rPr>
          <w:sz w:val="22"/>
          <w:szCs w:val="22"/>
        </w:rPr>
        <w:t xml:space="preserve"> </w:t>
      </w:r>
      <w:r w:rsidRPr="00962A1A">
        <w:rPr>
          <w:i/>
          <w:iCs/>
          <w:sz w:val="22"/>
          <w:szCs w:val="22"/>
        </w:rPr>
        <w:t>Cell-</w:t>
      </w:r>
      <w:r w:rsidR="00870388" w:rsidRPr="00962A1A">
        <w:rPr>
          <w:i/>
          <w:iCs/>
          <w:sz w:val="22"/>
          <w:szCs w:val="22"/>
        </w:rPr>
        <w:t>P</w:t>
      </w:r>
      <w:r w:rsidRPr="00962A1A">
        <w:rPr>
          <w:i/>
          <w:iCs/>
          <w:sz w:val="22"/>
          <w:szCs w:val="22"/>
        </w:rPr>
        <w:t xml:space="preserve">hone </w:t>
      </w:r>
      <w:r w:rsidR="00870388" w:rsidRPr="00962A1A">
        <w:rPr>
          <w:i/>
          <w:iCs/>
          <w:sz w:val="22"/>
          <w:szCs w:val="22"/>
        </w:rPr>
        <w:t>T</w:t>
      </w:r>
      <w:r w:rsidRPr="00962A1A">
        <w:rPr>
          <w:i/>
          <w:iCs/>
          <w:sz w:val="22"/>
          <w:szCs w:val="22"/>
        </w:rPr>
        <w:t>echnology-</w:t>
      </w:r>
      <w:r w:rsidR="00870388" w:rsidRPr="00962A1A">
        <w:rPr>
          <w:i/>
          <w:iCs/>
          <w:sz w:val="22"/>
          <w:szCs w:val="22"/>
        </w:rPr>
        <w:t>B</w:t>
      </w:r>
      <w:r w:rsidRPr="00962A1A">
        <w:rPr>
          <w:i/>
          <w:iCs/>
          <w:sz w:val="22"/>
          <w:szCs w:val="22"/>
        </w:rPr>
        <w:t>ased Interventions for Violence Prevention</w:t>
      </w:r>
      <w:r w:rsidRPr="00463DB9">
        <w:rPr>
          <w:sz w:val="22"/>
          <w:szCs w:val="22"/>
        </w:rPr>
        <w:t>, a</w:t>
      </w:r>
      <w:r w:rsidR="00870388" w:rsidRPr="00463DB9">
        <w:rPr>
          <w:sz w:val="22"/>
          <w:szCs w:val="22"/>
        </w:rPr>
        <w:t xml:space="preserve"> 60-minute </w:t>
      </w:r>
      <w:r w:rsidRPr="00463DB9">
        <w:rPr>
          <w:sz w:val="22"/>
          <w:szCs w:val="22"/>
        </w:rPr>
        <w:t>Interactive Workshop</w:t>
      </w:r>
      <w:r w:rsidR="00870388" w:rsidRPr="00463DB9">
        <w:rPr>
          <w:sz w:val="22"/>
          <w:szCs w:val="22"/>
        </w:rPr>
        <w:t xml:space="preserve"> session</w:t>
      </w:r>
      <w:r w:rsidRPr="00463DB9">
        <w:rPr>
          <w:sz w:val="22"/>
          <w:szCs w:val="22"/>
        </w:rPr>
        <w:t xml:space="preserve">, </w:t>
      </w:r>
      <w:r w:rsidRPr="00463DB9">
        <w:rPr>
          <w:sz w:val="22"/>
          <w:szCs w:val="22"/>
          <w:u w:color="000000"/>
        </w:rPr>
        <w:t>Council for Social Work Education APM</w:t>
      </w:r>
      <w:r w:rsidRPr="00463DB9">
        <w:rPr>
          <w:sz w:val="22"/>
          <w:szCs w:val="22"/>
        </w:rPr>
        <w:t xml:space="preserve">, Denver, Colorado, October 15-18. </w:t>
      </w:r>
    </w:p>
    <w:p w14:paraId="5B39DFB7"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t xml:space="preserve">Presenter </w:t>
      </w:r>
      <w:r w:rsidRPr="00463DB9">
        <w:rPr>
          <w:sz w:val="22"/>
          <w:szCs w:val="22"/>
        </w:rPr>
        <w:t xml:space="preserve">(2015). </w:t>
      </w:r>
      <w:r w:rsidRPr="00962A1A">
        <w:rPr>
          <w:i/>
          <w:iCs/>
          <w:sz w:val="22"/>
          <w:szCs w:val="22"/>
        </w:rPr>
        <w:t xml:space="preserve">Ethical &amp; Safety Issues in doing </w:t>
      </w:r>
      <w:r w:rsidR="00962A1A" w:rsidRPr="00962A1A">
        <w:rPr>
          <w:i/>
          <w:iCs/>
          <w:sz w:val="22"/>
          <w:szCs w:val="22"/>
        </w:rPr>
        <w:t>Se</w:t>
      </w:r>
      <w:r w:rsidRPr="00962A1A">
        <w:rPr>
          <w:i/>
          <w:iCs/>
          <w:sz w:val="22"/>
          <w:szCs w:val="22"/>
        </w:rPr>
        <w:t xml:space="preserve">x </w:t>
      </w:r>
      <w:r w:rsidR="00962A1A" w:rsidRPr="00962A1A">
        <w:rPr>
          <w:i/>
          <w:iCs/>
          <w:sz w:val="22"/>
          <w:szCs w:val="22"/>
        </w:rPr>
        <w:t>W</w:t>
      </w:r>
      <w:r w:rsidRPr="00962A1A">
        <w:rPr>
          <w:i/>
          <w:iCs/>
          <w:sz w:val="22"/>
          <w:szCs w:val="22"/>
        </w:rPr>
        <w:t>ork r</w:t>
      </w:r>
      <w:r w:rsidR="00962A1A" w:rsidRPr="00962A1A">
        <w:rPr>
          <w:i/>
          <w:iCs/>
          <w:sz w:val="22"/>
          <w:szCs w:val="22"/>
        </w:rPr>
        <w:t>E</w:t>
      </w:r>
      <w:r w:rsidRPr="00962A1A">
        <w:rPr>
          <w:i/>
          <w:iCs/>
          <w:sz w:val="22"/>
          <w:szCs w:val="22"/>
        </w:rPr>
        <w:t xml:space="preserve">search: Reflections from the </w:t>
      </w:r>
      <w:r w:rsidR="00962A1A" w:rsidRPr="00962A1A">
        <w:rPr>
          <w:i/>
          <w:iCs/>
          <w:sz w:val="22"/>
          <w:szCs w:val="22"/>
        </w:rPr>
        <w:t>Fi</w:t>
      </w:r>
      <w:r w:rsidRPr="00962A1A">
        <w:rPr>
          <w:i/>
          <w:iCs/>
          <w:sz w:val="22"/>
          <w:szCs w:val="22"/>
        </w:rPr>
        <w:t xml:space="preserve">eld-based </w:t>
      </w:r>
      <w:r w:rsidR="00962A1A" w:rsidRPr="00962A1A">
        <w:rPr>
          <w:i/>
          <w:iCs/>
          <w:sz w:val="22"/>
          <w:szCs w:val="22"/>
        </w:rPr>
        <w:t>Et</w:t>
      </w:r>
      <w:r w:rsidRPr="00962A1A">
        <w:rPr>
          <w:i/>
          <w:iCs/>
          <w:sz w:val="22"/>
          <w:szCs w:val="22"/>
        </w:rPr>
        <w:t xml:space="preserve">hnographic </w:t>
      </w:r>
      <w:r w:rsidR="00962A1A" w:rsidRPr="00962A1A">
        <w:rPr>
          <w:i/>
          <w:iCs/>
          <w:sz w:val="22"/>
          <w:szCs w:val="22"/>
        </w:rPr>
        <w:t>R</w:t>
      </w:r>
      <w:r w:rsidRPr="00962A1A">
        <w:rPr>
          <w:i/>
          <w:iCs/>
          <w:sz w:val="22"/>
          <w:szCs w:val="22"/>
        </w:rPr>
        <w:t>esearch in Kolkata, India</w:t>
      </w:r>
      <w:r w:rsidRPr="00463DB9">
        <w:rPr>
          <w:sz w:val="22"/>
          <w:szCs w:val="22"/>
        </w:rPr>
        <w:t xml:space="preserve">, </w:t>
      </w:r>
      <w:r w:rsidRPr="00463DB9">
        <w:rPr>
          <w:sz w:val="22"/>
          <w:szCs w:val="22"/>
          <w:u w:color="000000"/>
        </w:rPr>
        <w:t>27th Ethnographic and</w:t>
      </w:r>
      <w:r w:rsidRPr="00463DB9">
        <w:rPr>
          <w:sz w:val="22"/>
          <w:szCs w:val="22"/>
        </w:rPr>
        <w:t xml:space="preserve"> </w:t>
      </w:r>
      <w:r w:rsidRPr="00463DB9">
        <w:rPr>
          <w:sz w:val="22"/>
          <w:szCs w:val="22"/>
          <w:u w:color="000000"/>
        </w:rPr>
        <w:t>Qualitative Research Conference</w:t>
      </w:r>
      <w:r w:rsidRPr="00463DB9">
        <w:rPr>
          <w:sz w:val="22"/>
          <w:szCs w:val="22"/>
        </w:rPr>
        <w:t xml:space="preserve">, Las Vegas, Nevada, February 9 -10. </w:t>
      </w:r>
    </w:p>
    <w:p w14:paraId="5648675D" w14:textId="77777777" w:rsidR="00F137D7" w:rsidRPr="00463DB9" w:rsidRDefault="00F137D7">
      <w:pPr>
        <w:pStyle w:val="ListParagraph"/>
        <w:numPr>
          <w:ilvl w:val="0"/>
          <w:numId w:val="10"/>
        </w:numPr>
        <w:spacing w:line="259" w:lineRule="auto"/>
        <w:ind w:right="131"/>
        <w:rPr>
          <w:sz w:val="22"/>
          <w:szCs w:val="22"/>
        </w:rPr>
      </w:pPr>
      <w:r w:rsidRPr="00463DB9">
        <w:rPr>
          <w:b/>
          <w:bCs/>
          <w:sz w:val="22"/>
          <w:szCs w:val="22"/>
        </w:rPr>
        <w:t>Sinha, S</w:t>
      </w:r>
      <w:r w:rsidR="00256E1B" w:rsidRPr="00463DB9">
        <w:rPr>
          <w:b/>
          <w:bCs/>
          <w:sz w:val="22"/>
          <w:szCs w:val="22"/>
        </w:rPr>
        <w:t>.</w:t>
      </w:r>
      <w:r w:rsidRPr="00463DB9">
        <w:rPr>
          <w:sz w:val="22"/>
          <w:szCs w:val="22"/>
        </w:rPr>
        <w:t xml:space="preserve"> &amp; *Barnes, D</w:t>
      </w:r>
      <w:r w:rsidR="00870388" w:rsidRPr="00463DB9">
        <w:rPr>
          <w:sz w:val="22"/>
          <w:szCs w:val="22"/>
        </w:rPr>
        <w:t>.</w:t>
      </w:r>
      <w:r w:rsidRPr="00463DB9">
        <w:rPr>
          <w:sz w:val="22"/>
          <w:szCs w:val="22"/>
        </w:rPr>
        <w:t xml:space="preserve">(2014). </w:t>
      </w:r>
      <w:r w:rsidRPr="00962A1A">
        <w:rPr>
          <w:i/>
          <w:iCs/>
          <w:sz w:val="22"/>
          <w:szCs w:val="22"/>
        </w:rPr>
        <w:t xml:space="preserve">Why </w:t>
      </w:r>
      <w:r w:rsidR="00870388" w:rsidRPr="00962A1A">
        <w:rPr>
          <w:i/>
          <w:iCs/>
          <w:sz w:val="22"/>
          <w:szCs w:val="22"/>
        </w:rPr>
        <w:t>I</w:t>
      </w:r>
      <w:r w:rsidRPr="00962A1A">
        <w:rPr>
          <w:i/>
          <w:iCs/>
          <w:sz w:val="22"/>
          <w:szCs w:val="22"/>
        </w:rPr>
        <w:t xml:space="preserve">nvolve </w:t>
      </w:r>
      <w:r w:rsidR="00870388" w:rsidRPr="00962A1A">
        <w:rPr>
          <w:i/>
          <w:iCs/>
          <w:sz w:val="22"/>
          <w:szCs w:val="22"/>
        </w:rPr>
        <w:t>C</w:t>
      </w:r>
      <w:r w:rsidRPr="00962A1A">
        <w:rPr>
          <w:i/>
          <w:iCs/>
          <w:sz w:val="22"/>
          <w:szCs w:val="22"/>
        </w:rPr>
        <w:t xml:space="preserve">lients of </w:t>
      </w:r>
      <w:r w:rsidR="00870388" w:rsidRPr="00962A1A">
        <w:rPr>
          <w:i/>
          <w:iCs/>
          <w:sz w:val="22"/>
          <w:szCs w:val="22"/>
        </w:rPr>
        <w:t>F</w:t>
      </w:r>
      <w:r w:rsidRPr="00962A1A">
        <w:rPr>
          <w:i/>
          <w:iCs/>
          <w:sz w:val="22"/>
          <w:szCs w:val="22"/>
        </w:rPr>
        <w:t xml:space="preserve">emale </w:t>
      </w:r>
      <w:r w:rsidR="00870388" w:rsidRPr="00962A1A">
        <w:rPr>
          <w:i/>
          <w:iCs/>
          <w:sz w:val="22"/>
          <w:szCs w:val="22"/>
        </w:rPr>
        <w:t>S</w:t>
      </w:r>
      <w:r w:rsidRPr="00962A1A">
        <w:rPr>
          <w:i/>
          <w:iCs/>
          <w:sz w:val="22"/>
          <w:szCs w:val="22"/>
        </w:rPr>
        <w:t xml:space="preserve">ex </w:t>
      </w:r>
      <w:r w:rsidR="00870388" w:rsidRPr="00962A1A">
        <w:rPr>
          <w:i/>
          <w:iCs/>
          <w:sz w:val="22"/>
          <w:szCs w:val="22"/>
        </w:rPr>
        <w:t>W</w:t>
      </w:r>
      <w:r w:rsidRPr="00962A1A">
        <w:rPr>
          <w:i/>
          <w:iCs/>
          <w:sz w:val="22"/>
          <w:szCs w:val="22"/>
        </w:rPr>
        <w:t xml:space="preserve">orkers in HIV prevention </w:t>
      </w:r>
      <w:r w:rsidR="00870388" w:rsidRPr="00962A1A">
        <w:rPr>
          <w:i/>
          <w:iCs/>
          <w:sz w:val="22"/>
          <w:szCs w:val="22"/>
        </w:rPr>
        <w:t>P</w:t>
      </w:r>
      <w:r w:rsidRPr="00962A1A">
        <w:rPr>
          <w:i/>
          <w:iCs/>
          <w:sz w:val="22"/>
          <w:szCs w:val="22"/>
        </w:rPr>
        <w:t>rograms?</w:t>
      </w:r>
      <w:r w:rsidR="007876EA" w:rsidRPr="00962A1A">
        <w:rPr>
          <w:i/>
          <w:iCs/>
          <w:sz w:val="22"/>
          <w:szCs w:val="22"/>
        </w:rPr>
        <w:t>,</w:t>
      </w:r>
      <w:r w:rsidR="007876EA" w:rsidRPr="00463DB9">
        <w:rPr>
          <w:sz w:val="22"/>
          <w:szCs w:val="22"/>
        </w:rPr>
        <w:t xml:space="preserve"> </w:t>
      </w:r>
      <w:r w:rsidRPr="00463DB9">
        <w:rPr>
          <w:sz w:val="22"/>
          <w:szCs w:val="22"/>
          <w:u w:color="000000"/>
        </w:rPr>
        <w:t>CSWE Annual Program Meeting</w:t>
      </w:r>
      <w:r w:rsidRPr="00463DB9">
        <w:rPr>
          <w:sz w:val="22"/>
          <w:szCs w:val="22"/>
        </w:rPr>
        <w:t xml:space="preserve">, Tampa, Florida, October 23 – October 26. </w:t>
      </w:r>
    </w:p>
    <w:p w14:paraId="32B24C9A"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t xml:space="preserve">Presenter </w:t>
      </w:r>
      <w:r w:rsidRPr="00463DB9">
        <w:rPr>
          <w:sz w:val="22"/>
          <w:szCs w:val="22"/>
        </w:rPr>
        <w:t xml:space="preserve">(2014). </w:t>
      </w:r>
      <w:r w:rsidRPr="00962A1A">
        <w:rPr>
          <w:i/>
          <w:iCs/>
          <w:sz w:val="22"/>
          <w:szCs w:val="22"/>
        </w:rPr>
        <w:t>Reasons for Women's Entry into Sex Work: A Case Study of India</w:t>
      </w:r>
      <w:r w:rsidRPr="00463DB9">
        <w:rPr>
          <w:sz w:val="22"/>
          <w:szCs w:val="22"/>
        </w:rPr>
        <w:t>,</w:t>
      </w:r>
      <w:r w:rsidRPr="00463DB9">
        <w:rPr>
          <w:sz w:val="22"/>
          <w:szCs w:val="22"/>
          <w:u w:val="single" w:color="000000"/>
        </w:rPr>
        <w:t xml:space="preserve"> </w:t>
      </w:r>
      <w:r w:rsidRPr="00463DB9">
        <w:rPr>
          <w:sz w:val="22"/>
          <w:szCs w:val="22"/>
          <w:u w:color="000000"/>
        </w:rPr>
        <w:t>Society for Social Work Research (SSWR) Annual Conference</w:t>
      </w:r>
      <w:r w:rsidRPr="00463DB9">
        <w:rPr>
          <w:sz w:val="22"/>
          <w:szCs w:val="22"/>
        </w:rPr>
        <w:t xml:space="preserve">, San Antonio, Texas, January 15 – 19. </w:t>
      </w:r>
    </w:p>
    <w:p w14:paraId="7D318669"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t xml:space="preserve">Presenter </w:t>
      </w:r>
      <w:r w:rsidRPr="00463DB9">
        <w:rPr>
          <w:sz w:val="22"/>
          <w:szCs w:val="22"/>
        </w:rPr>
        <w:t xml:space="preserve">(2011). </w:t>
      </w:r>
      <w:r w:rsidRPr="00962A1A">
        <w:rPr>
          <w:i/>
          <w:iCs/>
          <w:sz w:val="22"/>
          <w:szCs w:val="22"/>
        </w:rPr>
        <w:t xml:space="preserve">A </w:t>
      </w:r>
      <w:r w:rsidR="00870388" w:rsidRPr="00962A1A">
        <w:rPr>
          <w:i/>
          <w:iCs/>
          <w:sz w:val="22"/>
          <w:szCs w:val="22"/>
        </w:rPr>
        <w:t>F</w:t>
      </w:r>
      <w:r w:rsidRPr="00962A1A">
        <w:rPr>
          <w:i/>
          <w:iCs/>
          <w:sz w:val="22"/>
          <w:szCs w:val="22"/>
        </w:rPr>
        <w:t xml:space="preserve">eminist </w:t>
      </w:r>
      <w:r w:rsidR="00870388" w:rsidRPr="00962A1A">
        <w:rPr>
          <w:i/>
          <w:iCs/>
          <w:sz w:val="22"/>
          <w:szCs w:val="22"/>
        </w:rPr>
        <w:t>A</w:t>
      </w:r>
      <w:r w:rsidRPr="00962A1A">
        <w:rPr>
          <w:i/>
          <w:iCs/>
          <w:sz w:val="22"/>
          <w:szCs w:val="22"/>
        </w:rPr>
        <w:t>pproach to “</w:t>
      </w:r>
      <w:r w:rsidR="00870388" w:rsidRPr="00962A1A">
        <w:rPr>
          <w:i/>
          <w:iCs/>
          <w:sz w:val="22"/>
          <w:szCs w:val="22"/>
        </w:rPr>
        <w:t>C</w:t>
      </w:r>
      <w:r w:rsidRPr="00962A1A">
        <w:rPr>
          <w:i/>
          <w:iCs/>
          <w:sz w:val="22"/>
          <w:szCs w:val="22"/>
        </w:rPr>
        <w:t xml:space="preserve">ultural </w:t>
      </w:r>
      <w:r w:rsidR="00870388" w:rsidRPr="00962A1A">
        <w:rPr>
          <w:i/>
          <w:iCs/>
          <w:sz w:val="22"/>
          <w:szCs w:val="22"/>
        </w:rPr>
        <w:t>B</w:t>
      </w:r>
      <w:r w:rsidRPr="00962A1A">
        <w:rPr>
          <w:i/>
          <w:iCs/>
          <w:sz w:val="22"/>
          <w:szCs w:val="22"/>
        </w:rPr>
        <w:t xml:space="preserve">iography” in </w:t>
      </w:r>
      <w:r w:rsidR="00870388" w:rsidRPr="00962A1A">
        <w:rPr>
          <w:i/>
          <w:iCs/>
          <w:sz w:val="22"/>
          <w:szCs w:val="22"/>
        </w:rPr>
        <w:t>U</w:t>
      </w:r>
      <w:r w:rsidRPr="00962A1A">
        <w:rPr>
          <w:i/>
          <w:iCs/>
          <w:sz w:val="22"/>
          <w:szCs w:val="22"/>
        </w:rPr>
        <w:t xml:space="preserve">nderstanding HIV </w:t>
      </w:r>
      <w:r w:rsidR="00870388" w:rsidRPr="00962A1A">
        <w:rPr>
          <w:i/>
          <w:iCs/>
          <w:sz w:val="22"/>
          <w:szCs w:val="22"/>
        </w:rPr>
        <w:t>R</w:t>
      </w:r>
      <w:r w:rsidRPr="00962A1A">
        <w:rPr>
          <w:i/>
          <w:iCs/>
          <w:sz w:val="22"/>
          <w:szCs w:val="22"/>
        </w:rPr>
        <w:t xml:space="preserve">isk </w:t>
      </w:r>
      <w:r w:rsidR="00870388" w:rsidRPr="00962A1A">
        <w:rPr>
          <w:i/>
          <w:iCs/>
          <w:sz w:val="22"/>
          <w:szCs w:val="22"/>
        </w:rPr>
        <w:t>P</w:t>
      </w:r>
      <w:r w:rsidRPr="00962A1A">
        <w:rPr>
          <w:i/>
          <w:iCs/>
          <w:sz w:val="22"/>
          <w:szCs w:val="22"/>
        </w:rPr>
        <w:t>erceptions</w:t>
      </w:r>
      <w:r w:rsidRPr="00463DB9">
        <w:rPr>
          <w:sz w:val="22"/>
          <w:szCs w:val="22"/>
        </w:rPr>
        <w:t xml:space="preserve">, </w:t>
      </w:r>
      <w:r w:rsidR="00870388" w:rsidRPr="00463DB9">
        <w:rPr>
          <w:sz w:val="22"/>
          <w:szCs w:val="22"/>
        </w:rPr>
        <w:t xml:space="preserve">at the </w:t>
      </w:r>
      <w:r w:rsidRPr="00463DB9">
        <w:rPr>
          <w:sz w:val="22"/>
          <w:szCs w:val="22"/>
          <w:u w:color="000000"/>
        </w:rPr>
        <w:t>Council on Social Work Education (CSWE) Annual Program Meeting</w:t>
      </w:r>
      <w:r w:rsidRPr="00463DB9">
        <w:rPr>
          <w:sz w:val="22"/>
          <w:szCs w:val="22"/>
        </w:rPr>
        <w:t xml:space="preserve"> </w:t>
      </w:r>
      <w:r w:rsidRPr="00463DB9">
        <w:rPr>
          <w:sz w:val="22"/>
          <w:szCs w:val="22"/>
          <w:u w:color="000000"/>
        </w:rPr>
        <w:t>(APM),</w:t>
      </w:r>
      <w:r w:rsidRPr="00463DB9">
        <w:rPr>
          <w:sz w:val="22"/>
          <w:szCs w:val="22"/>
        </w:rPr>
        <w:t xml:space="preserve"> Atlanta, Georgia, October 27-30. </w:t>
      </w:r>
    </w:p>
    <w:p w14:paraId="6FFE5B82" w14:textId="77777777" w:rsidR="00F137D7" w:rsidRPr="00463DB9" w:rsidRDefault="00F137D7">
      <w:pPr>
        <w:pStyle w:val="ListParagraph"/>
        <w:numPr>
          <w:ilvl w:val="0"/>
          <w:numId w:val="10"/>
        </w:numPr>
        <w:spacing w:line="259" w:lineRule="auto"/>
        <w:ind w:right="131"/>
        <w:rPr>
          <w:sz w:val="22"/>
          <w:szCs w:val="22"/>
        </w:rPr>
      </w:pPr>
      <w:r w:rsidRPr="00463DB9">
        <w:rPr>
          <w:sz w:val="22"/>
          <w:szCs w:val="22"/>
        </w:rPr>
        <w:t xml:space="preserve"> </w:t>
      </w:r>
      <w:r w:rsidRPr="005B3B66">
        <w:rPr>
          <w:b/>
          <w:bCs/>
          <w:sz w:val="22"/>
          <w:szCs w:val="22"/>
        </w:rPr>
        <w:t xml:space="preserve">Presenter </w:t>
      </w:r>
      <w:r w:rsidRPr="00463DB9">
        <w:rPr>
          <w:sz w:val="22"/>
          <w:szCs w:val="22"/>
        </w:rPr>
        <w:t xml:space="preserve">(2011). </w:t>
      </w:r>
      <w:r w:rsidRPr="00962A1A">
        <w:rPr>
          <w:i/>
          <w:iCs/>
          <w:sz w:val="22"/>
          <w:szCs w:val="22"/>
        </w:rPr>
        <w:t xml:space="preserve">Women in </w:t>
      </w:r>
      <w:r w:rsidR="00870388" w:rsidRPr="00962A1A">
        <w:rPr>
          <w:i/>
          <w:iCs/>
          <w:sz w:val="22"/>
          <w:szCs w:val="22"/>
        </w:rPr>
        <w:t>N</w:t>
      </w:r>
      <w:r w:rsidRPr="00962A1A">
        <w:rPr>
          <w:i/>
          <w:iCs/>
          <w:sz w:val="22"/>
          <w:szCs w:val="22"/>
        </w:rPr>
        <w:t>on-</w:t>
      </w:r>
      <w:r w:rsidR="00870388" w:rsidRPr="00962A1A">
        <w:rPr>
          <w:i/>
          <w:iCs/>
          <w:sz w:val="22"/>
          <w:szCs w:val="22"/>
        </w:rPr>
        <w:t>B</w:t>
      </w:r>
      <w:r w:rsidRPr="00962A1A">
        <w:rPr>
          <w:i/>
          <w:iCs/>
          <w:sz w:val="22"/>
          <w:szCs w:val="22"/>
        </w:rPr>
        <w:t>rothel-</w:t>
      </w:r>
      <w:r w:rsidR="00870388" w:rsidRPr="00962A1A">
        <w:rPr>
          <w:i/>
          <w:iCs/>
          <w:sz w:val="22"/>
          <w:szCs w:val="22"/>
        </w:rPr>
        <w:t>B</w:t>
      </w:r>
      <w:r w:rsidRPr="00962A1A">
        <w:rPr>
          <w:i/>
          <w:iCs/>
          <w:sz w:val="22"/>
          <w:szCs w:val="22"/>
        </w:rPr>
        <w:t xml:space="preserve">ased </w:t>
      </w:r>
      <w:r w:rsidR="00870388" w:rsidRPr="00962A1A">
        <w:rPr>
          <w:i/>
          <w:iCs/>
          <w:sz w:val="22"/>
          <w:szCs w:val="22"/>
        </w:rPr>
        <w:t>S</w:t>
      </w:r>
      <w:r w:rsidRPr="00962A1A">
        <w:rPr>
          <w:i/>
          <w:iCs/>
          <w:sz w:val="22"/>
          <w:szCs w:val="22"/>
        </w:rPr>
        <w:t xml:space="preserve">ex </w:t>
      </w:r>
      <w:r w:rsidR="00870388" w:rsidRPr="00962A1A">
        <w:rPr>
          <w:i/>
          <w:iCs/>
          <w:sz w:val="22"/>
          <w:szCs w:val="22"/>
        </w:rPr>
        <w:t>W</w:t>
      </w:r>
      <w:r w:rsidRPr="00962A1A">
        <w:rPr>
          <w:i/>
          <w:iCs/>
          <w:sz w:val="22"/>
          <w:szCs w:val="22"/>
        </w:rPr>
        <w:t xml:space="preserve">ork </w:t>
      </w:r>
      <w:r w:rsidR="00870388" w:rsidRPr="00962A1A">
        <w:rPr>
          <w:i/>
          <w:iCs/>
          <w:sz w:val="22"/>
          <w:szCs w:val="22"/>
        </w:rPr>
        <w:t>S</w:t>
      </w:r>
      <w:r w:rsidRPr="00962A1A">
        <w:rPr>
          <w:i/>
          <w:iCs/>
          <w:sz w:val="22"/>
          <w:szCs w:val="22"/>
        </w:rPr>
        <w:t xml:space="preserve">peak: There is </w:t>
      </w:r>
      <w:r w:rsidR="00870388" w:rsidRPr="00962A1A">
        <w:rPr>
          <w:i/>
          <w:iCs/>
          <w:sz w:val="22"/>
          <w:szCs w:val="22"/>
        </w:rPr>
        <w:t>N</w:t>
      </w:r>
      <w:r w:rsidRPr="00962A1A">
        <w:rPr>
          <w:i/>
          <w:iCs/>
          <w:sz w:val="22"/>
          <w:szCs w:val="22"/>
        </w:rPr>
        <w:t xml:space="preserve">o </w:t>
      </w:r>
      <w:r w:rsidR="00870388" w:rsidRPr="00962A1A">
        <w:rPr>
          <w:i/>
          <w:iCs/>
          <w:sz w:val="22"/>
          <w:szCs w:val="22"/>
        </w:rPr>
        <w:t>F</w:t>
      </w:r>
      <w:r w:rsidRPr="00962A1A">
        <w:rPr>
          <w:i/>
          <w:iCs/>
          <w:sz w:val="22"/>
          <w:szCs w:val="22"/>
        </w:rPr>
        <w:t xml:space="preserve">uture, </w:t>
      </w:r>
      <w:r w:rsidR="00870388" w:rsidRPr="00962A1A">
        <w:rPr>
          <w:i/>
          <w:iCs/>
          <w:sz w:val="22"/>
          <w:szCs w:val="22"/>
        </w:rPr>
        <w:t>W</w:t>
      </w:r>
      <w:r w:rsidRPr="00962A1A">
        <w:rPr>
          <w:i/>
          <w:iCs/>
          <w:sz w:val="22"/>
          <w:szCs w:val="22"/>
        </w:rPr>
        <w:t xml:space="preserve">hat </w:t>
      </w:r>
      <w:r w:rsidR="00870388" w:rsidRPr="00962A1A">
        <w:rPr>
          <w:i/>
          <w:iCs/>
          <w:sz w:val="22"/>
          <w:szCs w:val="22"/>
        </w:rPr>
        <w:t>P</w:t>
      </w:r>
      <w:r w:rsidRPr="00962A1A">
        <w:rPr>
          <w:i/>
          <w:iCs/>
          <w:sz w:val="22"/>
          <w:szCs w:val="22"/>
        </w:rPr>
        <w:t>lans?</w:t>
      </w:r>
      <w:r w:rsidRPr="00463DB9">
        <w:rPr>
          <w:sz w:val="22"/>
          <w:szCs w:val="22"/>
        </w:rPr>
        <w:t xml:space="preserve"> </w:t>
      </w:r>
      <w:r w:rsidRPr="00463DB9">
        <w:rPr>
          <w:sz w:val="22"/>
          <w:szCs w:val="22"/>
          <w:u w:color="000000"/>
        </w:rPr>
        <w:t>Unsettling Feminism(s) Conference</w:t>
      </w:r>
      <w:r w:rsidRPr="00463DB9">
        <w:rPr>
          <w:sz w:val="22"/>
          <w:szCs w:val="22"/>
        </w:rPr>
        <w:t xml:space="preserve">, Jane Addams College of Social Work, University of Illinois, Chicago, May 22- 24. </w:t>
      </w:r>
    </w:p>
    <w:p w14:paraId="0C0983B0"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lastRenderedPageBreak/>
        <w:t>Chair &amp; Presenter</w:t>
      </w:r>
      <w:r w:rsidRPr="00463DB9">
        <w:rPr>
          <w:sz w:val="22"/>
          <w:szCs w:val="22"/>
        </w:rPr>
        <w:t xml:space="preserve">, (2009). </w:t>
      </w:r>
      <w:r w:rsidRPr="00962A1A">
        <w:rPr>
          <w:i/>
          <w:iCs/>
          <w:sz w:val="22"/>
          <w:szCs w:val="22"/>
        </w:rPr>
        <w:t>Women in Non-Brothel-Based Sex Work in Kolkata, India: Using “Cultural Biography” to Understand Risk Perceptions</w:t>
      </w:r>
      <w:r w:rsidR="005B3B66">
        <w:rPr>
          <w:sz w:val="22"/>
          <w:szCs w:val="22"/>
        </w:rPr>
        <w:t xml:space="preserve">, Panel Session: </w:t>
      </w:r>
      <w:r w:rsidRPr="005B3B66">
        <w:rPr>
          <w:i/>
          <w:iCs/>
          <w:sz w:val="22"/>
          <w:szCs w:val="22"/>
        </w:rPr>
        <w:t>Gendered Voices, Feminists, Sex Workers, and LGBT Communities</w:t>
      </w:r>
      <w:r w:rsidRPr="00463DB9">
        <w:rPr>
          <w:sz w:val="22"/>
          <w:szCs w:val="22"/>
        </w:rPr>
        <w:t xml:space="preserve">, </w:t>
      </w:r>
      <w:r w:rsidRPr="00463DB9">
        <w:rPr>
          <w:sz w:val="22"/>
          <w:szCs w:val="22"/>
          <w:u w:color="000000"/>
        </w:rPr>
        <w:t>38th Annual</w:t>
      </w:r>
      <w:r w:rsidRPr="00463DB9">
        <w:rPr>
          <w:sz w:val="22"/>
          <w:szCs w:val="22"/>
        </w:rPr>
        <w:t xml:space="preserve"> </w:t>
      </w:r>
      <w:r w:rsidRPr="00463DB9">
        <w:rPr>
          <w:sz w:val="22"/>
          <w:szCs w:val="22"/>
          <w:u w:color="000000"/>
        </w:rPr>
        <w:t>Conference on South Asia</w:t>
      </w:r>
      <w:r w:rsidRPr="00463DB9">
        <w:rPr>
          <w:sz w:val="22"/>
          <w:szCs w:val="22"/>
        </w:rPr>
        <w:t xml:space="preserve">, University of Wisconsin-Madison, Wisconsin, October 22– 25. </w:t>
      </w:r>
    </w:p>
    <w:p w14:paraId="640DBB58" w14:textId="77777777" w:rsidR="00F137D7" w:rsidRPr="00463DB9" w:rsidRDefault="00F137D7">
      <w:pPr>
        <w:pStyle w:val="ListParagraph"/>
        <w:numPr>
          <w:ilvl w:val="0"/>
          <w:numId w:val="10"/>
        </w:numPr>
        <w:spacing w:line="259" w:lineRule="auto"/>
        <w:ind w:right="131"/>
        <w:rPr>
          <w:sz w:val="22"/>
          <w:szCs w:val="22"/>
        </w:rPr>
      </w:pPr>
      <w:r w:rsidRPr="005B3B66">
        <w:rPr>
          <w:b/>
          <w:bCs/>
          <w:sz w:val="22"/>
          <w:szCs w:val="22"/>
        </w:rPr>
        <w:t>Invited Panelist and Presenter</w:t>
      </w:r>
      <w:r w:rsidRPr="00463DB9">
        <w:rPr>
          <w:sz w:val="22"/>
          <w:szCs w:val="22"/>
        </w:rPr>
        <w:t xml:space="preserve"> (2009). </w:t>
      </w:r>
      <w:r w:rsidRPr="00962A1A">
        <w:rPr>
          <w:i/>
          <w:iCs/>
          <w:sz w:val="22"/>
          <w:szCs w:val="22"/>
        </w:rPr>
        <w:t xml:space="preserve">Risks </w:t>
      </w:r>
      <w:r w:rsidR="00870388" w:rsidRPr="00962A1A">
        <w:rPr>
          <w:i/>
          <w:iCs/>
          <w:sz w:val="22"/>
          <w:szCs w:val="22"/>
        </w:rPr>
        <w:t>A</w:t>
      </w:r>
      <w:r w:rsidRPr="00962A1A">
        <w:rPr>
          <w:i/>
          <w:iCs/>
          <w:sz w:val="22"/>
          <w:szCs w:val="22"/>
        </w:rPr>
        <w:t xml:space="preserve">ssociated with </w:t>
      </w:r>
      <w:r w:rsidR="00870388" w:rsidRPr="00962A1A">
        <w:rPr>
          <w:i/>
          <w:iCs/>
          <w:sz w:val="22"/>
          <w:szCs w:val="22"/>
        </w:rPr>
        <w:t>B</w:t>
      </w:r>
      <w:r w:rsidRPr="00962A1A">
        <w:rPr>
          <w:i/>
          <w:iCs/>
          <w:sz w:val="22"/>
          <w:szCs w:val="22"/>
        </w:rPr>
        <w:t xml:space="preserve">eing </w:t>
      </w:r>
      <w:r w:rsidR="00870388" w:rsidRPr="00962A1A">
        <w:rPr>
          <w:i/>
          <w:iCs/>
          <w:sz w:val="22"/>
          <w:szCs w:val="22"/>
        </w:rPr>
        <w:t>S</w:t>
      </w:r>
      <w:r w:rsidRPr="00962A1A">
        <w:rPr>
          <w:i/>
          <w:iCs/>
          <w:sz w:val="22"/>
          <w:szCs w:val="22"/>
        </w:rPr>
        <w:t xml:space="preserve">ocially </w:t>
      </w:r>
      <w:r w:rsidR="00870388" w:rsidRPr="00962A1A">
        <w:rPr>
          <w:i/>
          <w:iCs/>
          <w:sz w:val="22"/>
          <w:szCs w:val="22"/>
        </w:rPr>
        <w:t>P</w:t>
      </w:r>
      <w:r w:rsidRPr="00962A1A">
        <w:rPr>
          <w:i/>
          <w:iCs/>
          <w:sz w:val="22"/>
          <w:szCs w:val="22"/>
        </w:rPr>
        <w:t xml:space="preserve">erceived as a </w:t>
      </w:r>
      <w:r w:rsidR="00870388" w:rsidRPr="00962A1A">
        <w:rPr>
          <w:i/>
          <w:iCs/>
          <w:sz w:val="22"/>
          <w:szCs w:val="22"/>
        </w:rPr>
        <w:t>S</w:t>
      </w:r>
      <w:r w:rsidRPr="00962A1A">
        <w:rPr>
          <w:i/>
          <w:iCs/>
          <w:sz w:val="22"/>
          <w:szCs w:val="22"/>
        </w:rPr>
        <w:t xml:space="preserve">ex </w:t>
      </w:r>
      <w:r w:rsidR="00870388" w:rsidRPr="00962A1A">
        <w:rPr>
          <w:i/>
          <w:iCs/>
          <w:sz w:val="22"/>
          <w:szCs w:val="22"/>
        </w:rPr>
        <w:t>W</w:t>
      </w:r>
      <w:r w:rsidRPr="00962A1A">
        <w:rPr>
          <w:i/>
          <w:iCs/>
          <w:sz w:val="22"/>
          <w:szCs w:val="22"/>
        </w:rPr>
        <w:t>orker: Non-</w:t>
      </w:r>
      <w:r w:rsidR="00870388" w:rsidRPr="00962A1A">
        <w:rPr>
          <w:i/>
          <w:iCs/>
          <w:sz w:val="22"/>
          <w:szCs w:val="22"/>
        </w:rPr>
        <w:t>B</w:t>
      </w:r>
      <w:r w:rsidRPr="00962A1A">
        <w:rPr>
          <w:i/>
          <w:iCs/>
          <w:sz w:val="22"/>
          <w:szCs w:val="22"/>
        </w:rPr>
        <w:t>rothel-</w:t>
      </w:r>
      <w:r w:rsidR="00870388" w:rsidRPr="00962A1A">
        <w:rPr>
          <w:i/>
          <w:iCs/>
          <w:sz w:val="22"/>
          <w:szCs w:val="22"/>
        </w:rPr>
        <w:t>B</w:t>
      </w:r>
      <w:r w:rsidRPr="00962A1A">
        <w:rPr>
          <w:i/>
          <w:iCs/>
          <w:sz w:val="22"/>
          <w:szCs w:val="22"/>
        </w:rPr>
        <w:t xml:space="preserve">ased </w:t>
      </w:r>
      <w:r w:rsidR="00870388" w:rsidRPr="00962A1A">
        <w:rPr>
          <w:i/>
          <w:iCs/>
          <w:sz w:val="22"/>
          <w:szCs w:val="22"/>
        </w:rPr>
        <w:t>S</w:t>
      </w:r>
      <w:r w:rsidRPr="00962A1A">
        <w:rPr>
          <w:i/>
          <w:iCs/>
          <w:sz w:val="22"/>
          <w:szCs w:val="22"/>
        </w:rPr>
        <w:t xml:space="preserve">ex </w:t>
      </w:r>
      <w:r w:rsidR="00870388" w:rsidRPr="00962A1A">
        <w:rPr>
          <w:i/>
          <w:iCs/>
          <w:sz w:val="22"/>
          <w:szCs w:val="22"/>
        </w:rPr>
        <w:t>W</w:t>
      </w:r>
      <w:r w:rsidRPr="00962A1A">
        <w:rPr>
          <w:i/>
          <w:iCs/>
          <w:sz w:val="22"/>
          <w:szCs w:val="22"/>
        </w:rPr>
        <w:t>orkers in Central Kolkata, India</w:t>
      </w:r>
      <w:r w:rsidRPr="00463DB9">
        <w:rPr>
          <w:sz w:val="22"/>
          <w:szCs w:val="22"/>
        </w:rPr>
        <w:t xml:space="preserve">, for the session titled “Home is </w:t>
      </w:r>
      <w:r w:rsidR="00870388" w:rsidRPr="00463DB9">
        <w:rPr>
          <w:sz w:val="22"/>
          <w:szCs w:val="22"/>
        </w:rPr>
        <w:t>W</w:t>
      </w:r>
      <w:r w:rsidRPr="00463DB9">
        <w:rPr>
          <w:sz w:val="22"/>
          <w:szCs w:val="22"/>
        </w:rPr>
        <w:t xml:space="preserve">here the </w:t>
      </w:r>
      <w:r w:rsidR="00870388" w:rsidRPr="00463DB9">
        <w:rPr>
          <w:sz w:val="22"/>
          <w:szCs w:val="22"/>
        </w:rPr>
        <w:t>H</w:t>
      </w:r>
      <w:r w:rsidRPr="00463DB9">
        <w:rPr>
          <w:sz w:val="22"/>
          <w:szCs w:val="22"/>
        </w:rPr>
        <w:t xml:space="preserve">eart is: </w:t>
      </w:r>
      <w:r w:rsidR="00870388" w:rsidRPr="00463DB9">
        <w:rPr>
          <w:sz w:val="22"/>
          <w:szCs w:val="22"/>
        </w:rPr>
        <w:t>F</w:t>
      </w:r>
      <w:r w:rsidRPr="00463DB9">
        <w:rPr>
          <w:sz w:val="22"/>
          <w:szCs w:val="22"/>
        </w:rPr>
        <w:t xml:space="preserve">ood, </w:t>
      </w:r>
      <w:r w:rsidR="00870388" w:rsidRPr="00463DB9">
        <w:rPr>
          <w:sz w:val="22"/>
          <w:szCs w:val="22"/>
        </w:rPr>
        <w:t>S</w:t>
      </w:r>
      <w:r w:rsidRPr="00463DB9">
        <w:rPr>
          <w:sz w:val="22"/>
          <w:szCs w:val="22"/>
        </w:rPr>
        <w:t xml:space="preserve">helter, and </w:t>
      </w:r>
      <w:r w:rsidR="00870388" w:rsidRPr="00463DB9">
        <w:rPr>
          <w:sz w:val="22"/>
          <w:szCs w:val="22"/>
        </w:rPr>
        <w:t>C</w:t>
      </w:r>
      <w:r w:rsidRPr="00463DB9">
        <w:rPr>
          <w:sz w:val="22"/>
          <w:szCs w:val="22"/>
        </w:rPr>
        <w:t xml:space="preserve">ompassion in </w:t>
      </w:r>
      <w:r w:rsidR="00870388" w:rsidRPr="00463DB9">
        <w:rPr>
          <w:sz w:val="22"/>
          <w:szCs w:val="22"/>
        </w:rPr>
        <w:t>U</w:t>
      </w:r>
      <w:r w:rsidRPr="00463DB9">
        <w:rPr>
          <w:sz w:val="22"/>
          <w:szCs w:val="22"/>
        </w:rPr>
        <w:t xml:space="preserve">rban </w:t>
      </w:r>
      <w:r w:rsidR="00870388" w:rsidRPr="00463DB9">
        <w:rPr>
          <w:sz w:val="22"/>
          <w:szCs w:val="22"/>
        </w:rPr>
        <w:t>D</w:t>
      </w:r>
      <w:r w:rsidRPr="00463DB9">
        <w:rPr>
          <w:sz w:val="22"/>
          <w:szCs w:val="22"/>
        </w:rPr>
        <w:t xml:space="preserve">rop-in </w:t>
      </w:r>
      <w:r w:rsidR="00870388" w:rsidRPr="00463DB9">
        <w:rPr>
          <w:sz w:val="22"/>
          <w:szCs w:val="22"/>
        </w:rPr>
        <w:t>C</w:t>
      </w:r>
      <w:r w:rsidRPr="00463DB9">
        <w:rPr>
          <w:sz w:val="22"/>
          <w:szCs w:val="22"/>
        </w:rPr>
        <w:t xml:space="preserve">enters for </w:t>
      </w:r>
      <w:r w:rsidR="00870388" w:rsidRPr="00463DB9">
        <w:rPr>
          <w:sz w:val="22"/>
          <w:szCs w:val="22"/>
        </w:rPr>
        <w:t>S</w:t>
      </w:r>
      <w:r w:rsidRPr="00463DB9">
        <w:rPr>
          <w:sz w:val="22"/>
          <w:szCs w:val="22"/>
        </w:rPr>
        <w:t xml:space="preserve">ex </w:t>
      </w:r>
      <w:r w:rsidR="00870388" w:rsidRPr="00463DB9">
        <w:rPr>
          <w:sz w:val="22"/>
          <w:szCs w:val="22"/>
        </w:rPr>
        <w:t>W</w:t>
      </w:r>
      <w:r w:rsidRPr="00463DB9">
        <w:rPr>
          <w:sz w:val="22"/>
          <w:szCs w:val="22"/>
        </w:rPr>
        <w:t xml:space="preserve">orkers” at the </w:t>
      </w:r>
      <w:r w:rsidRPr="00463DB9">
        <w:rPr>
          <w:sz w:val="22"/>
          <w:szCs w:val="22"/>
          <w:u w:color="000000"/>
        </w:rPr>
        <w:t>69th Annual Meeting of the Society for Applied</w:t>
      </w:r>
      <w:r w:rsidRPr="00463DB9">
        <w:rPr>
          <w:sz w:val="22"/>
          <w:szCs w:val="22"/>
        </w:rPr>
        <w:t xml:space="preserve"> </w:t>
      </w:r>
      <w:r w:rsidRPr="00463DB9">
        <w:rPr>
          <w:sz w:val="22"/>
          <w:szCs w:val="22"/>
          <w:u w:color="000000"/>
        </w:rPr>
        <w:t>Anthropology,</w:t>
      </w:r>
      <w:r w:rsidRPr="00463DB9">
        <w:rPr>
          <w:sz w:val="22"/>
          <w:szCs w:val="22"/>
        </w:rPr>
        <w:t xml:space="preserve"> Santa Fe, New Mexico, March 17 – 23</w:t>
      </w:r>
    </w:p>
    <w:p w14:paraId="7DD918F3" w14:textId="77777777" w:rsidR="00F137D7" w:rsidRPr="00FF2004" w:rsidRDefault="00F137D7" w:rsidP="00F137D7">
      <w:pPr>
        <w:pStyle w:val="Heading3"/>
        <w:rPr>
          <w:rFonts w:ascii="Times New Roman" w:hAnsi="Times New Roman" w:cs="Times New Roman"/>
          <w:b w:val="0"/>
          <w:bCs w:val="0"/>
          <w:i/>
          <w:iCs/>
          <w:color w:val="1F497D" w:themeColor="text2"/>
          <w:sz w:val="32"/>
          <w:szCs w:val="32"/>
        </w:rPr>
      </w:pPr>
      <w:r w:rsidRPr="00FF2004">
        <w:rPr>
          <w:rFonts w:ascii="Times New Roman" w:hAnsi="Times New Roman" w:cs="Times New Roman"/>
          <w:i/>
          <w:iCs/>
          <w:color w:val="1F497D" w:themeColor="text2"/>
          <w:sz w:val="32"/>
          <w:szCs w:val="32"/>
        </w:rPr>
        <w:t xml:space="preserve"> </w:t>
      </w:r>
      <w:r w:rsidRPr="00FF2004">
        <w:rPr>
          <w:rFonts w:ascii="Times New Roman" w:hAnsi="Times New Roman" w:cs="Times New Roman"/>
          <w:i/>
          <w:iCs/>
          <w:color w:val="1F497D" w:themeColor="text2"/>
        </w:rPr>
        <w:t>Peer-reviewed International Conference Presentations</w:t>
      </w:r>
      <w:r w:rsidRPr="00FF2004">
        <w:rPr>
          <w:rFonts w:ascii="Times New Roman" w:hAnsi="Times New Roman" w:cs="Times New Roman"/>
          <w:i/>
          <w:iCs/>
          <w:color w:val="1F497D" w:themeColor="text2"/>
          <w:sz w:val="32"/>
          <w:szCs w:val="32"/>
        </w:rPr>
        <w:t xml:space="preserve"> </w:t>
      </w:r>
    </w:p>
    <w:p w14:paraId="0C9F1765" w14:textId="77777777" w:rsidR="00F137D7" w:rsidRPr="00463DB9" w:rsidRDefault="00F137D7">
      <w:pPr>
        <w:numPr>
          <w:ilvl w:val="0"/>
          <w:numId w:val="9"/>
        </w:numPr>
        <w:spacing w:after="5" w:line="226" w:lineRule="auto"/>
        <w:ind w:right="234"/>
        <w:jc w:val="both"/>
        <w:rPr>
          <w:sz w:val="22"/>
          <w:szCs w:val="22"/>
        </w:rPr>
      </w:pPr>
      <w:r w:rsidRPr="009E14FA">
        <w:rPr>
          <w:b/>
          <w:bCs/>
          <w:sz w:val="22"/>
          <w:szCs w:val="22"/>
        </w:rPr>
        <w:t xml:space="preserve">Presenter </w:t>
      </w:r>
      <w:r w:rsidRPr="00463DB9">
        <w:rPr>
          <w:sz w:val="22"/>
          <w:szCs w:val="22"/>
        </w:rPr>
        <w:t xml:space="preserve">(2013). </w:t>
      </w:r>
      <w:r w:rsidRPr="00962A1A">
        <w:rPr>
          <w:i/>
          <w:iCs/>
          <w:sz w:val="22"/>
          <w:szCs w:val="22"/>
        </w:rPr>
        <w:t>HIV Risk Perceptions of ‘Flying’ Female sex workers in Kolkata, India,</w:t>
      </w:r>
      <w:r w:rsidRPr="00463DB9">
        <w:rPr>
          <w:sz w:val="22"/>
          <w:szCs w:val="22"/>
        </w:rPr>
        <w:t xml:space="preserve"> </w:t>
      </w:r>
      <w:r w:rsidRPr="00463DB9">
        <w:rPr>
          <w:sz w:val="22"/>
          <w:szCs w:val="22"/>
          <w:u w:color="000000"/>
        </w:rPr>
        <w:t>18th Biennial International Consortium for Social Development (ICSD) Conference</w:t>
      </w:r>
      <w:r w:rsidRPr="00463DB9">
        <w:rPr>
          <w:sz w:val="22"/>
          <w:szCs w:val="22"/>
        </w:rPr>
        <w:t xml:space="preserve">, Kampala, Uganda, July 15 -19. </w:t>
      </w:r>
    </w:p>
    <w:p w14:paraId="4E512D92" w14:textId="77777777" w:rsidR="00F137D7" w:rsidRPr="00463DB9" w:rsidRDefault="00F137D7">
      <w:pPr>
        <w:numPr>
          <w:ilvl w:val="0"/>
          <w:numId w:val="9"/>
        </w:numPr>
        <w:spacing w:after="160" w:line="226" w:lineRule="auto"/>
        <w:ind w:right="234"/>
        <w:jc w:val="both"/>
        <w:rPr>
          <w:sz w:val="22"/>
          <w:szCs w:val="22"/>
        </w:rPr>
      </w:pPr>
      <w:r w:rsidRPr="009E14FA">
        <w:rPr>
          <w:b/>
          <w:bCs/>
          <w:sz w:val="22"/>
          <w:szCs w:val="22"/>
        </w:rPr>
        <w:t>Presenter</w:t>
      </w:r>
      <w:r w:rsidRPr="00463DB9">
        <w:rPr>
          <w:sz w:val="22"/>
          <w:szCs w:val="22"/>
        </w:rPr>
        <w:t xml:space="preserve"> (2011). </w:t>
      </w:r>
      <w:r w:rsidRPr="00962A1A">
        <w:rPr>
          <w:i/>
          <w:iCs/>
          <w:sz w:val="22"/>
          <w:szCs w:val="22"/>
        </w:rPr>
        <w:t xml:space="preserve">Risk perceptions of an HIV </w:t>
      </w:r>
      <w:r w:rsidR="00870388" w:rsidRPr="00962A1A">
        <w:rPr>
          <w:i/>
          <w:iCs/>
          <w:sz w:val="22"/>
          <w:szCs w:val="22"/>
        </w:rPr>
        <w:t>P</w:t>
      </w:r>
      <w:r w:rsidRPr="00962A1A">
        <w:rPr>
          <w:i/>
          <w:iCs/>
          <w:sz w:val="22"/>
          <w:szCs w:val="22"/>
        </w:rPr>
        <w:t xml:space="preserve">ositive </w:t>
      </w:r>
      <w:r w:rsidR="00870388" w:rsidRPr="00962A1A">
        <w:rPr>
          <w:i/>
          <w:iCs/>
          <w:sz w:val="22"/>
          <w:szCs w:val="22"/>
        </w:rPr>
        <w:t>W</w:t>
      </w:r>
      <w:r w:rsidRPr="00962A1A">
        <w:rPr>
          <w:i/>
          <w:iCs/>
          <w:sz w:val="22"/>
          <w:szCs w:val="22"/>
        </w:rPr>
        <w:t xml:space="preserve">oman </w:t>
      </w:r>
      <w:r w:rsidR="00962A1A" w:rsidRPr="00962A1A">
        <w:rPr>
          <w:i/>
          <w:iCs/>
          <w:sz w:val="22"/>
          <w:szCs w:val="22"/>
        </w:rPr>
        <w:t>R</w:t>
      </w:r>
      <w:r w:rsidRPr="00962A1A">
        <w:rPr>
          <w:i/>
          <w:iCs/>
          <w:sz w:val="22"/>
          <w:szCs w:val="22"/>
        </w:rPr>
        <w:t xml:space="preserve">esiding in a </w:t>
      </w:r>
      <w:r w:rsidR="00870388" w:rsidRPr="00962A1A">
        <w:rPr>
          <w:i/>
          <w:iCs/>
          <w:sz w:val="22"/>
          <w:szCs w:val="22"/>
        </w:rPr>
        <w:t>B</w:t>
      </w:r>
      <w:r w:rsidRPr="00962A1A">
        <w:rPr>
          <w:i/>
          <w:iCs/>
          <w:sz w:val="22"/>
          <w:szCs w:val="22"/>
        </w:rPr>
        <w:t>rothel of Kolkata, India: A Case Study</w:t>
      </w:r>
      <w:r w:rsidRPr="00463DB9">
        <w:rPr>
          <w:sz w:val="22"/>
          <w:szCs w:val="22"/>
        </w:rPr>
        <w:t xml:space="preserve">, </w:t>
      </w:r>
      <w:r w:rsidRPr="00463DB9">
        <w:rPr>
          <w:sz w:val="22"/>
          <w:szCs w:val="22"/>
          <w:u w:color="000000"/>
        </w:rPr>
        <w:t>6th International AIDS Society Conference (IAS)</w:t>
      </w:r>
      <w:r w:rsidRPr="00463DB9">
        <w:rPr>
          <w:sz w:val="22"/>
          <w:szCs w:val="22"/>
        </w:rPr>
        <w:t xml:space="preserve"> on HIV Pathogenesis, Treatment and Prevention, Rome, July 17 -20. </w:t>
      </w:r>
    </w:p>
    <w:p w14:paraId="1B4E1681" w14:textId="237227A4" w:rsidR="00F137D7" w:rsidRPr="00FF2004" w:rsidRDefault="009069B2" w:rsidP="00F137D7">
      <w:pPr>
        <w:spacing w:after="160" w:line="226" w:lineRule="auto"/>
        <w:ind w:right="234"/>
        <w:jc w:val="both"/>
        <w:rPr>
          <w:i/>
          <w:iCs/>
          <w:color w:val="1F497D" w:themeColor="text2"/>
        </w:rPr>
      </w:pPr>
      <w:r>
        <w:rPr>
          <w:rFonts w:eastAsiaTheme="majorEastAsia"/>
          <w:b/>
          <w:bCs/>
          <w:i/>
          <w:iCs/>
          <w:color w:val="1F497D" w:themeColor="text2"/>
        </w:rPr>
        <w:t xml:space="preserve">Invited Book Talks, </w:t>
      </w:r>
      <w:r w:rsidR="00F137D7" w:rsidRPr="00FF2004">
        <w:rPr>
          <w:rFonts w:eastAsiaTheme="majorEastAsia"/>
          <w:b/>
          <w:bCs/>
          <w:i/>
          <w:iCs/>
          <w:color w:val="1F497D" w:themeColor="text2"/>
        </w:rPr>
        <w:t xml:space="preserve">Public </w:t>
      </w:r>
      <w:r w:rsidR="00FF2004">
        <w:rPr>
          <w:rFonts w:eastAsiaTheme="majorEastAsia"/>
          <w:b/>
          <w:bCs/>
          <w:i/>
          <w:iCs/>
          <w:color w:val="1F497D" w:themeColor="text2"/>
        </w:rPr>
        <w:t>Lecture</w:t>
      </w:r>
      <w:r w:rsidR="002E7E2A" w:rsidRPr="00FF2004">
        <w:rPr>
          <w:rFonts w:eastAsiaTheme="majorEastAsia"/>
          <w:b/>
          <w:bCs/>
          <w:i/>
          <w:iCs/>
          <w:color w:val="1F497D" w:themeColor="text2"/>
        </w:rPr>
        <w:t>s &amp; Panel Discussions</w:t>
      </w:r>
    </w:p>
    <w:p w14:paraId="1A50D384" w14:textId="418A2B51" w:rsidR="009069B2" w:rsidRPr="00FD472F" w:rsidRDefault="009069B2">
      <w:pPr>
        <w:pStyle w:val="NormalWeb"/>
        <w:numPr>
          <w:ilvl w:val="1"/>
          <w:numId w:val="37"/>
        </w:numPr>
        <w:spacing w:before="0" w:beforeAutospacing="0" w:after="0" w:afterAutospacing="0"/>
        <w:rPr>
          <w:color w:val="000000" w:themeColor="text1"/>
          <w:sz w:val="22"/>
          <w:szCs w:val="22"/>
        </w:rPr>
      </w:pPr>
      <w:r w:rsidRPr="009069B2">
        <w:rPr>
          <w:b/>
          <w:bCs/>
          <w:sz w:val="22"/>
          <w:szCs w:val="22"/>
        </w:rPr>
        <w:t>Invited Book Talk</w:t>
      </w:r>
      <w:r>
        <w:rPr>
          <w:sz w:val="22"/>
          <w:szCs w:val="22"/>
        </w:rPr>
        <w:t xml:space="preserve">, </w:t>
      </w:r>
      <w:r w:rsidRPr="00FD472F">
        <w:rPr>
          <w:sz w:val="22"/>
          <w:szCs w:val="22"/>
        </w:rPr>
        <w:t>Department of Gender, Women, and Sexuality Studies, Appalachian State University, April 22</w:t>
      </w:r>
      <w:r w:rsidRPr="00FD472F">
        <w:rPr>
          <w:sz w:val="22"/>
          <w:szCs w:val="22"/>
          <w:vertAlign w:val="superscript"/>
        </w:rPr>
        <w:t>nd</w:t>
      </w:r>
      <w:r w:rsidRPr="00FD472F">
        <w:rPr>
          <w:sz w:val="22"/>
          <w:szCs w:val="22"/>
        </w:rPr>
        <w:t xml:space="preserve">  2025.</w:t>
      </w:r>
    </w:p>
    <w:p w14:paraId="7BE4EB1C" w14:textId="1B505A2E" w:rsidR="009069B2" w:rsidRPr="009069B2" w:rsidRDefault="009069B2">
      <w:pPr>
        <w:pStyle w:val="NormalWeb"/>
        <w:numPr>
          <w:ilvl w:val="1"/>
          <w:numId w:val="37"/>
        </w:numPr>
        <w:spacing w:before="0" w:beforeAutospacing="0" w:after="0" w:afterAutospacing="0"/>
        <w:rPr>
          <w:color w:val="000000" w:themeColor="text1"/>
          <w:sz w:val="22"/>
          <w:szCs w:val="22"/>
        </w:rPr>
      </w:pPr>
      <w:r w:rsidRPr="009069B2">
        <w:rPr>
          <w:b/>
          <w:bCs/>
          <w:color w:val="000000" w:themeColor="text1"/>
          <w:sz w:val="22"/>
          <w:szCs w:val="22"/>
        </w:rPr>
        <w:t>Invited Book Talk</w:t>
      </w:r>
      <w:r>
        <w:rPr>
          <w:color w:val="000000" w:themeColor="text1"/>
          <w:sz w:val="22"/>
          <w:szCs w:val="22"/>
        </w:rPr>
        <w:t xml:space="preserve">, </w:t>
      </w:r>
      <w:r w:rsidRPr="00FD472F">
        <w:rPr>
          <w:color w:val="000000" w:themeColor="text1"/>
          <w:sz w:val="22"/>
          <w:szCs w:val="22"/>
        </w:rPr>
        <w:t>Department of Social Work &amp; Center of Women Studies, Pondicherry University,</w:t>
      </w:r>
      <w:r w:rsidRPr="00FD472F">
        <w:rPr>
          <w:color w:val="222222"/>
          <w:sz w:val="22"/>
          <w:szCs w:val="22"/>
          <w:shd w:val="clear" w:color="auto" w:fill="FFFFFF"/>
        </w:rPr>
        <w:t xml:space="preserve"> July 24</w:t>
      </w:r>
      <w:r w:rsidRPr="00FD472F">
        <w:rPr>
          <w:color w:val="222222"/>
          <w:sz w:val="22"/>
          <w:szCs w:val="22"/>
          <w:shd w:val="clear" w:color="auto" w:fill="FFFFFF"/>
          <w:vertAlign w:val="superscript"/>
        </w:rPr>
        <w:t>th</w:t>
      </w:r>
      <w:r w:rsidRPr="00FD472F">
        <w:rPr>
          <w:color w:val="222222"/>
          <w:sz w:val="22"/>
          <w:szCs w:val="22"/>
          <w:shd w:val="clear" w:color="auto" w:fill="FFFFFF"/>
        </w:rPr>
        <w:t xml:space="preserve"> 2025</w:t>
      </w:r>
    </w:p>
    <w:p w14:paraId="47E005DA" w14:textId="77777777" w:rsidR="009069B2" w:rsidRPr="009069B2" w:rsidRDefault="002E7E2A">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(5th February 2019). </w:t>
      </w:r>
      <w:r w:rsidRPr="009069B2">
        <w:rPr>
          <w:i/>
          <w:iCs/>
          <w:sz w:val="22"/>
          <w:szCs w:val="22"/>
        </w:rPr>
        <w:t>Human Trafficking in Pennsylvania</w:t>
      </w:r>
      <w:r w:rsidRPr="009069B2">
        <w:rPr>
          <w:sz w:val="22"/>
          <w:szCs w:val="22"/>
        </w:rPr>
        <w:t xml:space="preserve"> at the 1st Education Awareness Luncheons are organized by the Pennsylvania State University’s Human Development Family Studies Community Club. </w:t>
      </w:r>
    </w:p>
    <w:p w14:paraId="70A7BFEF" w14:textId="77777777" w:rsidR="009069B2" w:rsidRPr="009069B2" w:rsidRDefault="002E7E2A">
      <w:pPr>
        <w:pStyle w:val="NormalWeb"/>
        <w:numPr>
          <w:ilvl w:val="1"/>
          <w:numId w:val="37"/>
        </w:numPr>
        <w:spacing w:before="0" w:beforeAutospacing="0" w:after="0" w:afterAutospacing="0"/>
        <w:rPr>
          <w:color w:val="000000" w:themeColor="text1"/>
          <w:sz w:val="22"/>
          <w:szCs w:val="22"/>
        </w:rPr>
      </w:pPr>
      <w:r w:rsidRPr="009069B2">
        <w:rPr>
          <w:b/>
          <w:bCs/>
          <w:sz w:val="22"/>
          <w:szCs w:val="22"/>
        </w:rPr>
        <w:t>Discussion Panelist</w:t>
      </w:r>
      <w:r w:rsidRPr="009069B2">
        <w:rPr>
          <w:sz w:val="22"/>
          <w:szCs w:val="22"/>
        </w:rPr>
        <w:t xml:space="preserve"> ( February 22, 2018), </w:t>
      </w:r>
      <w:r>
        <w:t xml:space="preserve">Screening and discussion on human trafficking film </w:t>
      </w:r>
      <w:r>
        <w:rPr>
          <w:rStyle w:val="Emphasis"/>
        </w:rPr>
        <w:t>SOLD</w:t>
      </w:r>
      <w:r>
        <w:t xml:space="preserve">, hosted by the Marywood University’s social work club, Caritas. </w:t>
      </w:r>
    </w:p>
    <w:p w14:paraId="4E495711" w14:textId="77777777" w:rsidR="009069B2" w:rsidRPr="009069B2" w:rsidRDefault="002E7E2A">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(4th April 2018). </w:t>
      </w:r>
      <w:r w:rsidRPr="009069B2">
        <w:rPr>
          <w:i/>
          <w:iCs/>
          <w:sz w:val="22"/>
          <w:szCs w:val="22"/>
        </w:rPr>
        <w:t>Differences between Sex Work/’Prostitution’ and Human Trafficking: Implications for Social Work Practice</w:t>
      </w:r>
      <w:r w:rsidRPr="009069B2">
        <w:rPr>
          <w:sz w:val="22"/>
          <w:szCs w:val="22"/>
        </w:rPr>
        <w:t xml:space="preserve"> at the 5th Annual Spring Workshop, Sponsored by the East Stroudsburg University’s (ESU) Department of Sociology, Social Work &amp; Criminal Justice and the Marywood University Pocono MSW Program, at ESU Innovation Center. </w:t>
      </w:r>
    </w:p>
    <w:p w14:paraId="0DFC13D7" w14:textId="77777777" w:rsidR="009069B2" w:rsidRPr="009069B2" w:rsidRDefault="002E7E2A">
      <w:pPr>
        <w:pStyle w:val="NormalWeb"/>
        <w:numPr>
          <w:ilvl w:val="1"/>
          <w:numId w:val="37"/>
        </w:numPr>
        <w:spacing w:before="0" w:beforeAutospacing="0" w:after="0" w:afterAutospacing="0"/>
        <w:rPr>
          <w:color w:val="000000" w:themeColor="text1"/>
          <w:sz w:val="22"/>
          <w:szCs w:val="22"/>
        </w:rPr>
      </w:pPr>
      <w:r w:rsidRPr="009069B2">
        <w:rPr>
          <w:b/>
          <w:bCs/>
          <w:iCs/>
          <w:sz w:val="22"/>
          <w:szCs w:val="22"/>
        </w:rPr>
        <w:t>Discussion Panelist</w:t>
      </w:r>
      <w:r w:rsidRPr="009069B2">
        <w:rPr>
          <w:i/>
          <w:sz w:val="22"/>
          <w:szCs w:val="22"/>
        </w:rPr>
        <w:t xml:space="preserve"> </w:t>
      </w:r>
      <w:r w:rsidRPr="009069B2">
        <w:rPr>
          <w:sz w:val="22"/>
          <w:szCs w:val="22"/>
        </w:rPr>
        <w:t xml:space="preserve">(April 12th, 2018). Public Screening for the documentary film </w:t>
      </w:r>
      <w:r w:rsidRPr="009069B2">
        <w:rPr>
          <w:i/>
          <w:iCs/>
          <w:sz w:val="22"/>
          <w:szCs w:val="22"/>
        </w:rPr>
        <w:t>Stopping Traffic:</w:t>
      </w:r>
      <w:r w:rsidRPr="009069B2">
        <w:rPr>
          <w:sz w:val="22"/>
          <w:szCs w:val="22"/>
        </w:rPr>
        <w:t xml:space="preserve"> </w:t>
      </w:r>
      <w:r w:rsidRPr="009069B2">
        <w:rPr>
          <w:i/>
          <w:iCs/>
          <w:sz w:val="22"/>
          <w:szCs w:val="22"/>
        </w:rPr>
        <w:t>The Movement to End Sex Trafficking</w:t>
      </w:r>
      <w:r w:rsidRPr="009069B2">
        <w:rPr>
          <w:sz w:val="22"/>
          <w:szCs w:val="22"/>
        </w:rPr>
        <w:t xml:space="preserve">, organized by Marywood University’s Human Trafficking Awareness and Prevention Committee. </w:t>
      </w:r>
    </w:p>
    <w:p w14:paraId="2C240660" w14:textId="77777777" w:rsidR="009069B2" w:rsidRPr="009069B2" w:rsidRDefault="00F137D7">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(August 2017). </w:t>
      </w:r>
      <w:r w:rsidRPr="009069B2">
        <w:rPr>
          <w:i/>
          <w:iCs/>
          <w:sz w:val="22"/>
          <w:szCs w:val="22"/>
        </w:rPr>
        <w:t>HIV Prevention among Non-brothel-based sex workers in India</w:t>
      </w:r>
      <w:r w:rsidRPr="009069B2">
        <w:rPr>
          <w:sz w:val="22"/>
          <w:szCs w:val="22"/>
        </w:rPr>
        <w:t xml:space="preserve">, Tata Institute of Social Sciences, Mumbai, India. </w:t>
      </w:r>
    </w:p>
    <w:p w14:paraId="576426B5" w14:textId="77777777" w:rsidR="009069B2" w:rsidRPr="009069B2" w:rsidRDefault="00F137D7">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(July 2017). </w:t>
      </w:r>
      <w:r w:rsidRPr="009069B2">
        <w:rPr>
          <w:i/>
          <w:iCs/>
          <w:sz w:val="22"/>
          <w:szCs w:val="22"/>
        </w:rPr>
        <w:t>HIV</w:t>
      </w:r>
      <w:r w:rsidR="00D008CC" w:rsidRPr="009069B2">
        <w:rPr>
          <w:i/>
          <w:iCs/>
          <w:sz w:val="22"/>
          <w:szCs w:val="22"/>
        </w:rPr>
        <w:t>/AIDS and N</w:t>
      </w:r>
      <w:r w:rsidRPr="009069B2">
        <w:rPr>
          <w:i/>
          <w:iCs/>
          <w:sz w:val="22"/>
          <w:szCs w:val="22"/>
        </w:rPr>
        <w:t xml:space="preserve">on-brothel-based </w:t>
      </w:r>
      <w:r w:rsidR="00962A1A" w:rsidRPr="009069B2">
        <w:rPr>
          <w:i/>
          <w:iCs/>
          <w:sz w:val="22"/>
          <w:szCs w:val="22"/>
        </w:rPr>
        <w:t>S</w:t>
      </w:r>
      <w:r w:rsidRPr="009069B2">
        <w:rPr>
          <w:i/>
          <w:iCs/>
          <w:sz w:val="22"/>
          <w:szCs w:val="22"/>
        </w:rPr>
        <w:t xml:space="preserve">ex </w:t>
      </w:r>
      <w:r w:rsidR="00962A1A" w:rsidRPr="009069B2">
        <w:rPr>
          <w:i/>
          <w:iCs/>
          <w:sz w:val="22"/>
          <w:szCs w:val="22"/>
        </w:rPr>
        <w:t>W</w:t>
      </w:r>
      <w:r w:rsidRPr="009069B2">
        <w:rPr>
          <w:i/>
          <w:iCs/>
          <w:sz w:val="22"/>
          <w:szCs w:val="22"/>
        </w:rPr>
        <w:t>ork in India,</w:t>
      </w:r>
      <w:r w:rsidRPr="009069B2">
        <w:rPr>
          <w:sz w:val="22"/>
          <w:szCs w:val="22"/>
        </w:rPr>
        <w:t xml:space="preserve"> Department of Social Work, Visva-Bharati University, Sriniketan, Kolkata, India. </w:t>
      </w:r>
    </w:p>
    <w:p w14:paraId="0CE6EBAC" w14:textId="77777777" w:rsidR="009069B2" w:rsidRPr="009069B2" w:rsidRDefault="00F137D7">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(July 2016). </w:t>
      </w:r>
      <w:r w:rsidRPr="009069B2">
        <w:rPr>
          <w:i/>
          <w:iCs/>
          <w:sz w:val="22"/>
          <w:szCs w:val="22"/>
        </w:rPr>
        <w:t xml:space="preserve">Cell </w:t>
      </w:r>
      <w:r w:rsidR="00D008CC" w:rsidRPr="009069B2">
        <w:rPr>
          <w:i/>
          <w:iCs/>
          <w:sz w:val="22"/>
          <w:szCs w:val="22"/>
        </w:rPr>
        <w:t>P</w:t>
      </w:r>
      <w:r w:rsidRPr="009069B2">
        <w:rPr>
          <w:i/>
          <w:iCs/>
          <w:sz w:val="22"/>
          <w:szCs w:val="22"/>
        </w:rPr>
        <w:t xml:space="preserve">hone-based </w:t>
      </w:r>
      <w:r w:rsidR="00D008CC" w:rsidRPr="009069B2">
        <w:rPr>
          <w:i/>
          <w:iCs/>
          <w:sz w:val="22"/>
          <w:szCs w:val="22"/>
        </w:rPr>
        <w:t>A</w:t>
      </w:r>
      <w:r w:rsidRPr="009069B2">
        <w:rPr>
          <w:i/>
          <w:iCs/>
          <w:sz w:val="22"/>
          <w:szCs w:val="22"/>
        </w:rPr>
        <w:t xml:space="preserve">pplications (apps) for </w:t>
      </w:r>
      <w:r w:rsidR="00D008CC" w:rsidRPr="009069B2">
        <w:rPr>
          <w:i/>
          <w:iCs/>
          <w:sz w:val="22"/>
          <w:szCs w:val="22"/>
        </w:rPr>
        <w:t>V</w:t>
      </w:r>
      <w:r w:rsidRPr="009069B2">
        <w:rPr>
          <w:i/>
          <w:iCs/>
          <w:sz w:val="22"/>
          <w:szCs w:val="22"/>
        </w:rPr>
        <w:t xml:space="preserve">iolence </w:t>
      </w:r>
      <w:r w:rsidR="00D008CC" w:rsidRPr="009069B2">
        <w:rPr>
          <w:i/>
          <w:iCs/>
          <w:sz w:val="22"/>
          <w:szCs w:val="22"/>
        </w:rPr>
        <w:t>P</w:t>
      </w:r>
      <w:r w:rsidRPr="009069B2">
        <w:rPr>
          <w:i/>
          <w:iCs/>
          <w:sz w:val="22"/>
          <w:szCs w:val="22"/>
        </w:rPr>
        <w:t>revention</w:t>
      </w:r>
      <w:r w:rsidRPr="009069B2">
        <w:rPr>
          <w:sz w:val="22"/>
          <w:szCs w:val="22"/>
        </w:rPr>
        <w:t xml:space="preserve">, Faculty of Social Work, M.S. University, Baroda. </w:t>
      </w:r>
    </w:p>
    <w:p w14:paraId="05DCAE14" w14:textId="77777777" w:rsidR="009069B2" w:rsidRPr="009069B2" w:rsidRDefault="00D008CC">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(July 2014). </w:t>
      </w:r>
      <w:r w:rsidRPr="009069B2">
        <w:rPr>
          <w:i/>
          <w:iCs/>
          <w:sz w:val="22"/>
          <w:szCs w:val="22"/>
        </w:rPr>
        <w:t xml:space="preserve">HIV Prevention </w:t>
      </w:r>
      <w:r w:rsidR="00962A1A" w:rsidRPr="009069B2">
        <w:rPr>
          <w:i/>
          <w:iCs/>
          <w:sz w:val="22"/>
          <w:szCs w:val="22"/>
        </w:rPr>
        <w:t xml:space="preserve">Programs for </w:t>
      </w:r>
      <w:r w:rsidRPr="009069B2">
        <w:rPr>
          <w:i/>
          <w:iCs/>
          <w:sz w:val="22"/>
          <w:szCs w:val="22"/>
        </w:rPr>
        <w:t>Non-Brothel-Based Sex Workers in India</w:t>
      </w:r>
      <w:r w:rsidRPr="009069B2">
        <w:rPr>
          <w:sz w:val="22"/>
          <w:szCs w:val="22"/>
        </w:rPr>
        <w:t xml:space="preserve">, Faculty of Social Work, M.S. University, Baroda, India. </w:t>
      </w:r>
    </w:p>
    <w:p w14:paraId="36E5C895" w14:textId="77777777" w:rsidR="009069B2" w:rsidRPr="009069B2" w:rsidRDefault="00121754">
      <w:pPr>
        <w:pStyle w:val="NormalWeb"/>
        <w:numPr>
          <w:ilvl w:val="1"/>
          <w:numId w:val="37"/>
        </w:numPr>
        <w:spacing w:before="0" w:beforeAutospacing="0" w:after="0" w:afterAutospacing="0"/>
        <w:rPr>
          <w:color w:val="000000" w:themeColor="text1"/>
          <w:sz w:val="22"/>
          <w:szCs w:val="22"/>
        </w:rPr>
      </w:pPr>
      <w:r w:rsidRPr="009069B2">
        <w:rPr>
          <w:b/>
          <w:bCs/>
          <w:iCs/>
          <w:sz w:val="22"/>
          <w:szCs w:val="22"/>
        </w:rPr>
        <w:t>Invited Speaker</w:t>
      </w:r>
      <w:r w:rsidRPr="009069B2">
        <w:rPr>
          <w:i/>
          <w:sz w:val="22"/>
          <w:szCs w:val="22"/>
        </w:rPr>
        <w:t xml:space="preserve"> </w:t>
      </w:r>
      <w:r w:rsidRPr="009069B2">
        <w:rPr>
          <w:sz w:val="22"/>
          <w:szCs w:val="22"/>
        </w:rPr>
        <w:t xml:space="preserve">(September 26th, 2014). </w:t>
      </w:r>
      <w:r w:rsidRPr="009069B2">
        <w:rPr>
          <w:i/>
          <w:iCs/>
          <w:sz w:val="22"/>
          <w:szCs w:val="22"/>
        </w:rPr>
        <w:t>Human Trafficking in Pennsylvania</w:t>
      </w:r>
      <w:r w:rsidRPr="009069B2">
        <w:rPr>
          <w:sz w:val="22"/>
          <w:szCs w:val="22"/>
        </w:rPr>
        <w:t xml:space="preserve"> at the Fall Field Gathering titled “Human Trafficking in Our Community: Social Work Collaboration Needed” at the Lehigh Valley MSW Program Location, organized by the School of Social Work &amp; Administrative Studies, Marywood University. </w:t>
      </w:r>
    </w:p>
    <w:p w14:paraId="3BEF77BA" w14:textId="77777777" w:rsidR="009069B2" w:rsidRPr="009069B2" w:rsidRDefault="00121754">
      <w:pPr>
        <w:pStyle w:val="NormalWeb"/>
        <w:numPr>
          <w:ilvl w:val="1"/>
          <w:numId w:val="37"/>
        </w:numPr>
        <w:spacing w:before="0" w:beforeAutospacing="0" w:after="0" w:afterAutospacing="0"/>
        <w:rPr>
          <w:color w:val="000000" w:themeColor="text1"/>
          <w:sz w:val="22"/>
          <w:szCs w:val="22"/>
        </w:rPr>
      </w:pPr>
      <w:r w:rsidRPr="009069B2">
        <w:rPr>
          <w:b/>
          <w:bCs/>
          <w:sz w:val="22"/>
          <w:szCs w:val="22"/>
        </w:rPr>
        <w:lastRenderedPageBreak/>
        <w:t>Invited Speaker</w:t>
      </w:r>
      <w:r w:rsidRPr="009069B2">
        <w:rPr>
          <w:sz w:val="22"/>
          <w:szCs w:val="22"/>
        </w:rPr>
        <w:t xml:space="preserve"> (October 8th, 2013). </w:t>
      </w:r>
      <w:r w:rsidRPr="009069B2">
        <w:rPr>
          <w:i/>
          <w:sz w:val="22"/>
          <w:szCs w:val="22"/>
        </w:rPr>
        <w:t xml:space="preserve">Cultural Diversity within India: Insights for Social work Practice, </w:t>
      </w:r>
      <w:r w:rsidRPr="009069B2">
        <w:rPr>
          <w:iCs/>
          <w:sz w:val="22"/>
          <w:szCs w:val="22"/>
        </w:rPr>
        <w:t>at the</w:t>
      </w:r>
      <w:r w:rsidRPr="009069B2">
        <w:rPr>
          <w:i/>
          <w:sz w:val="22"/>
          <w:szCs w:val="22"/>
        </w:rPr>
        <w:t xml:space="preserve"> </w:t>
      </w:r>
      <w:r w:rsidRPr="009069B2">
        <w:rPr>
          <w:sz w:val="22"/>
          <w:szCs w:val="22"/>
        </w:rPr>
        <w:t xml:space="preserve">Annual Diversity Conference organized by the Institute for Social Work Research, Education, &amp; Consultation, Marywood University, and the BSW Program of Bloomsburg University. </w:t>
      </w:r>
    </w:p>
    <w:p w14:paraId="6CD8541D" w14:textId="77777777" w:rsidR="009069B2" w:rsidRPr="009069B2" w:rsidRDefault="00121754">
      <w:pPr>
        <w:pStyle w:val="NormalWeb"/>
        <w:numPr>
          <w:ilvl w:val="1"/>
          <w:numId w:val="37"/>
        </w:numPr>
        <w:spacing w:before="0" w:beforeAutospacing="0" w:after="0" w:afterAutospacing="0"/>
        <w:rPr>
          <w:color w:val="000000" w:themeColor="text1"/>
          <w:sz w:val="22"/>
          <w:szCs w:val="22"/>
        </w:rPr>
      </w:pPr>
      <w:r w:rsidRPr="009069B2">
        <w:rPr>
          <w:rStyle w:val="Strong"/>
          <w:sz w:val="22"/>
          <w:szCs w:val="22"/>
        </w:rPr>
        <w:t>Organizer and Presenter</w:t>
      </w:r>
      <w:r w:rsidR="005B3B66" w:rsidRPr="009069B2">
        <w:rPr>
          <w:sz w:val="22"/>
          <w:szCs w:val="22"/>
        </w:rPr>
        <w:t xml:space="preserve"> (October 24, 2013) </w:t>
      </w:r>
      <w:r w:rsidRPr="009069B2">
        <w:rPr>
          <w:rStyle w:val="Emphasis"/>
          <w:sz w:val="22"/>
          <w:szCs w:val="22"/>
        </w:rPr>
        <w:t>Human Trafficking</w:t>
      </w:r>
      <w:r w:rsidR="005B3B66" w:rsidRPr="009069B2">
        <w:rPr>
          <w:rStyle w:val="Emphasis"/>
          <w:sz w:val="22"/>
          <w:szCs w:val="22"/>
        </w:rPr>
        <w:t xml:space="preserve">: A Public </w:t>
      </w:r>
      <w:r w:rsidRPr="009069B2">
        <w:rPr>
          <w:rStyle w:val="Emphasis"/>
          <w:sz w:val="22"/>
          <w:szCs w:val="22"/>
        </w:rPr>
        <w:t>Awareness</w:t>
      </w:r>
      <w:r w:rsidR="005B3B66" w:rsidRPr="009069B2">
        <w:rPr>
          <w:sz w:val="22"/>
          <w:szCs w:val="22"/>
        </w:rPr>
        <w:t xml:space="preserve"> Lecture,</w:t>
      </w:r>
      <w:r w:rsidRPr="009069B2">
        <w:rPr>
          <w:sz w:val="22"/>
          <w:szCs w:val="22"/>
        </w:rPr>
        <w:t xml:space="preserve"> Swartz Center, Marywood University,</w:t>
      </w:r>
      <w:r w:rsidR="005B3B66" w:rsidRPr="009069B2">
        <w:rPr>
          <w:sz w:val="22"/>
          <w:szCs w:val="22"/>
        </w:rPr>
        <w:t xml:space="preserve"> Scranton, PA</w:t>
      </w:r>
      <w:r w:rsidRPr="009069B2">
        <w:rPr>
          <w:sz w:val="22"/>
          <w:szCs w:val="22"/>
        </w:rPr>
        <w:t xml:space="preserve">. </w:t>
      </w:r>
    </w:p>
    <w:p w14:paraId="7E24F45F" w14:textId="77777777" w:rsidR="009069B2" w:rsidRPr="009069B2" w:rsidRDefault="00121754">
      <w:pPr>
        <w:pStyle w:val="NormalWeb"/>
        <w:numPr>
          <w:ilvl w:val="1"/>
          <w:numId w:val="37"/>
        </w:numPr>
        <w:spacing w:before="0" w:beforeAutospacing="0" w:after="0" w:afterAutospacing="0"/>
        <w:rPr>
          <w:color w:val="000000" w:themeColor="text1"/>
          <w:sz w:val="22"/>
          <w:szCs w:val="22"/>
        </w:rPr>
      </w:pPr>
      <w:r w:rsidRPr="009069B2">
        <w:rPr>
          <w:rStyle w:val="Strong"/>
          <w:sz w:val="22"/>
          <w:szCs w:val="22"/>
        </w:rPr>
        <w:t>Organizer and Panelist</w:t>
      </w:r>
      <w:r w:rsidR="005B3B66" w:rsidRPr="009069B2">
        <w:rPr>
          <w:sz w:val="22"/>
          <w:szCs w:val="22"/>
        </w:rPr>
        <w:t xml:space="preserve"> (November 21, 2013) </w:t>
      </w:r>
      <w:r w:rsidRPr="009069B2">
        <w:rPr>
          <w:rStyle w:val="Emphasis"/>
          <w:sz w:val="22"/>
          <w:szCs w:val="22"/>
        </w:rPr>
        <w:t>Screening and Discussion of "The Price of Sex"</w:t>
      </w:r>
      <w:r w:rsidRPr="009069B2">
        <w:rPr>
          <w:sz w:val="22"/>
          <w:szCs w:val="22"/>
        </w:rPr>
        <w:t xml:space="preserve">, Marywood University Media Center, November 21, 2013. </w:t>
      </w:r>
    </w:p>
    <w:p w14:paraId="45C8179D" w14:textId="77795D5D" w:rsidR="009069B2" w:rsidRPr="009069B2" w:rsidRDefault="009069B2">
      <w:pPr>
        <w:pStyle w:val="ListParagraph"/>
        <w:numPr>
          <w:ilvl w:val="0"/>
          <w:numId w:val="41"/>
        </w:numPr>
        <w:spacing w:after="5" w:line="249" w:lineRule="auto"/>
        <w:ind w:right="226"/>
        <w:rPr>
          <w:sz w:val="22"/>
          <w:szCs w:val="22"/>
        </w:rPr>
      </w:pPr>
      <w:r w:rsidRPr="009069B2">
        <w:rPr>
          <w:sz w:val="22"/>
          <w:szCs w:val="22"/>
        </w:rPr>
        <w:t>Event held in collaboration with the Human Trafficking Planning Committee and the MSW Scranton Weekday Student Association; attended by campus students and community members.</w:t>
      </w:r>
    </w:p>
    <w:p w14:paraId="21B9C5CD" w14:textId="77777777" w:rsidR="009069B2" w:rsidRPr="009069B2" w:rsidRDefault="00F137D7">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(December 2013). </w:t>
      </w:r>
      <w:r w:rsidRPr="009069B2">
        <w:rPr>
          <w:i/>
          <w:iCs/>
          <w:sz w:val="22"/>
          <w:szCs w:val="22"/>
        </w:rPr>
        <w:t xml:space="preserve">HIV Risk Perceptions of </w:t>
      </w:r>
      <w:r w:rsidR="00D008CC" w:rsidRPr="009069B2">
        <w:rPr>
          <w:i/>
          <w:iCs/>
          <w:sz w:val="22"/>
          <w:szCs w:val="22"/>
        </w:rPr>
        <w:t>M</w:t>
      </w:r>
      <w:r w:rsidRPr="009069B2">
        <w:rPr>
          <w:i/>
          <w:iCs/>
          <w:sz w:val="22"/>
          <w:szCs w:val="22"/>
        </w:rPr>
        <w:t xml:space="preserve">ale </w:t>
      </w:r>
      <w:r w:rsidR="00D008CC" w:rsidRPr="009069B2">
        <w:rPr>
          <w:i/>
          <w:iCs/>
          <w:sz w:val="22"/>
          <w:szCs w:val="22"/>
        </w:rPr>
        <w:t>C</w:t>
      </w:r>
      <w:r w:rsidRPr="009069B2">
        <w:rPr>
          <w:i/>
          <w:iCs/>
          <w:sz w:val="22"/>
          <w:szCs w:val="22"/>
        </w:rPr>
        <w:t xml:space="preserve">lients of </w:t>
      </w:r>
      <w:r w:rsidR="00D008CC" w:rsidRPr="009069B2">
        <w:rPr>
          <w:i/>
          <w:iCs/>
          <w:sz w:val="22"/>
          <w:szCs w:val="22"/>
        </w:rPr>
        <w:t>F</w:t>
      </w:r>
      <w:r w:rsidRPr="009069B2">
        <w:rPr>
          <w:i/>
          <w:iCs/>
          <w:sz w:val="22"/>
          <w:szCs w:val="22"/>
        </w:rPr>
        <w:t xml:space="preserve">emale </w:t>
      </w:r>
      <w:r w:rsidR="00D008CC" w:rsidRPr="009069B2">
        <w:rPr>
          <w:i/>
          <w:iCs/>
          <w:sz w:val="22"/>
          <w:szCs w:val="22"/>
        </w:rPr>
        <w:t>S</w:t>
      </w:r>
      <w:r w:rsidRPr="009069B2">
        <w:rPr>
          <w:i/>
          <w:iCs/>
          <w:sz w:val="22"/>
          <w:szCs w:val="22"/>
        </w:rPr>
        <w:t xml:space="preserve">ex </w:t>
      </w:r>
      <w:r w:rsidR="00D008CC" w:rsidRPr="009069B2">
        <w:rPr>
          <w:i/>
          <w:iCs/>
          <w:sz w:val="22"/>
          <w:szCs w:val="22"/>
        </w:rPr>
        <w:t>W</w:t>
      </w:r>
      <w:r w:rsidRPr="009069B2">
        <w:rPr>
          <w:i/>
          <w:iCs/>
          <w:sz w:val="22"/>
          <w:szCs w:val="22"/>
        </w:rPr>
        <w:t>orkers in Kolkata</w:t>
      </w:r>
      <w:r w:rsidRPr="009069B2">
        <w:rPr>
          <w:sz w:val="22"/>
          <w:szCs w:val="22"/>
        </w:rPr>
        <w:t xml:space="preserve">, India, Department of Social Work, Visva-Bharati University, Sriniketan, West Bengal, India. </w:t>
      </w:r>
    </w:p>
    <w:p w14:paraId="2A99795E" w14:textId="77777777" w:rsidR="009069B2" w:rsidRPr="009069B2" w:rsidRDefault="00F137D7">
      <w:pPr>
        <w:pStyle w:val="NormalWeb"/>
        <w:numPr>
          <w:ilvl w:val="1"/>
          <w:numId w:val="37"/>
        </w:numPr>
        <w:spacing w:before="0" w:beforeAutospacing="0" w:after="0" w:afterAutospacing="0"/>
        <w:rPr>
          <w:color w:val="000000" w:themeColor="text1"/>
          <w:sz w:val="22"/>
          <w:szCs w:val="22"/>
        </w:rPr>
      </w:pPr>
      <w:r w:rsidRPr="009069B2">
        <w:rPr>
          <w:b/>
          <w:bCs/>
          <w:sz w:val="22"/>
          <w:szCs w:val="22"/>
        </w:rPr>
        <w:t>Invited Panelist</w:t>
      </w:r>
      <w:r w:rsidRPr="009069B2">
        <w:rPr>
          <w:sz w:val="22"/>
          <w:szCs w:val="22"/>
        </w:rPr>
        <w:t xml:space="preserve"> (February 2012)</w:t>
      </w:r>
      <w:r w:rsidR="00D008CC" w:rsidRPr="009069B2">
        <w:rPr>
          <w:sz w:val="22"/>
          <w:szCs w:val="22"/>
        </w:rPr>
        <w:t xml:space="preserve"> at the </w:t>
      </w:r>
      <w:r w:rsidRPr="009069B2">
        <w:rPr>
          <w:sz w:val="22"/>
          <w:szCs w:val="22"/>
        </w:rPr>
        <w:t xml:space="preserve">Screening of the documentary film, The Price of Sex, sponsored by the Mary Baskin Waters Lectureship Fund for Women's Human Rights, Global Issues, and Grant Writing, organized by the Women's and Gender Studies Program, University of South Carolina. </w:t>
      </w:r>
    </w:p>
    <w:p w14:paraId="2B8632AC" w14:textId="3E2C063A" w:rsidR="009069B2" w:rsidRPr="009069B2" w:rsidRDefault="00D008CC">
      <w:pPr>
        <w:pStyle w:val="NormalWeb"/>
        <w:numPr>
          <w:ilvl w:val="1"/>
          <w:numId w:val="37"/>
        </w:numPr>
        <w:spacing w:before="0" w:beforeAutospacing="0" w:after="0" w:afterAutospacing="0"/>
        <w:rPr>
          <w:color w:val="000000" w:themeColor="text1"/>
          <w:sz w:val="22"/>
          <w:szCs w:val="22"/>
        </w:rPr>
      </w:pPr>
      <w:r w:rsidRPr="009069B2">
        <w:rPr>
          <w:b/>
          <w:bCs/>
          <w:sz w:val="22"/>
          <w:szCs w:val="22"/>
        </w:rPr>
        <w:t>Invited Speaker</w:t>
      </w:r>
      <w:r w:rsidRPr="009069B2">
        <w:rPr>
          <w:sz w:val="22"/>
          <w:szCs w:val="22"/>
        </w:rPr>
        <w:t xml:space="preserve"> (December 2011). </w:t>
      </w:r>
      <w:r w:rsidRPr="009069B2">
        <w:rPr>
          <w:i/>
          <w:iCs/>
          <w:sz w:val="22"/>
          <w:szCs w:val="22"/>
        </w:rPr>
        <w:t>Lessons Learned About HIV Risk Perceptions of Women: A Case Study of Non-Brothel</w:t>
      </w:r>
      <w:r w:rsidR="009069B2">
        <w:rPr>
          <w:i/>
          <w:iCs/>
          <w:sz w:val="22"/>
          <w:szCs w:val="22"/>
        </w:rPr>
        <w:t>-</w:t>
      </w:r>
      <w:r w:rsidRPr="009069B2">
        <w:rPr>
          <w:i/>
          <w:iCs/>
          <w:sz w:val="22"/>
          <w:szCs w:val="22"/>
        </w:rPr>
        <w:t>Based Sex Workers in Kolkata, India</w:t>
      </w:r>
      <w:r w:rsidRPr="009069B2">
        <w:rPr>
          <w:sz w:val="22"/>
          <w:szCs w:val="22"/>
        </w:rPr>
        <w:t xml:space="preserve">, World AIDS Day, University of Mississippi, Oxford. </w:t>
      </w:r>
    </w:p>
    <w:p w14:paraId="67423A6D" w14:textId="7424315A" w:rsidR="002E7E2A" w:rsidRPr="009069B2" w:rsidRDefault="00F137D7">
      <w:pPr>
        <w:pStyle w:val="NormalWeb"/>
        <w:numPr>
          <w:ilvl w:val="1"/>
          <w:numId w:val="37"/>
        </w:numPr>
        <w:spacing w:before="0" w:beforeAutospacing="0" w:after="0" w:afterAutospacing="0"/>
        <w:rPr>
          <w:color w:val="000000" w:themeColor="text1"/>
          <w:sz w:val="22"/>
          <w:szCs w:val="22"/>
        </w:rPr>
      </w:pPr>
      <w:r w:rsidRPr="009069B2">
        <w:rPr>
          <w:b/>
          <w:bCs/>
          <w:iCs/>
          <w:sz w:val="22"/>
          <w:szCs w:val="22"/>
        </w:rPr>
        <w:t>Discussion Panelist</w:t>
      </w:r>
      <w:r w:rsidRPr="009069B2">
        <w:rPr>
          <w:i/>
          <w:sz w:val="22"/>
          <w:szCs w:val="22"/>
        </w:rPr>
        <w:t xml:space="preserve"> </w:t>
      </w:r>
      <w:r w:rsidRPr="009069B2">
        <w:rPr>
          <w:sz w:val="22"/>
          <w:szCs w:val="22"/>
        </w:rPr>
        <w:t>(30th March 2017). Public Screening for the documentary film “</w:t>
      </w:r>
      <w:r w:rsidRPr="009069B2">
        <w:rPr>
          <w:i/>
          <w:iCs/>
          <w:sz w:val="22"/>
          <w:szCs w:val="22"/>
        </w:rPr>
        <w:t>Not My Life”</w:t>
      </w:r>
      <w:r w:rsidRPr="009069B2">
        <w:rPr>
          <w:sz w:val="22"/>
          <w:szCs w:val="22"/>
        </w:rPr>
        <w:t xml:space="preserve"> was organized by Marywood University’s Human Trafficking Awareness and Prevention Committee. </w:t>
      </w:r>
    </w:p>
    <w:p w14:paraId="72C865D9" w14:textId="77777777" w:rsidR="00F137D7" w:rsidRPr="00FF2004" w:rsidRDefault="00FF2004" w:rsidP="001309A0">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t xml:space="preserve">RESEARCH EXPERIENCE </w:t>
      </w:r>
    </w:p>
    <w:p w14:paraId="0CF83883" w14:textId="77777777" w:rsidR="00B40968" w:rsidRPr="00FF2004" w:rsidRDefault="00B40968" w:rsidP="00B40968">
      <w:pPr>
        <w:pStyle w:val="Heading4"/>
        <w:spacing w:before="0"/>
        <w:contextualSpacing/>
        <w:rPr>
          <w:rFonts w:ascii="Times New Roman" w:hAnsi="Times New Roman" w:cs="Times New Roman"/>
          <w:color w:val="1F497D" w:themeColor="text2"/>
        </w:rPr>
      </w:pPr>
    </w:p>
    <w:p w14:paraId="299CA4AD" w14:textId="77777777" w:rsidR="00183BEB" w:rsidRPr="00FF2004" w:rsidRDefault="001309A0" w:rsidP="00B40968">
      <w:pPr>
        <w:pStyle w:val="Heading4"/>
        <w:spacing w:before="0"/>
        <w:contextualSpacing/>
        <w:rPr>
          <w:rFonts w:ascii="Times New Roman" w:hAnsi="Times New Roman" w:cs="Times New Roman"/>
          <w:color w:val="1F497D" w:themeColor="text2"/>
        </w:rPr>
      </w:pPr>
      <w:r w:rsidRPr="00FF2004">
        <w:rPr>
          <w:rFonts w:ascii="Times New Roman" w:hAnsi="Times New Roman" w:cs="Times New Roman"/>
          <w:color w:val="1F497D" w:themeColor="text2"/>
        </w:rPr>
        <w:t>HIV Prevention, Sex Work, HIV/AIDS-Related Research</w:t>
      </w:r>
    </w:p>
    <w:p w14:paraId="79664554" w14:textId="77777777" w:rsidR="00045CD6" w:rsidRPr="00463DB9" w:rsidRDefault="001309A0">
      <w:pPr>
        <w:pStyle w:val="ListParagraph"/>
        <w:numPr>
          <w:ilvl w:val="0"/>
          <w:numId w:val="17"/>
        </w:numPr>
        <w:ind w:right="131"/>
        <w:rPr>
          <w:sz w:val="22"/>
          <w:szCs w:val="22"/>
        </w:rPr>
      </w:pPr>
      <w:r w:rsidRPr="00463DB9">
        <w:rPr>
          <w:b/>
          <w:bCs/>
          <w:sz w:val="22"/>
          <w:szCs w:val="22"/>
        </w:rPr>
        <w:t>Principal Investigator</w:t>
      </w:r>
      <w:r w:rsidRPr="00463DB9">
        <w:rPr>
          <w:sz w:val="22"/>
          <w:szCs w:val="22"/>
        </w:rPr>
        <w:t xml:space="preserve"> (2020–present)</w:t>
      </w:r>
      <w:r w:rsidRPr="00463DB9">
        <w:rPr>
          <w:sz w:val="22"/>
          <w:szCs w:val="22"/>
        </w:rPr>
        <w:br/>
      </w:r>
      <w:r w:rsidRPr="00463DB9">
        <w:rPr>
          <w:i/>
          <w:iCs/>
          <w:sz w:val="22"/>
          <w:szCs w:val="22"/>
        </w:rPr>
        <w:t>A Qualitative Study of the Risk and Safety Issues Experienced by Cisgender Women and Transgender People in Online Sex Work</w:t>
      </w:r>
      <w:r w:rsidR="00D008CC" w:rsidRPr="00463DB9">
        <w:rPr>
          <w:sz w:val="22"/>
          <w:szCs w:val="22"/>
        </w:rPr>
        <w:t xml:space="preserve">, </w:t>
      </w:r>
      <w:r w:rsidRPr="00463DB9">
        <w:rPr>
          <w:sz w:val="22"/>
          <w:szCs w:val="22"/>
        </w:rPr>
        <w:t xml:space="preserve">Funded by the </w:t>
      </w:r>
      <w:r w:rsidRPr="00463DB9">
        <w:rPr>
          <w:b/>
          <w:bCs/>
          <w:sz w:val="22"/>
          <w:szCs w:val="22"/>
        </w:rPr>
        <w:t>Murray Research and Development Award</w:t>
      </w:r>
      <w:r w:rsidRPr="00463DB9">
        <w:rPr>
          <w:sz w:val="22"/>
          <w:szCs w:val="22"/>
        </w:rPr>
        <w:t>, Marywood University, Scranton, PA, USA</w:t>
      </w:r>
    </w:p>
    <w:p w14:paraId="637EA877" w14:textId="77777777" w:rsidR="00D77309" w:rsidRPr="00463DB9" w:rsidRDefault="00D77309">
      <w:pPr>
        <w:pStyle w:val="ListParagraph"/>
        <w:numPr>
          <w:ilvl w:val="1"/>
          <w:numId w:val="17"/>
        </w:numPr>
        <w:ind w:right="131"/>
        <w:rPr>
          <w:sz w:val="22"/>
          <w:szCs w:val="22"/>
        </w:rPr>
      </w:pPr>
      <w:r w:rsidRPr="00463DB9">
        <w:rPr>
          <w:sz w:val="22"/>
          <w:szCs w:val="22"/>
        </w:rPr>
        <w:t xml:space="preserve">Secured IRB approval for human subject research, ensuring compliance with ethical standards. </w:t>
      </w:r>
    </w:p>
    <w:p w14:paraId="0D11CE4D" w14:textId="77777777" w:rsidR="00D77309" w:rsidRDefault="00D77309">
      <w:pPr>
        <w:pStyle w:val="ListParagraph"/>
        <w:numPr>
          <w:ilvl w:val="1"/>
          <w:numId w:val="17"/>
        </w:numPr>
        <w:ind w:right="131"/>
        <w:rPr>
          <w:sz w:val="22"/>
          <w:szCs w:val="22"/>
        </w:rPr>
      </w:pPr>
      <w:r w:rsidRPr="00463DB9">
        <w:rPr>
          <w:sz w:val="22"/>
          <w:szCs w:val="22"/>
        </w:rPr>
        <w:t>Collected, transcribed and thematically analyzed 18 interviews.</w:t>
      </w:r>
    </w:p>
    <w:p w14:paraId="7F24171E" w14:textId="77777777" w:rsidR="00B40968" w:rsidRPr="00463DB9" w:rsidRDefault="00B40968" w:rsidP="00B40968">
      <w:pPr>
        <w:pStyle w:val="ListParagraph"/>
        <w:ind w:left="1440" w:right="131"/>
        <w:rPr>
          <w:sz w:val="22"/>
          <w:szCs w:val="22"/>
        </w:rPr>
      </w:pPr>
    </w:p>
    <w:p w14:paraId="2697CE1D" w14:textId="77777777" w:rsidR="00D77309" w:rsidRPr="00463DB9" w:rsidRDefault="001309A0">
      <w:pPr>
        <w:pStyle w:val="ListParagraph"/>
        <w:numPr>
          <w:ilvl w:val="0"/>
          <w:numId w:val="17"/>
        </w:numPr>
        <w:ind w:right="131"/>
        <w:rPr>
          <w:sz w:val="22"/>
          <w:szCs w:val="22"/>
        </w:rPr>
      </w:pPr>
      <w:r w:rsidRPr="00463DB9">
        <w:rPr>
          <w:b/>
          <w:bCs/>
          <w:sz w:val="22"/>
          <w:szCs w:val="22"/>
        </w:rPr>
        <w:t>Principal Investigator</w:t>
      </w:r>
      <w:r w:rsidRPr="00463DB9">
        <w:rPr>
          <w:sz w:val="22"/>
          <w:szCs w:val="22"/>
        </w:rPr>
        <w:t xml:space="preserve"> (2015–2020)</w:t>
      </w:r>
      <w:r w:rsidRPr="00463DB9">
        <w:rPr>
          <w:sz w:val="22"/>
          <w:szCs w:val="22"/>
        </w:rPr>
        <w:br/>
      </w:r>
      <w:r w:rsidRPr="00463DB9">
        <w:rPr>
          <w:i/>
          <w:iCs/>
          <w:sz w:val="22"/>
          <w:szCs w:val="22"/>
        </w:rPr>
        <w:t>Using Cell Phone Technology to Reduce Violence Among ‘Flying’ Female Sex Workers in Kolkata, India</w:t>
      </w:r>
      <w:r w:rsidR="00D008CC" w:rsidRPr="00463DB9">
        <w:rPr>
          <w:sz w:val="22"/>
          <w:szCs w:val="22"/>
        </w:rPr>
        <w:t xml:space="preserve">, </w:t>
      </w:r>
      <w:r w:rsidRPr="00463DB9">
        <w:rPr>
          <w:sz w:val="22"/>
          <w:szCs w:val="22"/>
        </w:rPr>
        <w:t xml:space="preserve">Funded by the </w:t>
      </w:r>
      <w:r w:rsidRPr="00463DB9">
        <w:rPr>
          <w:b/>
          <w:bCs/>
          <w:sz w:val="22"/>
          <w:szCs w:val="22"/>
        </w:rPr>
        <w:t>Research Initiation Award</w:t>
      </w:r>
      <w:r w:rsidRPr="00463DB9">
        <w:rPr>
          <w:sz w:val="22"/>
          <w:szCs w:val="22"/>
        </w:rPr>
        <w:t>, Marywood University, Scranton, PA, USA</w:t>
      </w:r>
    </w:p>
    <w:p w14:paraId="28CAFDE3" w14:textId="77777777" w:rsidR="00D77309" w:rsidRPr="00463DB9" w:rsidRDefault="001309A0">
      <w:pPr>
        <w:pStyle w:val="ListParagraph"/>
        <w:numPr>
          <w:ilvl w:val="1"/>
          <w:numId w:val="17"/>
        </w:numPr>
        <w:ind w:right="131"/>
        <w:rPr>
          <w:sz w:val="22"/>
          <w:szCs w:val="22"/>
        </w:rPr>
      </w:pPr>
      <w:r w:rsidRPr="00463DB9">
        <w:rPr>
          <w:sz w:val="22"/>
          <w:szCs w:val="22"/>
        </w:rPr>
        <w:t>Planned and implemented a qualitative study to assess the feasibility of mobile phone-based interventions to prevent violence among mobile ('flying') female sex workers.</w:t>
      </w:r>
    </w:p>
    <w:p w14:paraId="0E7AAEA8" w14:textId="77777777" w:rsidR="00045CD6" w:rsidRPr="00463DB9" w:rsidRDefault="001309A0">
      <w:pPr>
        <w:pStyle w:val="ListParagraph"/>
        <w:numPr>
          <w:ilvl w:val="1"/>
          <w:numId w:val="17"/>
        </w:numPr>
        <w:ind w:right="131"/>
        <w:rPr>
          <w:sz w:val="22"/>
          <w:szCs w:val="22"/>
        </w:rPr>
      </w:pPr>
      <w:r w:rsidRPr="00463DB9">
        <w:rPr>
          <w:sz w:val="22"/>
          <w:szCs w:val="22"/>
        </w:rPr>
        <w:t>Conducted data collection and managed all aspects of project implementation.</w:t>
      </w:r>
    </w:p>
    <w:p w14:paraId="138B178F" w14:textId="77777777" w:rsidR="00D77309" w:rsidRDefault="00D77309">
      <w:pPr>
        <w:pStyle w:val="ListParagraph"/>
        <w:numPr>
          <w:ilvl w:val="1"/>
          <w:numId w:val="17"/>
        </w:numPr>
        <w:ind w:right="131"/>
        <w:rPr>
          <w:sz w:val="22"/>
          <w:szCs w:val="22"/>
        </w:rPr>
      </w:pPr>
      <w:r w:rsidRPr="00463DB9">
        <w:rPr>
          <w:sz w:val="22"/>
          <w:szCs w:val="22"/>
        </w:rPr>
        <w:t xml:space="preserve">Secured IRB approval for this study, ensuring compliance with ethical standards. </w:t>
      </w:r>
    </w:p>
    <w:p w14:paraId="5A138916" w14:textId="77777777" w:rsidR="00B40968" w:rsidRPr="00463DB9" w:rsidRDefault="00B40968" w:rsidP="00B40968">
      <w:pPr>
        <w:pStyle w:val="ListParagraph"/>
        <w:ind w:left="1440" w:right="131"/>
        <w:rPr>
          <w:sz w:val="22"/>
          <w:szCs w:val="22"/>
        </w:rPr>
      </w:pPr>
    </w:p>
    <w:p w14:paraId="3A7EFD6A" w14:textId="77777777" w:rsidR="00D77309" w:rsidRPr="00463DB9" w:rsidRDefault="001309A0">
      <w:pPr>
        <w:pStyle w:val="ListParagraph"/>
        <w:numPr>
          <w:ilvl w:val="0"/>
          <w:numId w:val="17"/>
        </w:numPr>
        <w:ind w:right="131"/>
        <w:rPr>
          <w:sz w:val="22"/>
          <w:szCs w:val="22"/>
        </w:rPr>
      </w:pPr>
      <w:r w:rsidRPr="00463DB9">
        <w:rPr>
          <w:b/>
          <w:bCs/>
          <w:sz w:val="22"/>
          <w:szCs w:val="22"/>
        </w:rPr>
        <w:t>Principal Investigator</w:t>
      </w:r>
      <w:r w:rsidRPr="00463DB9">
        <w:rPr>
          <w:sz w:val="22"/>
          <w:szCs w:val="22"/>
        </w:rPr>
        <w:t xml:space="preserve"> (2013–2015)</w:t>
      </w:r>
      <w:r w:rsidRPr="00463DB9">
        <w:rPr>
          <w:sz w:val="22"/>
          <w:szCs w:val="22"/>
        </w:rPr>
        <w:br/>
      </w:r>
      <w:r w:rsidRPr="00463DB9">
        <w:rPr>
          <w:i/>
          <w:iCs/>
          <w:sz w:val="22"/>
          <w:szCs w:val="22"/>
        </w:rPr>
        <w:t xml:space="preserve">HIV Risk Perceptions of Male Clients of Female Sex Workers and Their Motivations to </w:t>
      </w:r>
      <w:r w:rsidRPr="00463DB9">
        <w:rPr>
          <w:i/>
          <w:iCs/>
          <w:sz w:val="22"/>
          <w:szCs w:val="22"/>
        </w:rPr>
        <w:lastRenderedPageBreak/>
        <w:t>Engage in Paid Sex: A Pilot Study</w:t>
      </w:r>
      <w:r w:rsidR="00D008CC" w:rsidRPr="00463DB9">
        <w:rPr>
          <w:sz w:val="22"/>
          <w:szCs w:val="22"/>
        </w:rPr>
        <w:t xml:space="preserve">, </w:t>
      </w:r>
      <w:r w:rsidRPr="00463DB9">
        <w:rPr>
          <w:sz w:val="22"/>
          <w:szCs w:val="22"/>
        </w:rPr>
        <w:t xml:space="preserve">Funded by the </w:t>
      </w:r>
      <w:r w:rsidRPr="00463DB9">
        <w:rPr>
          <w:b/>
          <w:bCs/>
          <w:sz w:val="22"/>
          <w:szCs w:val="22"/>
        </w:rPr>
        <w:t>Research Initiation Award</w:t>
      </w:r>
      <w:r w:rsidRPr="00463DB9">
        <w:rPr>
          <w:sz w:val="22"/>
          <w:szCs w:val="22"/>
        </w:rPr>
        <w:t>, Marywood University, Scranton, PA, USA</w:t>
      </w:r>
    </w:p>
    <w:p w14:paraId="34CC9EFB" w14:textId="77777777" w:rsidR="00D77309" w:rsidRPr="00463DB9" w:rsidRDefault="001309A0">
      <w:pPr>
        <w:pStyle w:val="ListParagraph"/>
        <w:numPr>
          <w:ilvl w:val="1"/>
          <w:numId w:val="17"/>
        </w:numPr>
        <w:ind w:right="131"/>
        <w:rPr>
          <w:sz w:val="22"/>
          <w:szCs w:val="22"/>
        </w:rPr>
      </w:pPr>
      <w:r w:rsidRPr="00463DB9">
        <w:rPr>
          <w:sz w:val="22"/>
          <w:szCs w:val="22"/>
        </w:rPr>
        <w:t>Designed and conducted a qualitative study in Kolkata, India, to explore HIV risk perceptions and motivations among male clients of female sex workers.</w:t>
      </w:r>
    </w:p>
    <w:p w14:paraId="28FBC400" w14:textId="77777777" w:rsidR="00045CD6" w:rsidRPr="00463DB9" w:rsidRDefault="001309A0">
      <w:pPr>
        <w:pStyle w:val="ListParagraph"/>
        <w:numPr>
          <w:ilvl w:val="1"/>
          <w:numId w:val="17"/>
        </w:numPr>
        <w:ind w:right="131"/>
        <w:rPr>
          <w:sz w:val="22"/>
          <w:szCs w:val="22"/>
        </w:rPr>
      </w:pPr>
      <w:r w:rsidRPr="00463DB9">
        <w:rPr>
          <w:sz w:val="22"/>
          <w:szCs w:val="22"/>
        </w:rPr>
        <w:t>Responsible for project planning, implementation, data collection, and management.</w:t>
      </w:r>
    </w:p>
    <w:p w14:paraId="5D9AEC0B" w14:textId="77777777" w:rsidR="00D77309" w:rsidRDefault="00D77309">
      <w:pPr>
        <w:pStyle w:val="ListParagraph"/>
        <w:numPr>
          <w:ilvl w:val="1"/>
          <w:numId w:val="17"/>
        </w:numPr>
        <w:ind w:right="131"/>
        <w:rPr>
          <w:sz w:val="22"/>
          <w:szCs w:val="22"/>
        </w:rPr>
      </w:pPr>
      <w:r w:rsidRPr="00463DB9">
        <w:rPr>
          <w:sz w:val="22"/>
          <w:szCs w:val="22"/>
        </w:rPr>
        <w:t>Collected, transcribed and thematically analyzed 23 interviews.</w:t>
      </w:r>
    </w:p>
    <w:p w14:paraId="1B5E5D1B" w14:textId="77777777" w:rsidR="00B40968" w:rsidRPr="00463DB9" w:rsidRDefault="00B40968" w:rsidP="00B40968">
      <w:pPr>
        <w:pStyle w:val="ListParagraph"/>
        <w:ind w:left="1440" w:right="131"/>
        <w:rPr>
          <w:sz w:val="22"/>
          <w:szCs w:val="22"/>
        </w:rPr>
      </w:pPr>
    </w:p>
    <w:p w14:paraId="0E2698FF" w14:textId="77777777" w:rsidR="00D008CC" w:rsidRPr="00463DB9" w:rsidRDefault="001309A0">
      <w:pPr>
        <w:pStyle w:val="ListParagraph"/>
        <w:numPr>
          <w:ilvl w:val="0"/>
          <w:numId w:val="17"/>
        </w:numPr>
        <w:ind w:right="131"/>
        <w:rPr>
          <w:sz w:val="22"/>
          <w:szCs w:val="22"/>
        </w:rPr>
      </w:pPr>
      <w:r w:rsidRPr="00463DB9">
        <w:rPr>
          <w:b/>
          <w:bCs/>
          <w:sz w:val="22"/>
          <w:szCs w:val="22"/>
        </w:rPr>
        <w:t>Graduate Research Assistant</w:t>
      </w:r>
      <w:r w:rsidRPr="00463DB9">
        <w:rPr>
          <w:sz w:val="22"/>
          <w:szCs w:val="22"/>
        </w:rPr>
        <w:t xml:space="preserve"> (2006–2007)</w:t>
      </w:r>
      <w:r w:rsidRPr="00463DB9">
        <w:rPr>
          <w:sz w:val="22"/>
          <w:szCs w:val="22"/>
        </w:rPr>
        <w:br/>
      </w:r>
      <w:r w:rsidRPr="00463DB9">
        <w:rPr>
          <w:i/>
          <w:iCs/>
          <w:sz w:val="22"/>
          <w:szCs w:val="22"/>
        </w:rPr>
        <w:t>A Multi-Level HIV Prevention Strategy for High-Risk Youth</w:t>
      </w:r>
      <w:r w:rsidR="00D008CC" w:rsidRPr="00463DB9">
        <w:rPr>
          <w:sz w:val="22"/>
          <w:szCs w:val="22"/>
        </w:rPr>
        <w:t xml:space="preserve">, </w:t>
      </w:r>
      <w:r w:rsidRPr="00463DB9">
        <w:rPr>
          <w:sz w:val="22"/>
          <w:szCs w:val="22"/>
        </w:rPr>
        <w:t xml:space="preserve">Funded by the </w:t>
      </w:r>
      <w:r w:rsidRPr="00463DB9">
        <w:rPr>
          <w:b/>
          <w:bCs/>
          <w:sz w:val="22"/>
          <w:szCs w:val="22"/>
        </w:rPr>
        <w:t>National Institute of Mental Health/National Institutes of Health (NIMH/NIH), Office on AIDS</w:t>
      </w:r>
      <w:r w:rsidRPr="00463DB9">
        <w:rPr>
          <w:sz w:val="22"/>
          <w:szCs w:val="22"/>
        </w:rPr>
        <w:t>, Arnold School of Public Health, University of South Carolina, Columbia, SC</w:t>
      </w:r>
    </w:p>
    <w:p w14:paraId="79C82D59" w14:textId="77777777" w:rsidR="00D008CC" w:rsidRPr="00463DB9" w:rsidRDefault="001309A0">
      <w:pPr>
        <w:pStyle w:val="ListParagraph"/>
        <w:numPr>
          <w:ilvl w:val="1"/>
          <w:numId w:val="17"/>
        </w:numPr>
        <w:ind w:right="131"/>
        <w:rPr>
          <w:sz w:val="22"/>
          <w:szCs w:val="22"/>
        </w:rPr>
      </w:pPr>
      <w:r w:rsidRPr="00463DB9">
        <w:rPr>
          <w:sz w:val="22"/>
          <w:szCs w:val="22"/>
        </w:rPr>
        <w:t>Contributed to a longitudinal study evaluating small group interventions and mass media campaigns to reduce STIs and risky sexual behavior among youth.</w:t>
      </w:r>
    </w:p>
    <w:p w14:paraId="0F80B0D0" w14:textId="77777777" w:rsidR="001309A0" w:rsidRPr="00463DB9" w:rsidRDefault="001309A0">
      <w:pPr>
        <w:pStyle w:val="ListParagraph"/>
        <w:numPr>
          <w:ilvl w:val="1"/>
          <w:numId w:val="17"/>
        </w:numPr>
        <w:ind w:right="131"/>
        <w:rPr>
          <w:sz w:val="22"/>
          <w:szCs w:val="22"/>
        </w:rPr>
      </w:pPr>
      <w:r w:rsidRPr="00463DB9">
        <w:rPr>
          <w:sz w:val="22"/>
          <w:szCs w:val="22"/>
        </w:rPr>
        <w:t>Conducted literature review for an ancillary study on the cost-effectiveness of HIV prevention programs for newly diagnosed HIV/AIDS cases in South Carolina.</w:t>
      </w:r>
    </w:p>
    <w:p w14:paraId="570BCA3E" w14:textId="77777777" w:rsidR="00B40968" w:rsidRDefault="00B40968" w:rsidP="00B40968">
      <w:pPr>
        <w:pStyle w:val="Heading4"/>
        <w:spacing w:before="0"/>
        <w:rPr>
          <w:rFonts w:ascii="Times New Roman" w:hAnsi="Times New Roman" w:cs="Times New Roman"/>
        </w:rPr>
      </w:pPr>
    </w:p>
    <w:p w14:paraId="7A5A8C94" w14:textId="77777777" w:rsidR="001309A0" w:rsidRPr="00FF2004" w:rsidRDefault="001309A0" w:rsidP="00B40968">
      <w:pPr>
        <w:pStyle w:val="Heading4"/>
        <w:spacing w:before="0"/>
        <w:rPr>
          <w:rFonts w:ascii="Times New Roman" w:hAnsi="Times New Roman" w:cs="Times New Roman"/>
          <w:color w:val="1F497D" w:themeColor="text2"/>
        </w:rPr>
      </w:pPr>
      <w:r w:rsidRPr="00FF2004">
        <w:rPr>
          <w:rFonts w:ascii="Times New Roman" w:hAnsi="Times New Roman" w:cs="Times New Roman"/>
          <w:color w:val="1F497D" w:themeColor="text2"/>
        </w:rPr>
        <w:t>Family Group Conferencing Model Related Research</w:t>
      </w:r>
    </w:p>
    <w:p w14:paraId="7ED004B8" w14:textId="77777777" w:rsidR="00064C46" w:rsidRPr="00463DB9" w:rsidRDefault="001309A0">
      <w:pPr>
        <w:pStyle w:val="NormalWeb"/>
        <w:numPr>
          <w:ilvl w:val="0"/>
          <w:numId w:val="11"/>
        </w:numPr>
        <w:spacing w:before="0" w:beforeAutospacing="0"/>
        <w:rPr>
          <w:sz w:val="22"/>
          <w:szCs w:val="22"/>
        </w:rPr>
      </w:pPr>
      <w:r w:rsidRPr="00463DB9">
        <w:rPr>
          <w:rFonts w:eastAsiaTheme="minorEastAsia"/>
          <w:b/>
          <w:bCs/>
          <w:sz w:val="22"/>
          <w:szCs w:val="22"/>
        </w:rPr>
        <w:t>Graduate Research Assistant</w:t>
      </w:r>
      <w:r w:rsidRPr="00463DB9">
        <w:rPr>
          <w:rFonts w:eastAsiaTheme="minorEastAsia"/>
          <w:sz w:val="22"/>
          <w:szCs w:val="22"/>
        </w:rPr>
        <w:t xml:space="preserve"> (2009–2012)</w:t>
      </w:r>
      <w:r w:rsidR="00B40968">
        <w:rPr>
          <w:rFonts w:eastAsiaTheme="minorEastAsia"/>
          <w:sz w:val="22"/>
          <w:szCs w:val="22"/>
        </w:rPr>
        <w:t xml:space="preserve">, </w:t>
      </w:r>
      <w:r w:rsidRPr="00463DB9">
        <w:rPr>
          <w:rFonts w:eastAsiaTheme="minorEastAsia"/>
          <w:sz w:val="22"/>
          <w:szCs w:val="22"/>
        </w:rPr>
        <w:t>Center for Child and Family Studies, University of South Carolina, Columbia, SC</w:t>
      </w:r>
    </w:p>
    <w:p w14:paraId="0D5209E6" w14:textId="77777777" w:rsidR="00064C46" w:rsidRPr="00463DB9" w:rsidRDefault="001309A0">
      <w:pPr>
        <w:pStyle w:val="NormalWeb"/>
        <w:numPr>
          <w:ilvl w:val="1"/>
          <w:numId w:val="11"/>
        </w:numPr>
        <w:spacing w:before="0" w:beforeAutospacing="0"/>
        <w:rPr>
          <w:sz w:val="22"/>
          <w:szCs w:val="22"/>
        </w:rPr>
      </w:pPr>
      <w:r w:rsidRPr="00463DB9">
        <w:rPr>
          <w:rFonts w:eastAsiaTheme="minorEastAsia"/>
          <w:sz w:val="22"/>
          <w:szCs w:val="22"/>
        </w:rPr>
        <w:t>Conducted data analysis and prepared evaluation reports on the effectiveness of the Family Group Conferencing model implemented in South Carolina</w:t>
      </w:r>
    </w:p>
    <w:p w14:paraId="1F526432" w14:textId="77777777" w:rsidR="001309A0" w:rsidRPr="00463DB9" w:rsidRDefault="001309A0">
      <w:pPr>
        <w:pStyle w:val="NormalWeb"/>
        <w:numPr>
          <w:ilvl w:val="1"/>
          <w:numId w:val="11"/>
        </w:numPr>
        <w:spacing w:before="0" w:beforeAutospacing="0"/>
        <w:rPr>
          <w:sz w:val="22"/>
          <w:szCs w:val="22"/>
        </w:rPr>
      </w:pPr>
      <w:r w:rsidRPr="00463DB9">
        <w:rPr>
          <w:rFonts w:eastAsiaTheme="minorEastAsia"/>
          <w:sz w:val="22"/>
          <w:szCs w:val="22"/>
        </w:rPr>
        <w:t>Performed comprehensive literature reviews supporting the evaluation</w:t>
      </w:r>
      <w:r w:rsidRPr="00463DB9">
        <w:rPr>
          <w:sz w:val="22"/>
          <w:szCs w:val="22"/>
        </w:rPr>
        <w:t xml:space="preserve"> project.</w:t>
      </w:r>
    </w:p>
    <w:p w14:paraId="36DA8903" w14:textId="77777777" w:rsidR="001309A0" w:rsidRPr="00FF2004" w:rsidRDefault="001309A0" w:rsidP="00B40968">
      <w:pPr>
        <w:pStyle w:val="Heading4"/>
        <w:spacing w:before="0"/>
        <w:rPr>
          <w:rFonts w:ascii="Times New Roman" w:hAnsi="Times New Roman" w:cs="Times New Roman"/>
          <w:color w:val="1F497D" w:themeColor="text2"/>
        </w:rPr>
      </w:pPr>
      <w:r w:rsidRPr="00FF2004">
        <w:rPr>
          <w:rFonts w:ascii="Times New Roman" w:hAnsi="Times New Roman" w:cs="Times New Roman"/>
          <w:color w:val="1F497D" w:themeColor="text2"/>
        </w:rPr>
        <w:t>Child Welfare Issues Related Research</w:t>
      </w:r>
    </w:p>
    <w:p w14:paraId="78C7106D" w14:textId="77777777" w:rsidR="00064C46" w:rsidRPr="00463DB9" w:rsidRDefault="001309A0">
      <w:pPr>
        <w:pStyle w:val="NormalWeb"/>
        <w:numPr>
          <w:ilvl w:val="0"/>
          <w:numId w:val="12"/>
        </w:numPr>
        <w:spacing w:before="0" w:beforeAutospacing="0"/>
        <w:rPr>
          <w:sz w:val="22"/>
          <w:szCs w:val="22"/>
        </w:rPr>
      </w:pPr>
      <w:r w:rsidRPr="00463DB9">
        <w:rPr>
          <w:rStyle w:val="Strong"/>
          <w:sz w:val="22"/>
          <w:szCs w:val="22"/>
        </w:rPr>
        <w:t>Graduate Research Assistant</w:t>
      </w:r>
      <w:r w:rsidRPr="00463DB9">
        <w:rPr>
          <w:sz w:val="22"/>
          <w:szCs w:val="22"/>
        </w:rPr>
        <w:t xml:space="preserve"> (2008)</w:t>
      </w:r>
      <w:r w:rsidR="00B40968">
        <w:rPr>
          <w:sz w:val="22"/>
          <w:szCs w:val="22"/>
        </w:rPr>
        <w:t xml:space="preserve">, </w:t>
      </w:r>
      <w:r w:rsidRPr="00463DB9">
        <w:rPr>
          <w:sz w:val="22"/>
          <w:szCs w:val="22"/>
        </w:rPr>
        <w:t>Research Consortium of Children and Family, University of South Carolina, Columbia, SC</w:t>
      </w:r>
    </w:p>
    <w:p w14:paraId="07CE2BB9" w14:textId="77777777" w:rsidR="00064C46" w:rsidRPr="00463DB9" w:rsidRDefault="001309A0">
      <w:pPr>
        <w:pStyle w:val="NormalWeb"/>
        <w:numPr>
          <w:ilvl w:val="1"/>
          <w:numId w:val="12"/>
        </w:numPr>
        <w:spacing w:before="0" w:beforeAutospacing="0"/>
        <w:rPr>
          <w:sz w:val="22"/>
          <w:szCs w:val="22"/>
        </w:rPr>
      </w:pPr>
      <w:r w:rsidRPr="00463DB9">
        <w:rPr>
          <w:sz w:val="22"/>
          <w:szCs w:val="22"/>
        </w:rPr>
        <w:t xml:space="preserve"> Collected data, transcribed audio/video recordings, coded and analyzed data for a pilot observational study on linguistic and social interactions among preschool children in childcare settings.</w:t>
      </w:r>
    </w:p>
    <w:p w14:paraId="0B7010EE" w14:textId="77777777" w:rsidR="00B40968" w:rsidRDefault="001309A0">
      <w:pPr>
        <w:pStyle w:val="NormalWeb"/>
        <w:numPr>
          <w:ilvl w:val="1"/>
          <w:numId w:val="12"/>
        </w:numPr>
        <w:spacing w:before="0" w:beforeAutospacing="0" w:after="0" w:afterAutospacing="0"/>
        <w:rPr>
          <w:sz w:val="22"/>
          <w:szCs w:val="22"/>
        </w:rPr>
      </w:pPr>
      <w:r w:rsidRPr="00463DB9">
        <w:rPr>
          <w:sz w:val="22"/>
          <w:szCs w:val="22"/>
        </w:rPr>
        <w:t>Authored reports and contributed to scholarly articles based on study findings.</w:t>
      </w:r>
    </w:p>
    <w:p w14:paraId="65464131" w14:textId="77777777" w:rsidR="00B40968" w:rsidRPr="00B40968" w:rsidRDefault="00B40968" w:rsidP="00B40968">
      <w:pPr>
        <w:pStyle w:val="NormalWeb"/>
        <w:spacing w:before="0" w:beforeAutospacing="0" w:after="0" w:afterAutospacing="0"/>
        <w:ind w:left="1440"/>
        <w:rPr>
          <w:sz w:val="22"/>
          <w:szCs w:val="22"/>
        </w:rPr>
      </w:pPr>
    </w:p>
    <w:p w14:paraId="533FE09F" w14:textId="77777777" w:rsidR="00064C46" w:rsidRPr="00463DB9" w:rsidRDefault="001309A0">
      <w:pPr>
        <w:pStyle w:val="NormalWeb"/>
        <w:numPr>
          <w:ilvl w:val="0"/>
          <w:numId w:val="12"/>
        </w:numPr>
        <w:spacing w:before="0" w:beforeAutospacing="0"/>
        <w:rPr>
          <w:sz w:val="22"/>
          <w:szCs w:val="22"/>
        </w:rPr>
      </w:pPr>
      <w:r w:rsidRPr="00463DB9">
        <w:rPr>
          <w:rStyle w:val="Strong"/>
          <w:sz w:val="22"/>
          <w:szCs w:val="22"/>
        </w:rPr>
        <w:t>Graduate Research Assistant</w:t>
      </w:r>
      <w:r w:rsidRPr="00463DB9">
        <w:rPr>
          <w:sz w:val="22"/>
          <w:szCs w:val="22"/>
        </w:rPr>
        <w:t xml:space="preserve"> (Summer 2006)</w:t>
      </w:r>
      <w:r w:rsidR="00B40968">
        <w:rPr>
          <w:sz w:val="22"/>
          <w:szCs w:val="22"/>
        </w:rPr>
        <w:t xml:space="preserve">, </w:t>
      </w:r>
      <w:r w:rsidRPr="00463DB9">
        <w:rPr>
          <w:sz w:val="22"/>
          <w:szCs w:val="22"/>
        </w:rPr>
        <w:t>College of Social Work, University of South Carolina, Columbia, SC</w:t>
      </w:r>
    </w:p>
    <w:p w14:paraId="54991C36" w14:textId="77777777" w:rsidR="00064C46" w:rsidRPr="00463DB9" w:rsidRDefault="001309A0">
      <w:pPr>
        <w:pStyle w:val="NormalWeb"/>
        <w:numPr>
          <w:ilvl w:val="1"/>
          <w:numId w:val="12"/>
        </w:numPr>
        <w:spacing w:before="0" w:beforeAutospacing="0"/>
        <w:rPr>
          <w:sz w:val="22"/>
          <w:szCs w:val="22"/>
        </w:rPr>
      </w:pPr>
      <w:r w:rsidRPr="00463DB9">
        <w:rPr>
          <w:sz w:val="22"/>
          <w:szCs w:val="22"/>
        </w:rPr>
        <w:t>Conducted phone interviews with caregivers of youth with severe mental and emotional disorders in the Youth Net Project.</w:t>
      </w:r>
    </w:p>
    <w:p w14:paraId="10DC2567" w14:textId="77777777" w:rsidR="00B40968" w:rsidRDefault="001309A0">
      <w:pPr>
        <w:pStyle w:val="NormalWeb"/>
        <w:numPr>
          <w:ilvl w:val="1"/>
          <w:numId w:val="12"/>
        </w:numPr>
        <w:spacing w:before="0" w:beforeAutospacing="0" w:after="0" w:afterAutospacing="0"/>
        <w:rPr>
          <w:sz w:val="22"/>
          <w:szCs w:val="22"/>
        </w:rPr>
      </w:pPr>
      <w:r w:rsidRPr="00463DB9">
        <w:rPr>
          <w:sz w:val="22"/>
          <w:szCs w:val="22"/>
        </w:rPr>
        <w:t>Assisted with literature searches on mental health and practice-based evidence for youth with severe emotional and behavioral disorders.</w:t>
      </w:r>
    </w:p>
    <w:p w14:paraId="68939577" w14:textId="77777777" w:rsidR="00B40968" w:rsidRPr="00B40968" w:rsidRDefault="00B40968" w:rsidP="00B40968">
      <w:pPr>
        <w:pStyle w:val="NormalWeb"/>
        <w:spacing w:before="0" w:beforeAutospacing="0" w:after="0" w:afterAutospacing="0"/>
        <w:ind w:left="1440"/>
        <w:rPr>
          <w:sz w:val="22"/>
          <w:szCs w:val="22"/>
        </w:rPr>
      </w:pPr>
    </w:p>
    <w:p w14:paraId="00D9E727" w14:textId="77777777" w:rsidR="00064C46" w:rsidRPr="00463DB9" w:rsidRDefault="001309A0">
      <w:pPr>
        <w:pStyle w:val="NormalWeb"/>
        <w:numPr>
          <w:ilvl w:val="0"/>
          <w:numId w:val="12"/>
        </w:numPr>
        <w:spacing w:before="0" w:beforeAutospacing="0"/>
        <w:rPr>
          <w:sz w:val="22"/>
          <w:szCs w:val="22"/>
        </w:rPr>
      </w:pPr>
      <w:r w:rsidRPr="00463DB9">
        <w:rPr>
          <w:rStyle w:val="Strong"/>
          <w:sz w:val="22"/>
          <w:szCs w:val="22"/>
        </w:rPr>
        <w:t>Graduate Research Assistant</w:t>
      </w:r>
      <w:r w:rsidRPr="00463DB9">
        <w:rPr>
          <w:sz w:val="22"/>
          <w:szCs w:val="22"/>
        </w:rPr>
        <w:t xml:space="preserve"> (Fall 2005–Spring 2006)</w:t>
      </w:r>
      <w:r w:rsidR="00064C46" w:rsidRPr="00463DB9">
        <w:rPr>
          <w:sz w:val="22"/>
          <w:szCs w:val="22"/>
        </w:rPr>
        <w:t xml:space="preserve">, </w:t>
      </w:r>
      <w:r w:rsidRPr="00463DB9">
        <w:rPr>
          <w:sz w:val="22"/>
          <w:szCs w:val="22"/>
        </w:rPr>
        <w:t>College of Social Work, University of South Carolina, Columbia, SC</w:t>
      </w:r>
    </w:p>
    <w:p w14:paraId="42856C61" w14:textId="77777777" w:rsidR="00064C46" w:rsidRPr="00463DB9" w:rsidRDefault="001309A0">
      <w:pPr>
        <w:pStyle w:val="NormalWeb"/>
        <w:numPr>
          <w:ilvl w:val="1"/>
          <w:numId w:val="12"/>
        </w:numPr>
        <w:spacing w:before="0" w:beforeAutospacing="0"/>
        <w:rPr>
          <w:sz w:val="22"/>
          <w:szCs w:val="22"/>
        </w:rPr>
      </w:pPr>
      <w:r w:rsidRPr="00463DB9">
        <w:rPr>
          <w:sz w:val="22"/>
          <w:szCs w:val="22"/>
        </w:rPr>
        <w:t>Conducted literature reviews and prepared grant proposals investigating administrative factors affecting child welfare worker relationships and Medicaid case management services in South Carolina.</w:t>
      </w:r>
    </w:p>
    <w:p w14:paraId="139B9B56" w14:textId="77777777" w:rsidR="001309A0" w:rsidRPr="00463DB9" w:rsidRDefault="001309A0">
      <w:pPr>
        <w:pStyle w:val="NormalWeb"/>
        <w:numPr>
          <w:ilvl w:val="1"/>
          <w:numId w:val="12"/>
        </w:numPr>
        <w:spacing w:before="0" w:beforeAutospacing="0"/>
        <w:rPr>
          <w:sz w:val="22"/>
          <w:szCs w:val="22"/>
        </w:rPr>
      </w:pPr>
      <w:r w:rsidRPr="00463DB9">
        <w:rPr>
          <w:sz w:val="22"/>
          <w:szCs w:val="22"/>
        </w:rPr>
        <w:t xml:space="preserve">Developed instructional materials for </w:t>
      </w:r>
      <w:r w:rsidRPr="00463DB9">
        <w:rPr>
          <w:rStyle w:val="Emphasis"/>
          <w:sz w:val="22"/>
          <w:szCs w:val="22"/>
        </w:rPr>
        <w:t>SOWK 735: Advanced Practice with Organizations and Communities III: Administrative Skills</w:t>
      </w:r>
      <w:r w:rsidRPr="00463DB9">
        <w:rPr>
          <w:sz w:val="22"/>
          <w:szCs w:val="22"/>
        </w:rPr>
        <w:t>.</w:t>
      </w:r>
    </w:p>
    <w:p w14:paraId="53A2E5DE" w14:textId="77777777" w:rsidR="00950C27" w:rsidRPr="00FF2004" w:rsidRDefault="00FF2004">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lastRenderedPageBreak/>
        <w:t>TEACHING EXPERIENCE</w:t>
      </w:r>
    </w:p>
    <w:p w14:paraId="2B595542" w14:textId="77777777" w:rsidR="00950C27" w:rsidRPr="00FF2004" w:rsidRDefault="00000000">
      <w:pPr>
        <w:pStyle w:val="IntenseQuote"/>
        <w:rPr>
          <w:color w:val="1F497D" w:themeColor="text2"/>
        </w:rPr>
      </w:pPr>
      <w:r w:rsidRPr="00FF2004">
        <w:rPr>
          <w:color w:val="1F497D" w:themeColor="text2"/>
        </w:rPr>
        <w:t>15+ years of university-level teaching in MSW programs in the U.S. and India, including curriculum development and international social work education.</w:t>
      </w:r>
    </w:p>
    <w:p w14:paraId="1D289620" w14:textId="77777777" w:rsidR="003471D1" w:rsidRDefault="00FF2004" w:rsidP="00FF2004">
      <w:pPr>
        <w:pStyle w:val="Heading3"/>
        <w:rPr>
          <w:rFonts w:ascii="Times New Roman" w:hAnsi="Times New Roman" w:cs="Times New Roman"/>
          <w:color w:val="1F497D" w:themeColor="text2"/>
        </w:rPr>
      </w:pPr>
      <w:r w:rsidRPr="00FF2004">
        <w:rPr>
          <w:rFonts w:ascii="Times New Roman" w:hAnsi="Times New Roman" w:cs="Times New Roman"/>
          <w:color w:val="1F497D" w:themeColor="text2"/>
        </w:rPr>
        <w:t>COURSES TAUGHT</w:t>
      </w:r>
    </w:p>
    <w:p w14:paraId="3914189A" w14:textId="77777777" w:rsidR="00FF2004" w:rsidRPr="00FF2004" w:rsidRDefault="00FF2004" w:rsidP="00FF2004"/>
    <w:p w14:paraId="530090A7" w14:textId="77777777" w:rsidR="00064C46" w:rsidRPr="00463DB9" w:rsidRDefault="001309A0" w:rsidP="003471D1">
      <w:pPr>
        <w:pStyle w:val="NormalWeb"/>
        <w:spacing w:before="0" w:beforeAutospacing="0" w:after="0" w:afterAutospacing="0"/>
        <w:ind w:left="360"/>
        <w:rPr>
          <w:i/>
          <w:iCs/>
          <w:sz w:val="22"/>
          <w:szCs w:val="22"/>
        </w:rPr>
      </w:pPr>
      <w:r w:rsidRPr="00463DB9">
        <w:rPr>
          <w:rStyle w:val="Strong"/>
          <w:sz w:val="22"/>
          <w:szCs w:val="22"/>
        </w:rPr>
        <w:t>Department of Social Work, Appalachian State University, Boone, NC</w:t>
      </w:r>
      <w:r w:rsidRPr="00463DB9">
        <w:rPr>
          <w:sz w:val="22"/>
          <w:szCs w:val="22"/>
        </w:rPr>
        <w:br/>
      </w:r>
      <w:r w:rsidRPr="00463DB9">
        <w:rPr>
          <w:rStyle w:val="Emphasis"/>
          <w:sz w:val="22"/>
          <w:szCs w:val="22"/>
        </w:rPr>
        <w:t>August 2023 – Present</w:t>
      </w:r>
    </w:p>
    <w:p w14:paraId="57BA4629" w14:textId="77777777" w:rsidR="001309A0" w:rsidRPr="00463DB9" w:rsidRDefault="001309A0">
      <w:pPr>
        <w:pStyle w:val="NormalWeb"/>
        <w:numPr>
          <w:ilvl w:val="0"/>
          <w:numId w:val="13"/>
        </w:numPr>
        <w:spacing w:before="0" w:beforeAutospacing="0" w:after="0" w:afterAutospacing="0"/>
        <w:rPr>
          <w:sz w:val="22"/>
          <w:szCs w:val="22"/>
        </w:rPr>
      </w:pPr>
      <w:r w:rsidRPr="00463DB9">
        <w:rPr>
          <w:rStyle w:val="Strong"/>
          <w:sz w:val="22"/>
          <w:szCs w:val="22"/>
        </w:rPr>
        <w:t>SW5855:</w:t>
      </w:r>
      <w:r w:rsidRPr="00463DB9">
        <w:rPr>
          <w:sz w:val="22"/>
          <w:szCs w:val="22"/>
        </w:rPr>
        <w:t xml:space="preserve"> Program Development and Evaluation for Health and Human Services (Spring 2024, Spring 2025)</w:t>
      </w:r>
    </w:p>
    <w:p w14:paraId="20227787" w14:textId="3CFC4134" w:rsidR="001309A0" w:rsidRPr="00463DB9" w:rsidRDefault="001309A0">
      <w:pPr>
        <w:pStyle w:val="NormalWeb"/>
        <w:numPr>
          <w:ilvl w:val="0"/>
          <w:numId w:val="13"/>
        </w:numPr>
        <w:spacing w:before="0" w:beforeAutospacing="0" w:after="0" w:afterAutospacing="0"/>
        <w:rPr>
          <w:sz w:val="22"/>
          <w:szCs w:val="22"/>
        </w:rPr>
      </w:pPr>
      <w:r w:rsidRPr="00463DB9">
        <w:rPr>
          <w:rStyle w:val="Strong"/>
          <w:sz w:val="22"/>
          <w:szCs w:val="22"/>
        </w:rPr>
        <w:t>SW5825:</w:t>
      </w:r>
      <w:r w:rsidRPr="00463DB9">
        <w:rPr>
          <w:sz w:val="22"/>
          <w:szCs w:val="22"/>
        </w:rPr>
        <w:t xml:space="preserve"> Leadership in Health and Human Services (Fall 2023, Fall 2024, Fall 2025</w:t>
      </w:r>
      <w:r w:rsidR="00D42067">
        <w:rPr>
          <w:sz w:val="22"/>
          <w:szCs w:val="22"/>
        </w:rPr>
        <w:t>, Fall 2026</w:t>
      </w:r>
      <w:r w:rsidRPr="00463DB9">
        <w:rPr>
          <w:sz w:val="22"/>
          <w:szCs w:val="22"/>
        </w:rPr>
        <w:t>)</w:t>
      </w:r>
    </w:p>
    <w:p w14:paraId="65502758" w14:textId="7A5373C0" w:rsidR="001309A0" w:rsidRPr="00463DB9" w:rsidRDefault="001309A0">
      <w:pPr>
        <w:pStyle w:val="NormalWeb"/>
        <w:numPr>
          <w:ilvl w:val="0"/>
          <w:numId w:val="13"/>
        </w:numPr>
        <w:spacing w:before="0" w:beforeAutospacing="0" w:after="0" w:afterAutospacing="0"/>
        <w:rPr>
          <w:sz w:val="22"/>
          <w:szCs w:val="22"/>
        </w:rPr>
      </w:pPr>
      <w:r w:rsidRPr="00463DB9">
        <w:rPr>
          <w:rStyle w:val="Strong"/>
          <w:sz w:val="22"/>
          <w:szCs w:val="22"/>
        </w:rPr>
        <w:t>SW5530:</w:t>
      </w:r>
      <w:r w:rsidRPr="00463DB9">
        <w:rPr>
          <w:sz w:val="22"/>
          <w:szCs w:val="22"/>
        </w:rPr>
        <w:t xml:space="preserve"> </w:t>
      </w:r>
      <w:r w:rsidR="00D42067">
        <w:rPr>
          <w:sz w:val="22"/>
          <w:szCs w:val="22"/>
        </w:rPr>
        <w:t xml:space="preserve">Sex Work &amp; </w:t>
      </w:r>
      <w:r w:rsidRPr="00463DB9">
        <w:rPr>
          <w:sz w:val="22"/>
          <w:szCs w:val="22"/>
        </w:rPr>
        <w:t>Human Trafficking (Fall 2024, Fall 2025</w:t>
      </w:r>
      <w:r w:rsidR="00D42067">
        <w:rPr>
          <w:sz w:val="22"/>
          <w:szCs w:val="22"/>
        </w:rPr>
        <w:t>, Fall 2026</w:t>
      </w:r>
      <w:r w:rsidRPr="00463DB9">
        <w:rPr>
          <w:sz w:val="22"/>
          <w:szCs w:val="22"/>
        </w:rPr>
        <w:t>)</w:t>
      </w:r>
    </w:p>
    <w:p w14:paraId="4F0248BD" w14:textId="77777777" w:rsidR="001309A0" w:rsidRDefault="001309A0">
      <w:pPr>
        <w:pStyle w:val="NormalWeb"/>
        <w:numPr>
          <w:ilvl w:val="0"/>
          <w:numId w:val="13"/>
        </w:numPr>
        <w:spacing w:before="0" w:beforeAutospacing="0" w:after="0" w:afterAutospacing="0"/>
        <w:rPr>
          <w:sz w:val="22"/>
          <w:szCs w:val="22"/>
        </w:rPr>
      </w:pPr>
      <w:r w:rsidRPr="00463DB9">
        <w:rPr>
          <w:rStyle w:val="Strong"/>
          <w:sz w:val="22"/>
          <w:szCs w:val="22"/>
        </w:rPr>
        <w:t>SW584:</w:t>
      </w:r>
      <w:r w:rsidRPr="00463DB9">
        <w:rPr>
          <w:sz w:val="22"/>
          <w:szCs w:val="22"/>
        </w:rPr>
        <w:t xml:space="preserve"> Advanced Advocacy Practice (Spring 2025)</w:t>
      </w:r>
    </w:p>
    <w:p w14:paraId="25AD5879" w14:textId="77777777" w:rsidR="003471D1" w:rsidRPr="00463DB9" w:rsidRDefault="003471D1" w:rsidP="003471D1">
      <w:pPr>
        <w:pStyle w:val="NormalWeb"/>
        <w:spacing w:before="0" w:beforeAutospacing="0" w:after="0" w:afterAutospacing="0"/>
        <w:ind w:left="1080"/>
        <w:rPr>
          <w:sz w:val="22"/>
          <w:szCs w:val="22"/>
        </w:rPr>
      </w:pPr>
    </w:p>
    <w:p w14:paraId="0627DD52" w14:textId="77777777" w:rsidR="001309A0" w:rsidRPr="00463DB9" w:rsidRDefault="001309A0" w:rsidP="003471D1">
      <w:pPr>
        <w:pStyle w:val="NormalWeb"/>
        <w:spacing w:before="0" w:beforeAutospacing="0" w:after="0" w:afterAutospacing="0"/>
        <w:ind w:left="360"/>
        <w:rPr>
          <w:sz w:val="22"/>
          <w:szCs w:val="22"/>
        </w:rPr>
      </w:pPr>
      <w:r w:rsidRPr="00463DB9">
        <w:rPr>
          <w:rStyle w:val="Strong"/>
          <w:sz w:val="22"/>
          <w:szCs w:val="22"/>
        </w:rPr>
        <w:t>School of Social Work, Marywood University, Scranton, PA</w:t>
      </w:r>
      <w:r w:rsidRPr="00463DB9">
        <w:rPr>
          <w:sz w:val="22"/>
          <w:szCs w:val="22"/>
        </w:rPr>
        <w:br/>
      </w:r>
      <w:r w:rsidRPr="00463DB9">
        <w:rPr>
          <w:rStyle w:val="Emphasis"/>
          <w:sz w:val="22"/>
          <w:szCs w:val="22"/>
        </w:rPr>
        <w:t>August 2012 – May 2023</w:t>
      </w:r>
    </w:p>
    <w:p w14:paraId="42625194" w14:textId="77777777" w:rsidR="001309A0" w:rsidRPr="00463DB9" w:rsidRDefault="001309A0">
      <w:pPr>
        <w:pStyle w:val="NormalWeb"/>
        <w:numPr>
          <w:ilvl w:val="0"/>
          <w:numId w:val="14"/>
        </w:numPr>
        <w:spacing w:before="0" w:beforeAutospacing="0" w:after="0" w:afterAutospacing="0"/>
        <w:rPr>
          <w:sz w:val="22"/>
          <w:szCs w:val="22"/>
        </w:rPr>
      </w:pPr>
      <w:r w:rsidRPr="00463DB9">
        <w:rPr>
          <w:rStyle w:val="Strong"/>
          <w:sz w:val="22"/>
          <w:szCs w:val="22"/>
        </w:rPr>
        <w:t>SW504:</w:t>
      </w:r>
      <w:r w:rsidRPr="00463DB9">
        <w:rPr>
          <w:sz w:val="22"/>
          <w:szCs w:val="22"/>
        </w:rPr>
        <w:t xml:space="preserve"> Advanced Social Work Practice with Individuals/Families</w:t>
      </w:r>
      <w:r w:rsidRPr="00463DB9">
        <w:rPr>
          <w:sz w:val="22"/>
          <w:szCs w:val="22"/>
        </w:rPr>
        <w:br/>
        <w:t>(Fall 2013–Fall 2022)</w:t>
      </w:r>
    </w:p>
    <w:p w14:paraId="50E07CD9" w14:textId="77777777" w:rsidR="001309A0" w:rsidRPr="00463DB9" w:rsidRDefault="001309A0">
      <w:pPr>
        <w:pStyle w:val="NormalWeb"/>
        <w:numPr>
          <w:ilvl w:val="0"/>
          <w:numId w:val="14"/>
        </w:numPr>
        <w:spacing w:before="0" w:beforeAutospacing="0" w:after="0" w:afterAutospacing="0"/>
        <w:rPr>
          <w:sz w:val="22"/>
          <w:szCs w:val="22"/>
        </w:rPr>
      </w:pPr>
      <w:r w:rsidRPr="00463DB9">
        <w:rPr>
          <w:rStyle w:val="Strong"/>
          <w:sz w:val="22"/>
          <w:szCs w:val="22"/>
        </w:rPr>
        <w:t>SW801:</w:t>
      </w:r>
      <w:r w:rsidRPr="00463DB9">
        <w:rPr>
          <w:sz w:val="22"/>
          <w:szCs w:val="22"/>
        </w:rPr>
        <w:t xml:space="preserve"> Social Welfare, Social Justice &amp; Professional Legacy (Fall 2012)</w:t>
      </w:r>
    </w:p>
    <w:p w14:paraId="4F2261C1" w14:textId="77777777" w:rsidR="001309A0" w:rsidRPr="00463DB9" w:rsidRDefault="001309A0">
      <w:pPr>
        <w:pStyle w:val="NormalWeb"/>
        <w:numPr>
          <w:ilvl w:val="0"/>
          <w:numId w:val="14"/>
        </w:numPr>
        <w:spacing w:before="0" w:beforeAutospacing="0" w:after="0" w:afterAutospacing="0"/>
        <w:rPr>
          <w:sz w:val="22"/>
          <w:szCs w:val="22"/>
        </w:rPr>
      </w:pPr>
      <w:r w:rsidRPr="00463DB9">
        <w:rPr>
          <w:rStyle w:val="Strong"/>
          <w:sz w:val="22"/>
          <w:szCs w:val="22"/>
        </w:rPr>
        <w:t>SW802:</w:t>
      </w:r>
      <w:r w:rsidRPr="00463DB9">
        <w:rPr>
          <w:sz w:val="22"/>
          <w:szCs w:val="22"/>
        </w:rPr>
        <w:t xml:space="preserve"> Social Policy Advocacy (Spring 2013, Spring 2014)</w:t>
      </w:r>
    </w:p>
    <w:p w14:paraId="750D098B" w14:textId="77777777" w:rsidR="001309A0" w:rsidRPr="00463DB9" w:rsidRDefault="001309A0">
      <w:pPr>
        <w:pStyle w:val="NormalWeb"/>
        <w:numPr>
          <w:ilvl w:val="0"/>
          <w:numId w:val="14"/>
        </w:numPr>
        <w:spacing w:before="0" w:beforeAutospacing="0" w:after="0" w:afterAutospacing="0"/>
        <w:rPr>
          <w:sz w:val="22"/>
          <w:szCs w:val="22"/>
        </w:rPr>
      </w:pPr>
      <w:r w:rsidRPr="00463DB9">
        <w:rPr>
          <w:rStyle w:val="Strong"/>
          <w:sz w:val="22"/>
          <w:szCs w:val="22"/>
        </w:rPr>
        <w:t>SW989:</w:t>
      </w:r>
      <w:r w:rsidRPr="00463DB9">
        <w:rPr>
          <w:sz w:val="22"/>
          <w:szCs w:val="22"/>
        </w:rPr>
        <w:t xml:space="preserve"> Global Perspectives in Social Work Practice (included 12-day study abroad in Mumbai, India) (Spring 2017)</w:t>
      </w:r>
    </w:p>
    <w:p w14:paraId="103410EF" w14:textId="77777777" w:rsidR="001309A0" w:rsidRPr="00463DB9" w:rsidRDefault="001309A0">
      <w:pPr>
        <w:pStyle w:val="NormalWeb"/>
        <w:numPr>
          <w:ilvl w:val="0"/>
          <w:numId w:val="14"/>
        </w:numPr>
        <w:spacing w:before="0" w:beforeAutospacing="0" w:after="0" w:afterAutospacing="0"/>
        <w:rPr>
          <w:sz w:val="22"/>
          <w:szCs w:val="22"/>
        </w:rPr>
      </w:pPr>
      <w:r w:rsidRPr="00463DB9">
        <w:rPr>
          <w:rStyle w:val="Strong"/>
          <w:sz w:val="22"/>
          <w:szCs w:val="22"/>
        </w:rPr>
        <w:t>SW506:</w:t>
      </w:r>
      <w:r w:rsidRPr="00463DB9">
        <w:rPr>
          <w:sz w:val="22"/>
          <w:szCs w:val="22"/>
        </w:rPr>
        <w:t xml:space="preserve"> Practice VI: Culmination Integrative Seminar</w:t>
      </w:r>
      <w:r w:rsidRPr="00463DB9">
        <w:rPr>
          <w:sz w:val="22"/>
          <w:szCs w:val="22"/>
        </w:rPr>
        <w:br/>
        <w:t>(Spring 2014–Spring 2019, Spring 2021)</w:t>
      </w:r>
    </w:p>
    <w:p w14:paraId="387A68D5" w14:textId="77777777" w:rsidR="001309A0" w:rsidRDefault="001309A0">
      <w:pPr>
        <w:pStyle w:val="NormalWeb"/>
        <w:numPr>
          <w:ilvl w:val="0"/>
          <w:numId w:val="14"/>
        </w:numPr>
        <w:spacing w:before="0" w:beforeAutospacing="0" w:after="0" w:afterAutospacing="0"/>
        <w:rPr>
          <w:sz w:val="22"/>
          <w:szCs w:val="22"/>
        </w:rPr>
      </w:pPr>
      <w:r w:rsidRPr="00463DB9">
        <w:rPr>
          <w:rStyle w:val="Strong"/>
          <w:sz w:val="22"/>
          <w:szCs w:val="22"/>
        </w:rPr>
        <w:t>SW971:</w:t>
      </w:r>
      <w:r w:rsidRPr="00463DB9">
        <w:rPr>
          <w:sz w:val="22"/>
          <w:szCs w:val="22"/>
        </w:rPr>
        <w:t xml:space="preserve"> Ethical Issues in Social Work Practice</w:t>
      </w:r>
      <w:r w:rsidRPr="00463DB9">
        <w:rPr>
          <w:sz w:val="22"/>
          <w:szCs w:val="22"/>
        </w:rPr>
        <w:br/>
        <w:t>(Spring 2018, Summer II 2018, Spring 2021, Spring 2022)</w:t>
      </w:r>
    </w:p>
    <w:p w14:paraId="4B147C35" w14:textId="77777777" w:rsidR="003471D1" w:rsidRPr="00463DB9" w:rsidRDefault="003471D1" w:rsidP="003471D1">
      <w:pPr>
        <w:pStyle w:val="NormalWeb"/>
        <w:spacing w:before="0" w:beforeAutospacing="0" w:after="0" w:afterAutospacing="0"/>
        <w:ind w:left="1080"/>
        <w:rPr>
          <w:sz w:val="22"/>
          <w:szCs w:val="22"/>
        </w:rPr>
      </w:pPr>
    </w:p>
    <w:p w14:paraId="6BEDEC5F" w14:textId="77777777" w:rsidR="001309A0" w:rsidRPr="00463DB9" w:rsidRDefault="001309A0" w:rsidP="003471D1">
      <w:pPr>
        <w:pStyle w:val="NormalWeb"/>
        <w:spacing w:before="0" w:beforeAutospacing="0" w:after="0" w:afterAutospacing="0"/>
        <w:ind w:left="360"/>
        <w:rPr>
          <w:sz w:val="22"/>
          <w:szCs w:val="22"/>
        </w:rPr>
      </w:pPr>
      <w:r w:rsidRPr="00463DB9">
        <w:rPr>
          <w:rStyle w:val="Strong"/>
          <w:sz w:val="22"/>
          <w:szCs w:val="22"/>
        </w:rPr>
        <w:t>College of Social Work, University of South Carolina, Columbia, SC</w:t>
      </w:r>
      <w:r w:rsidRPr="00463DB9">
        <w:rPr>
          <w:sz w:val="22"/>
          <w:szCs w:val="22"/>
        </w:rPr>
        <w:br/>
      </w:r>
      <w:r w:rsidR="00183BEB" w:rsidRPr="00463DB9">
        <w:rPr>
          <w:rStyle w:val="Emphasis"/>
          <w:sz w:val="22"/>
          <w:szCs w:val="22"/>
        </w:rPr>
        <w:t xml:space="preserve">May </w:t>
      </w:r>
      <w:r w:rsidRPr="00463DB9">
        <w:rPr>
          <w:rStyle w:val="Emphasis"/>
          <w:sz w:val="22"/>
          <w:szCs w:val="22"/>
        </w:rPr>
        <w:t xml:space="preserve">2007 – </w:t>
      </w:r>
      <w:r w:rsidR="00183BEB" w:rsidRPr="00463DB9">
        <w:rPr>
          <w:rStyle w:val="Emphasis"/>
          <w:sz w:val="22"/>
          <w:szCs w:val="22"/>
        </w:rPr>
        <w:t xml:space="preserve">May </w:t>
      </w:r>
      <w:r w:rsidRPr="00463DB9">
        <w:rPr>
          <w:rStyle w:val="Emphasis"/>
          <w:sz w:val="22"/>
          <w:szCs w:val="22"/>
        </w:rPr>
        <w:t>2012</w:t>
      </w:r>
    </w:p>
    <w:p w14:paraId="2191E0AA" w14:textId="77777777" w:rsidR="001309A0" w:rsidRPr="00463DB9" w:rsidRDefault="001309A0">
      <w:pPr>
        <w:pStyle w:val="NormalWeb"/>
        <w:numPr>
          <w:ilvl w:val="0"/>
          <w:numId w:val="15"/>
        </w:numPr>
        <w:spacing w:before="0" w:beforeAutospacing="0" w:after="0" w:afterAutospacing="0"/>
        <w:rPr>
          <w:sz w:val="22"/>
          <w:szCs w:val="22"/>
        </w:rPr>
      </w:pPr>
      <w:r w:rsidRPr="00463DB9">
        <w:rPr>
          <w:sz w:val="22"/>
          <w:szCs w:val="22"/>
        </w:rPr>
        <w:t xml:space="preserve">Social Welfare Policy </w:t>
      </w:r>
      <w:r w:rsidR="00C62C4E" w:rsidRPr="00463DB9">
        <w:rPr>
          <w:sz w:val="22"/>
          <w:szCs w:val="22"/>
        </w:rPr>
        <w:t xml:space="preserve">&amp; Services </w:t>
      </w:r>
      <w:r w:rsidRPr="00463DB9">
        <w:rPr>
          <w:sz w:val="22"/>
          <w:szCs w:val="22"/>
        </w:rPr>
        <w:t>(MSW) (Spring 2012, 2011; Summer 2007)</w:t>
      </w:r>
    </w:p>
    <w:p w14:paraId="74649FAA" w14:textId="77777777" w:rsidR="001309A0" w:rsidRPr="00463DB9" w:rsidRDefault="001309A0">
      <w:pPr>
        <w:pStyle w:val="NormalWeb"/>
        <w:numPr>
          <w:ilvl w:val="0"/>
          <w:numId w:val="15"/>
        </w:numPr>
        <w:spacing w:before="0" w:beforeAutospacing="0" w:after="0" w:afterAutospacing="0"/>
        <w:rPr>
          <w:sz w:val="22"/>
          <w:szCs w:val="22"/>
        </w:rPr>
      </w:pPr>
      <w:r w:rsidRPr="00463DB9">
        <w:rPr>
          <w:sz w:val="22"/>
          <w:szCs w:val="22"/>
        </w:rPr>
        <w:t>Advanced Social Work Practice with Individuals (MSW, two sections)</w:t>
      </w:r>
      <w:r w:rsidRPr="00463DB9">
        <w:rPr>
          <w:sz w:val="22"/>
          <w:szCs w:val="22"/>
        </w:rPr>
        <w:br/>
        <w:t>(Fall 2011–Fall 2007)</w:t>
      </w:r>
    </w:p>
    <w:p w14:paraId="534E28A7" w14:textId="77777777" w:rsidR="001309A0" w:rsidRPr="00463DB9" w:rsidRDefault="001309A0">
      <w:pPr>
        <w:pStyle w:val="NormalWeb"/>
        <w:numPr>
          <w:ilvl w:val="0"/>
          <w:numId w:val="15"/>
        </w:numPr>
        <w:spacing w:before="0" w:beforeAutospacing="0" w:after="0" w:afterAutospacing="0"/>
        <w:rPr>
          <w:sz w:val="22"/>
          <w:szCs w:val="22"/>
        </w:rPr>
      </w:pPr>
      <w:r w:rsidRPr="00463DB9">
        <w:rPr>
          <w:sz w:val="22"/>
          <w:szCs w:val="22"/>
        </w:rPr>
        <w:t>Social Welfare Problems and Policies (MSW) (Fall 2010)</w:t>
      </w:r>
    </w:p>
    <w:p w14:paraId="787A7E15" w14:textId="77777777" w:rsidR="001309A0" w:rsidRPr="00463DB9" w:rsidRDefault="001309A0">
      <w:pPr>
        <w:pStyle w:val="NormalWeb"/>
        <w:numPr>
          <w:ilvl w:val="0"/>
          <w:numId w:val="15"/>
        </w:numPr>
        <w:spacing w:before="0" w:beforeAutospacing="0" w:after="0" w:afterAutospacing="0"/>
        <w:rPr>
          <w:sz w:val="22"/>
          <w:szCs w:val="22"/>
        </w:rPr>
      </w:pPr>
      <w:r w:rsidRPr="00463DB9">
        <w:rPr>
          <w:sz w:val="22"/>
          <w:szCs w:val="22"/>
        </w:rPr>
        <w:t>Human Behavior and Social Environment (MSW) (Summer 2007)</w:t>
      </w:r>
    </w:p>
    <w:p w14:paraId="0E43EFA8" w14:textId="77777777" w:rsidR="001309A0" w:rsidRDefault="001309A0">
      <w:pPr>
        <w:pStyle w:val="NormalWeb"/>
        <w:numPr>
          <w:ilvl w:val="0"/>
          <w:numId w:val="15"/>
        </w:numPr>
        <w:spacing w:before="0" w:beforeAutospacing="0" w:after="0" w:afterAutospacing="0"/>
        <w:rPr>
          <w:sz w:val="22"/>
          <w:szCs w:val="22"/>
        </w:rPr>
      </w:pPr>
      <w:r w:rsidRPr="00463DB9">
        <w:rPr>
          <w:sz w:val="22"/>
          <w:szCs w:val="22"/>
        </w:rPr>
        <w:t>Field Instructor (MSW students) (Fall 2007, Spring 2008)</w:t>
      </w:r>
    </w:p>
    <w:p w14:paraId="5F4DB574" w14:textId="77777777" w:rsidR="00311B1D" w:rsidRPr="00FF2004" w:rsidRDefault="00FF2004" w:rsidP="00311B1D">
      <w:pPr>
        <w:pStyle w:val="Heading3"/>
        <w:rPr>
          <w:rStyle w:val="Strong"/>
          <w:rFonts w:ascii="Times New Roman" w:hAnsi="Times New Roman" w:cs="Times New Roman"/>
          <w:b/>
          <w:bCs/>
          <w:color w:val="1F497D" w:themeColor="text2"/>
        </w:rPr>
      </w:pPr>
      <w:r w:rsidRPr="00FF2004">
        <w:rPr>
          <w:rStyle w:val="Strong"/>
          <w:rFonts w:ascii="Times New Roman" w:hAnsi="Times New Roman" w:cs="Times New Roman"/>
          <w:b/>
          <w:bCs/>
          <w:color w:val="1F497D" w:themeColor="text2"/>
        </w:rPr>
        <w:t>CURRICULUM AND COURSE DEVELOPMENT</w:t>
      </w:r>
    </w:p>
    <w:p w14:paraId="43371089" w14:textId="77777777" w:rsidR="003471D1" w:rsidRPr="003471D1" w:rsidRDefault="003471D1" w:rsidP="003471D1"/>
    <w:p w14:paraId="3282391A" w14:textId="77777777" w:rsidR="00311B1D" w:rsidRPr="00463DB9" w:rsidRDefault="00311B1D" w:rsidP="003471D1">
      <w:pPr>
        <w:pStyle w:val="Heading3"/>
        <w:spacing w:before="0"/>
        <w:ind w:firstLine="360"/>
        <w:rPr>
          <w:rFonts w:ascii="Times New Roman" w:hAnsi="Times New Roman" w:cs="Times New Roman"/>
          <w:b w:val="0"/>
          <w:bCs w:val="0"/>
          <w:color w:val="auto"/>
          <w:sz w:val="22"/>
          <w:szCs w:val="22"/>
        </w:rPr>
      </w:pPr>
      <w:r w:rsidRPr="00463DB9">
        <w:rPr>
          <w:rStyle w:val="Strong"/>
          <w:rFonts w:ascii="Times New Roman" w:hAnsi="Times New Roman" w:cs="Times New Roman"/>
          <w:b/>
          <w:bCs/>
          <w:color w:val="auto"/>
          <w:sz w:val="22"/>
          <w:szCs w:val="22"/>
        </w:rPr>
        <w:t>Sex Work &amp; Human Trafficking: Implications for Social Work Practice</w:t>
      </w:r>
    </w:p>
    <w:p w14:paraId="48D57269" w14:textId="77777777" w:rsidR="00311B1D" w:rsidRPr="00463DB9" w:rsidRDefault="00311B1D">
      <w:pPr>
        <w:pStyle w:val="NormalWeb"/>
        <w:numPr>
          <w:ilvl w:val="0"/>
          <w:numId w:val="27"/>
        </w:numPr>
        <w:spacing w:before="0" w:beforeAutospacing="0"/>
        <w:rPr>
          <w:sz w:val="22"/>
          <w:szCs w:val="22"/>
        </w:rPr>
      </w:pPr>
      <w:r w:rsidRPr="00463DB9">
        <w:rPr>
          <w:sz w:val="22"/>
          <w:szCs w:val="22"/>
        </w:rPr>
        <w:t>Developed and taught at Marywood University (Spring 2023) and Appalachian State University (Fall 2024, Fall 2025).</w:t>
      </w:r>
    </w:p>
    <w:p w14:paraId="3F93096D" w14:textId="77777777" w:rsidR="00311B1D" w:rsidRPr="00463DB9" w:rsidRDefault="00311B1D">
      <w:pPr>
        <w:pStyle w:val="NormalWeb"/>
        <w:numPr>
          <w:ilvl w:val="0"/>
          <w:numId w:val="27"/>
        </w:numPr>
        <w:spacing w:before="0" w:beforeAutospacing="0"/>
        <w:rPr>
          <w:sz w:val="22"/>
          <w:szCs w:val="22"/>
        </w:rPr>
      </w:pPr>
      <w:r w:rsidRPr="00463DB9">
        <w:rPr>
          <w:sz w:val="22"/>
          <w:szCs w:val="22"/>
        </w:rPr>
        <w:t>Adapted course content and assignments for diverse student populations and institutional contexts.</w:t>
      </w:r>
    </w:p>
    <w:p w14:paraId="76E8B3F4" w14:textId="1651493A" w:rsidR="003471D1" w:rsidRPr="00D42067" w:rsidRDefault="00311B1D">
      <w:pPr>
        <w:pStyle w:val="NormalWeb"/>
        <w:numPr>
          <w:ilvl w:val="0"/>
          <w:numId w:val="27"/>
        </w:numPr>
        <w:spacing w:before="0" w:beforeAutospacing="0"/>
        <w:rPr>
          <w:rStyle w:val="Strong"/>
          <w:b w:val="0"/>
          <w:bCs w:val="0"/>
          <w:sz w:val="22"/>
          <w:szCs w:val="22"/>
        </w:rPr>
      </w:pPr>
      <w:r w:rsidRPr="00463DB9">
        <w:rPr>
          <w:sz w:val="22"/>
          <w:szCs w:val="22"/>
        </w:rPr>
        <w:t xml:space="preserve">Delivered </w:t>
      </w:r>
      <w:r w:rsidR="00412DA0" w:rsidRPr="00463DB9">
        <w:rPr>
          <w:sz w:val="22"/>
          <w:szCs w:val="22"/>
        </w:rPr>
        <w:t xml:space="preserve">the courses in </w:t>
      </w:r>
      <w:r w:rsidRPr="00463DB9">
        <w:rPr>
          <w:sz w:val="22"/>
          <w:szCs w:val="22"/>
        </w:rPr>
        <w:t xml:space="preserve">both </w:t>
      </w:r>
      <w:r w:rsidR="00412DA0" w:rsidRPr="00463DB9">
        <w:rPr>
          <w:sz w:val="22"/>
          <w:szCs w:val="22"/>
        </w:rPr>
        <w:t xml:space="preserve">fully </w:t>
      </w:r>
      <w:r w:rsidRPr="00463DB9">
        <w:rPr>
          <w:sz w:val="22"/>
          <w:szCs w:val="22"/>
        </w:rPr>
        <w:t>online and in-person formats.</w:t>
      </w:r>
    </w:p>
    <w:p w14:paraId="584C9512" w14:textId="77777777" w:rsidR="00311B1D" w:rsidRPr="00463DB9" w:rsidRDefault="00311B1D" w:rsidP="003471D1">
      <w:pPr>
        <w:pStyle w:val="NormalWeb"/>
        <w:spacing w:before="0" w:beforeAutospacing="0" w:after="0" w:afterAutospacing="0"/>
        <w:ind w:firstLine="360"/>
        <w:rPr>
          <w:sz w:val="22"/>
          <w:szCs w:val="22"/>
        </w:rPr>
      </w:pPr>
      <w:r w:rsidRPr="00463DB9">
        <w:rPr>
          <w:rStyle w:val="Strong"/>
          <w:sz w:val="22"/>
          <w:szCs w:val="22"/>
        </w:rPr>
        <w:t xml:space="preserve">A Global Perspective in Social Work Practice: A Study Abroad Trip to </w:t>
      </w:r>
      <w:r w:rsidR="00412DA0" w:rsidRPr="00463DB9">
        <w:rPr>
          <w:rStyle w:val="Strong"/>
          <w:sz w:val="22"/>
          <w:szCs w:val="22"/>
        </w:rPr>
        <w:t xml:space="preserve">Mumbai, </w:t>
      </w:r>
      <w:r w:rsidRPr="00463DB9">
        <w:rPr>
          <w:rStyle w:val="Strong"/>
          <w:sz w:val="22"/>
          <w:szCs w:val="22"/>
        </w:rPr>
        <w:t>India</w:t>
      </w:r>
    </w:p>
    <w:p w14:paraId="0CFFAFEE" w14:textId="77777777" w:rsidR="00311B1D" w:rsidRPr="00463DB9" w:rsidRDefault="00311B1D">
      <w:pPr>
        <w:pStyle w:val="NormalWeb"/>
        <w:numPr>
          <w:ilvl w:val="0"/>
          <w:numId w:val="28"/>
        </w:numPr>
        <w:spacing w:before="0" w:beforeAutospacing="0" w:after="0" w:afterAutospacing="0"/>
        <w:rPr>
          <w:sz w:val="22"/>
          <w:szCs w:val="22"/>
        </w:rPr>
      </w:pPr>
      <w:r w:rsidRPr="00463DB9">
        <w:rPr>
          <w:sz w:val="22"/>
          <w:szCs w:val="22"/>
        </w:rPr>
        <w:lastRenderedPageBreak/>
        <w:t>Developed and taught this graduate-level course at Marywood University (Spring 2017).</w:t>
      </w:r>
    </w:p>
    <w:p w14:paraId="480CEF83" w14:textId="77777777" w:rsidR="00311B1D" w:rsidRPr="00463DB9" w:rsidRDefault="00311B1D">
      <w:pPr>
        <w:pStyle w:val="NormalWeb"/>
        <w:numPr>
          <w:ilvl w:val="0"/>
          <w:numId w:val="28"/>
        </w:numPr>
        <w:spacing w:before="0" w:beforeAutospacing="0" w:after="0" w:afterAutospacing="0"/>
        <w:rPr>
          <w:sz w:val="22"/>
          <w:szCs w:val="22"/>
        </w:rPr>
      </w:pPr>
      <w:r w:rsidRPr="00463DB9">
        <w:rPr>
          <w:sz w:val="22"/>
          <w:szCs w:val="22"/>
        </w:rPr>
        <w:t>Currently revising the curriculum for implementation at Appalachian State University (Summer 2027).</w:t>
      </w:r>
    </w:p>
    <w:p w14:paraId="334D5B51" w14:textId="77777777" w:rsidR="00311B1D" w:rsidRPr="00463DB9" w:rsidRDefault="00311B1D" w:rsidP="00412DA0">
      <w:pPr>
        <w:pStyle w:val="NormalWeb"/>
        <w:ind w:firstLine="360"/>
        <w:rPr>
          <w:sz w:val="22"/>
          <w:szCs w:val="22"/>
        </w:rPr>
      </w:pPr>
      <w:r w:rsidRPr="00463DB9">
        <w:rPr>
          <w:rStyle w:val="Strong"/>
          <w:sz w:val="22"/>
          <w:szCs w:val="22"/>
        </w:rPr>
        <w:t>Interactive Workshop – 2015 CSWE Annual Program Meeting</w:t>
      </w:r>
    </w:p>
    <w:p w14:paraId="39B50D64" w14:textId="77777777" w:rsidR="00311B1D" w:rsidRPr="00463DB9" w:rsidRDefault="00311B1D">
      <w:pPr>
        <w:pStyle w:val="NormalWeb"/>
        <w:numPr>
          <w:ilvl w:val="0"/>
          <w:numId w:val="29"/>
        </w:numPr>
        <w:spacing w:before="0" w:beforeAutospacing="0"/>
        <w:rPr>
          <w:sz w:val="22"/>
          <w:szCs w:val="22"/>
        </w:rPr>
      </w:pPr>
      <w:r w:rsidRPr="00463DB9">
        <w:rPr>
          <w:sz w:val="22"/>
          <w:szCs w:val="22"/>
        </w:rPr>
        <w:t xml:space="preserve">Designed and facilitated a 60-minute interactive workshop titled </w:t>
      </w:r>
      <w:r w:rsidRPr="00463DB9">
        <w:rPr>
          <w:rStyle w:val="Emphasis"/>
          <w:sz w:val="22"/>
          <w:szCs w:val="22"/>
        </w:rPr>
        <w:t>A Cell Phone Technology-Based Intervention for Violence Prevention</w:t>
      </w:r>
      <w:r w:rsidRPr="00463DB9">
        <w:rPr>
          <w:sz w:val="22"/>
          <w:szCs w:val="22"/>
        </w:rPr>
        <w:t>.</w:t>
      </w:r>
    </w:p>
    <w:p w14:paraId="71CF7C6F" w14:textId="77777777" w:rsidR="009C1458" w:rsidRPr="001843C7" w:rsidRDefault="00311B1D">
      <w:pPr>
        <w:pStyle w:val="NormalWeb"/>
        <w:numPr>
          <w:ilvl w:val="0"/>
          <w:numId w:val="29"/>
        </w:numPr>
        <w:spacing w:before="0" w:beforeAutospacing="0"/>
        <w:rPr>
          <w:rStyle w:val="Strong"/>
          <w:b w:val="0"/>
          <w:bCs w:val="0"/>
          <w:sz w:val="22"/>
          <w:szCs w:val="22"/>
        </w:rPr>
      </w:pPr>
      <w:r w:rsidRPr="00463DB9">
        <w:rPr>
          <w:sz w:val="22"/>
          <w:szCs w:val="22"/>
        </w:rPr>
        <w:t>Presented to helping professionals and social work scholars at the Council on Social Work Education (CSWE) conference.</w:t>
      </w:r>
    </w:p>
    <w:p w14:paraId="3FE596A0" w14:textId="77777777" w:rsidR="003471D1" w:rsidRPr="00FF2004" w:rsidRDefault="00FF2004" w:rsidP="003471D1">
      <w:pPr>
        <w:pStyle w:val="Heading3"/>
        <w:rPr>
          <w:rStyle w:val="Strong"/>
          <w:rFonts w:ascii="Times New Roman" w:hAnsi="Times New Roman" w:cs="Times New Roman"/>
          <w:b/>
          <w:bCs/>
          <w:color w:val="1F497D" w:themeColor="text2"/>
          <w:sz w:val="26"/>
          <w:szCs w:val="26"/>
        </w:rPr>
      </w:pPr>
      <w:r w:rsidRPr="00FF2004">
        <w:rPr>
          <w:rStyle w:val="Strong"/>
          <w:rFonts w:ascii="Times New Roman" w:hAnsi="Times New Roman" w:cs="Times New Roman"/>
          <w:b/>
          <w:bCs/>
          <w:color w:val="1F497D" w:themeColor="text2"/>
          <w:sz w:val="26"/>
          <w:szCs w:val="26"/>
        </w:rPr>
        <w:t>STUDENT SUPERVISION/MENTORSHIP</w:t>
      </w:r>
    </w:p>
    <w:p w14:paraId="65D04BF8" w14:textId="77777777" w:rsidR="003471D1" w:rsidRPr="00FF2004" w:rsidRDefault="003471D1" w:rsidP="003471D1">
      <w:pPr>
        <w:ind w:firstLine="360"/>
        <w:contextualSpacing/>
        <w:rPr>
          <w:rStyle w:val="Strong"/>
          <w:rFonts w:eastAsiaTheme="majorEastAsia"/>
          <w:i/>
          <w:iCs/>
          <w:color w:val="1F497D" w:themeColor="text2"/>
        </w:rPr>
      </w:pPr>
    </w:p>
    <w:p w14:paraId="02FF4CC1" w14:textId="77777777" w:rsidR="004F54E8" w:rsidRDefault="00F60731" w:rsidP="004F54E8">
      <w:pPr>
        <w:ind w:firstLine="360"/>
        <w:rPr>
          <w:rStyle w:val="Strong"/>
          <w:rFonts w:eastAsiaTheme="majorEastAsia"/>
          <w:i/>
          <w:iCs/>
          <w:color w:val="1F497D" w:themeColor="text2"/>
        </w:rPr>
      </w:pPr>
      <w:r w:rsidRPr="00FF2004">
        <w:rPr>
          <w:rStyle w:val="Strong"/>
          <w:rFonts w:eastAsiaTheme="majorEastAsia"/>
          <w:i/>
          <w:iCs/>
          <w:color w:val="1F497D" w:themeColor="text2"/>
        </w:rPr>
        <w:t>Graduate Assistant Supervision</w:t>
      </w:r>
    </w:p>
    <w:p w14:paraId="17302B8F" w14:textId="77777777" w:rsidR="004F54E8" w:rsidRPr="004F54E8" w:rsidRDefault="00896BBF">
      <w:pPr>
        <w:pStyle w:val="ListParagraph"/>
        <w:numPr>
          <w:ilvl w:val="0"/>
          <w:numId w:val="39"/>
        </w:numPr>
        <w:rPr>
          <w:rFonts w:eastAsiaTheme="majorEastAsia"/>
          <w:b/>
          <w:bCs/>
          <w:i/>
          <w:iCs/>
          <w:color w:val="1F497D" w:themeColor="text2"/>
        </w:rPr>
      </w:pPr>
      <w:r w:rsidRPr="004F54E8">
        <w:rPr>
          <w:b/>
          <w:bCs/>
          <w:sz w:val="22"/>
          <w:szCs w:val="22"/>
        </w:rPr>
        <w:t>Leo Padgett</w:t>
      </w:r>
      <w:r w:rsidRPr="004F54E8">
        <w:rPr>
          <w:sz w:val="22"/>
          <w:szCs w:val="22"/>
        </w:rPr>
        <w:t xml:space="preserve">, MSW Graduate Research Assistant, </w:t>
      </w:r>
      <w:r w:rsidR="00412DA0" w:rsidRPr="004F54E8">
        <w:rPr>
          <w:i/>
          <w:iCs/>
          <w:sz w:val="22"/>
          <w:szCs w:val="22"/>
        </w:rPr>
        <w:t>Appalachian State University</w:t>
      </w:r>
      <w:r w:rsidR="00412DA0" w:rsidRPr="004F54E8">
        <w:rPr>
          <w:sz w:val="22"/>
          <w:szCs w:val="22"/>
        </w:rPr>
        <w:t xml:space="preserve">, </w:t>
      </w:r>
      <w:r w:rsidRPr="004F54E8">
        <w:rPr>
          <w:sz w:val="22"/>
          <w:szCs w:val="22"/>
        </w:rPr>
        <w:t>Fall 2023–Spring 2024</w:t>
      </w:r>
    </w:p>
    <w:p w14:paraId="2E03BD35" w14:textId="76B4A35A" w:rsidR="00C52EBF" w:rsidRPr="004F54E8" w:rsidRDefault="00896BBF">
      <w:pPr>
        <w:pStyle w:val="ListParagraph"/>
        <w:numPr>
          <w:ilvl w:val="1"/>
          <w:numId w:val="39"/>
        </w:numPr>
        <w:rPr>
          <w:rFonts w:eastAsiaTheme="majorEastAsia"/>
          <w:b/>
          <w:bCs/>
          <w:i/>
          <w:iCs/>
          <w:color w:val="1F497D" w:themeColor="text2"/>
        </w:rPr>
      </w:pPr>
      <w:r w:rsidRPr="004F54E8">
        <w:rPr>
          <w:sz w:val="22"/>
          <w:szCs w:val="22"/>
        </w:rPr>
        <w:t xml:space="preserve">Supervised </w:t>
      </w:r>
      <w:r w:rsidR="00D42067">
        <w:rPr>
          <w:sz w:val="22"/>
          <w:szCs w:val="22"/>
        </w:rPr>
        <w:t xml:space="preserve">research </w:t>
      </w:r>
      <w:r w:rsidRPr="004F54E8">
        <w:rPr>
          <w:sz w:val="22"/>
          <w:szCs w:val="22"/>
        </w:rPr>
        <w:t>on online sex work, with a focus on the risks and safety issues faced by transgender women sex workers in Kolkata, India.</w:t>
      </w:r>
    </w:p>
    <w:p w14:paraId="607E63D5" w14:textId="77777777" w:rsidR="00412DA0" w:rsidRPr="00C52EBF" w:rsidRDefault="00896BBF">
      <w:pPr>
        <w:pStyle w:val="NormalWeb"/>
        <w:numPr>
          <w:ilvl w:val="0"/>
          <w:numId w:val="30"/>
        </w:numPr>
        <w:contextualSpacing/>
        <w:rPr>
          <w:sz w:val="22"/>
          <w:szCs w:val="22"/>
        </w:rPr>
      </w:pPr>
      <w:r w:rsidRPr="00C52EBF">
        <w:rPr>
          <w:b/>
          <w:bCs/>
          <w:sz w:val="22"/>
          <w:szCs w:val="22"/>
        </w:rPr>
        <w:t>Joanne Matalka</w:t>
      </w:r>
      <w:r w:rsidRPr="00C52EBF">
        <w:rPr>
          <w:sz w:val="22"/>
          <w:szCs w:val="22"/>
        </w:rPr>
        <w:t xml:space="preserve">, MSW Graduate Research Assistant, </w:t>
      </w:r>
      <w:r w:rsidR="00412DA0" w:rsidRPr="00C52EBF">
        <w:rPr>
          <w:i/>
          <w:iCs/>
          <w:sz w:val="22"/>
          <w:szCs w:val="22"/>
        </w:rPr>
        <w:t>Appalachian State University</w:t>
      </w:r>
      <w:r w:rsidR="00412DA0" w:rsidRPr="00C52EBF">
        <w:rPr>
          <w:sz w:val="22"/>
          <w:szCs w:val="22"/>
        </w:rPr>
        <w:t xml:space="preserve">, </w:t>
      </w:r>
      <w:r w:rsidRPr="00C52EBF">
        <w:rPr>
          <w:sz w:val="22"/>
          <w:szCs w:val="22"/>
        </w:rPr>
        <w:t>Fall</w:t>
      </w:r>
      <w:r w:rsidR="00412DA0" w:rsidRPr="00C52EBF">
        <w:rPr>
          <w:sz w:val="22"/>
          <w:szCs w:val="22"/>
        </w:rPr>
        <w:t xml:space="preserve">-Spring </w:t>
      </w:r>
      <w:r w:rsidRPr="00C52EBF">
        <w:rPr>
          <w:sz w:val="22"/>
          <w:szCs w:val="22"/>
        </w:rPr>
        <w:t>202</w:t>
      </w:r>
      <w:r w:rsidR="00412DA0" w:rsidRPr="00C52EBF">
        <w:rPr>
          <w:sz w:val="22"/>
          <w:szCs w:val="22"/>
        </w:rPr>
        <w:t>4</w:t>
      </w:r>
    </w:p>
    <w:p w14:paraId="6BC8CA74" w14:textId="494D2BD8" w:rsidR="00412DA0" w:rsidRDefault="00896BBF">
      <w:pPr>
        <w:pStyle w:val="NormalWeb"/>
        <w:numPr>
          <w:ilvl w:val="1"/>
          <w:numId w:val="30"/>
        </w:numPr>
        <w:contextualSpacing/>
        <w:rPr>
          <w:sz w:val="22"/>
          <w:szCs w:val="22"/>
        </w:rPr>
      </w:pPr>
      <w:r w:rsidRPr="00C52EBF">
        <w:rPr>
          <w:sz w:val="22"/>
          <w:szCs w:val="22"/>
        </w:rPr>
        <w:t xml:space="preserve">Supervised </w:t>
      </w:r>
      <w:r w:rsidR="00D42067">
        <w:rPr>
          <w:sz w:val="22"/>
          <w:szCs w:val="22"/>
        </w:rPr>
        <w:t xml:space="preserve">research </w:t>
      </w:r>
      <w:r w:rsidRPr="00C52EBF">
        <w:rPr>
          <w:sz w:val="22"/>
          <w:szCs w:val="22"/>
        </w:rPr>
        <w:t>on various forms of violence against women, with special emphasis on women sex workers living with HIV in India.</w:t>
      </w:r>
    </w:p>
    <w:p w14:paraId="110BA972" w14:textId="77777777" w:rsidR="00C52EBF" w:rsidRPr="00C52EBF" w:rsidRDefault="00C52EBF" w:rsidP="003471D1">
      <w:pPr>
        <w:pStyle w:val="NormalWeb"/>
        <w:ind w:left="1800"/>
        <w:contextualSpacing/>
        <w:rPr>
          <w:rStyle w:val="Strong"/>
          <w:b w:val="0"/>
          <w:bCs w:val="0"/>
          <w:sz w:val="22"/>
          <w:szCs w:val="22"/>
        </w:rPr>
      </w:pPr>
    </w:p>
    <w:p w14:paraId="07704413" w14:textId="77777777" w:rsidR="00412DA0" w:rsidRPr="00C52EBF" w:rsidRDefault="00896BBF">
      <w:pPr>
        <w:pStyle w:val="NormalWeb"/>
        <w:numPr>
          <w:ilvl w:val="0"/>
          <w:numId w:val="30"/>
        </w:numPr>
        <w:contextualSpacing/>
        <w:rPr>
          <w:sz w:val="22"/>
          <w:szCs w:val="22"/>
        </w:rPr>
      </w:pPr>
      <w:r w:rsidRPr="00C52EBF">
        <w:rPr>
          <w:b/>
          <w:bCs/>
          <w:sz w:val="22"/>
          <w:szCs w:val="22"/>
        </w:rPr>
        <w:t>Jennifer Mudge</w:t>
      </w:r>
      <w:r w:rsidRPr="00C52EBF">
        <w:rPr>
          <w:sz w:val="22"/>
          <w:szCs w:val="22"/>
        </w:rPr>
        <w:t xml:space="preserve">, MSW Graduate Research Assistant, </w:t>
      </w:r>
      <w:r w:rsidR="00412DA0" w:rsidRPr="00C52EBF">
        <w:rPr>
          <w:i/>
          <w:iCs/>
          <w:sz w:val="22"/>
          <w:szCs w:val="22"/>
        </w:rPr>
        <w:t>Marywood University</w:t>
      </w:r>
      <w:r w:rsidR="00412DA0" w:rsidRPr="00C52EBF">
        <w:rPr>
          <w:sz w:val="22"/>
          <w:szCs w:val="22"/>
        </w:rPr>
        <w:t xml:space="preserve">, </w:t>
      </w:r>
      <w:r w:rsidRPr="00C52EBF">
        <w:rPr>
          <w:sz w:val="22"/>
          <w:szCs w:val="22"/>
        </w:rPr>
        <w:t>Summer 201</w:t>
      </w:r>
      <w:r w:rsidR="00412DA0" w:rsidRPr="00C52EBF">
        <w:rPr>
          <w:sz w:val="22"/>
          <w:szCs w:val="22"/>
        </w:rPr>
        <w:t>3</w:t>
      </w:r>
    </w:p>
    <w:p w14:paraId="78F02F37" w14:textId="77777777" w:rsidR="00412DA0" w:rsidRDefault="00896BBF">
      <w:pPr>
        <w:pStyle w:val="NormalWeb"/>
        <w:numPr>
          <w:ilvl w:val="1"/>
          <w:numId w:val="30"/>
        </w:numPr>
        <w:contextualSpacing/>
        <w:rPr>
          <w:sz w:val="22"/>
          <w:szCs w:val="22"/>
        </w:rPr>
      </w:pPr>
      <w:r w:rsidRPr="00C52EBF">
        <w:rPr>
          <w:sz w:val="22"/>
          <w:szCs w:val="22"/>
        </w:rPr>
        <w:t>Supervised literature review on the risk of HIV/AIDS among sex workers in India.</w:t>
      </w:r>
    </w:p>
    <w:p w14:paraId="31505887" w14:textId="77777777" w:rsidR="00C52EBF" w:rsidRPr="00C52EBF" w:rsidRDefault="00C52EBF" w:rsidP="003471D1">
      <w:pPr>
        <w:pStyle w:val="NormalWeb"/>
        <w:ind w:left="1800"/>
        <w:contextualSpacing/>
        <w:rPr>
          <w:sz w:val="22"/>
          <w:szCs w:val="22"/>
        </w:rPr>
      </w:pPr>
    </w:p>
    <w:p w14:paraId="7260FD25" w14:textId="77777777" w:rsidR="00412DA0" w:rsidRPr="00C52EBF" w:rsidRDefault="00896BBF">
      <w:pPr>
        <w:pStyle w:val="NormalWeb"/>
        <w:numPr>
          <w:ilvl w:val="0"/>
          <w:numId w:val="30"/>
        </w:numPr>
        <w:contextualSpacing/>
        <w:rPr>
          <w:sz w:val="22"/>
          <w:szCs w:val="22"/>
        </w:rPr>
      </w:pPr>
      <w:r w:rsidRPr="00C52EBF">
        <w:rPr>
          <w:b/>
          <w:bCs/>
          <w:sz w:val="22"/>
          <w:szCs w:val="22"/>
        </w:rPr>
        <w:t>Donald Jr. Barnes</w:t>
      </w:r>
      <w:r w:rsidRPr="00C52EBF">
        <w:rPr>
          <w:sz w:val="22"/>
          <w:szCs w:val="22"/>
        </w:rPr>
        <w:t xml:space="preserve">, MSW Graduate Research Assistant, </w:t>
      </w:r>
      <w:r w:rsidR="00412DA0" w:rsidRPr="00C52EBF">
        <w:rPr>
          <w:i/>
          <w:iCs/>
          <w:sz w:val="22"/>
          <w:szCs w:val="22"/>
        </w:rPr>
        <w:t>Marywood University</w:t>
      </w:r>
      <w:r w:rsidR="00412DA0" w:rsidRPr="00C52EBF">
        <w:rPr>
          <w:sz w:val="22"/>
          <w:szCs w:val="22"/>
        </w:rPr>
        <w:t xml:space="preserve">, </w:t>
      </w:r>
      <w:r w:rsidRPr="00C52EBF">
        <w:rPr>
          <w:sz w:val="22"/>
          <w:szCs w:val="22"/>
        </w:rPr>
        <w:t>Fall 2013</w:t>
      </w:r>
      <w:r w:rsidR="00412DA0" w:rsidRPr="00C52EBF">
        <w:rPr>
          <w:sz w:val="22"/>
          <w:szCs w:val="22"/>
        </w:rPr>
        <w:t>-</w:t>
      </w:r>
      <w:r w:rsidRPr="00C52EBF">
        <w:rPr>
          <w:sz w:val="22"/>
          <w:szCs w:val="22"/>
        </w:rPr>
        <w:t>Spring 2014</w:t>
      </w:r>
    </w:p>
    <w:p w14:paraId="0DDC66EF" w14:textId="77777777" w:rsidR="00412DA0" w:rsidRPr="00C52EBF" w:rsidRDefault="00896BBF">
      <w:pPr>
        <w:pStyle w:val="NormalWeb"/>
        <w:numPr>
          <w:ilvl w:val="1"/>
          <w:numId w:val="30"/>
        </w:numPr>
        <w:contextualSpacing/>
        <w:rPr>
          <w:sz w:val="22"/>
          <w:szCs w:val="22"/>
        </w:rPr>
      </w:pPr>
      <w:r w:rsidRPr="00C52EBF">
        <w:rPr>
          <w:sz w:val="22"/>
          <w:szCs w:val="22"/>
        </w:rPr>
        <w:t>Supervised research on ethical and safety issues faced by sex workers in India and globally.</w:t>
      </w:r>
    </w:p>
    <w:p w14:paraId="5B65A747" w14:textId="77777777" w:rsidR="00CE26E8" w:rsidRDefault="00896BBF">
      <w:pPr>
        <w:pStyle w:val="NormalWeb"/>
        <w:numPr>
          <w:ilvl w:val="1"/>
          <w:numId w:val="30"/>
        </w:numPr>
        <w:contextualSpacing/>
        <w:rPr>
          <w:sz w:val="22"/>
          <w:szCs w:val="22"/>
        </w:rPr>
      </w:pPr>
      <w:r w:rsidRPr="00C52EBF">
        <w:rPr>
          <w:sz w:val="22"/>
          <w:szCs w:val="22"/>
        </w:rPr>
        <w:t xml:space="preserve">Co-authored </w:t>
      </w:r>
      <w:r w:rsidR="00C30BAB" w:rsidRPr="00C52EBF">
        <w:rPr>
          <w:sz w:val="22"/>
          <w:szCs w:val="22"/>
        </w:rPr>
        <w:t xml:space="preserve">the </w:t>
      </w:r>
      <w:r w:rsidRPr="00C52EBF">
        <w:rPr>
          <w:sz w:val="22"/>
          <w:szCs w:val="22"/>
        </w:rPr>
        <w:t xml:space="preserve">conference proposal </w:t>
      </w:r>
      <w:r w:rsidRPr="00C52EBF">
        <w:rPr>
          <w:i/>
          <w:iCs/>
          <w:sz w:val="22"/>
          <w:szCs w:val="22"/>
        </w:rPr>
        <w:t>“Why Involve Clients of Female Sex Workers in HIV Prevention Programs?”</w:t>
      </w:r>
      <w:r w:rsidR="00C30BAB" w:rsidRPr="00C52EBF">
        <w:rPr>
          <w:sz w:val="22"/>
          <w:szCs w:val="22"/>
        </w:rPr>
        <w:t xml:space="preserve"> </w:t>
      </w:r>
      <w:r w:rsidRPr="00C52EBF">
        <w:rPr>
          <w:sz w:val="22"/>
          <w:szCs w:val="22"/>
        </w:rPr>
        <w:t>accepted for presentation at the Council on Social Work Education (CSWE) Annual Program Meeting, October 23–26, 2014, Tampa, Florida.</w:t>
      </w:r>
    </w:p>
    <w:p w14:paraId="65CF416E" w14:textId="77777777" w:rsidR="00C52EBF" w:rsidRPr="00C52EBF" w:rsidRDefault="00C52EBF" w:rsidP="003471D1">
      <w:pPr>
        <w:pStyle w:val="NormalWeb"/>
        <w:ind w:left="1800"/>
        <w:contextualSpacing/>
        <w:rPr>
          <w:rStyle w:val="Strong"/>
          <w:b w:val="0"/>
          <w:bCs w:val="0"/>
          <w:sz w:val="22"/>
          <w:szCs w:val="22"/>
        </w:rPr>
      </w:pPr>
    </w:p>
    <w:p w14:paraId="5B0E15B7" w14:textId="77777777" w:rsidR="00C30BAB" w:rsidRPr="00C52EBF" w:rsidRDefault="00896BBF">
      <w:pPr>
        <w:pStyle w:val="NormalWeb"/>
        <w:numPr>
          <w:ilvl w:val="0"/>
          <w:numId w:val="30"/>
        </w:numPr>
        <w:contextualSpacing/>
        <w:rPr>
          <w:i/>
          <w:iCs/>
          <w:sz w:val="22"/>
          <w:szCs w:val="22"/>
        </w:rPr>
      </w:pPr>
      <w:r w:rsidRPr="00C52EBF">
        <w:rPr>
          <w:rStyle w:val="Strong"/>
          <w:sz w:val="22"/>
          <w:szCs w:val="22"/>
        </w:rPr>
        <w:t>Christiana Paradis</w:t>
      </w:r>
      <w:r w:rsidRPr="00C52EBF">
        <w:rPr>
          <w:sz w:val="22"/>
          <w:szCs w:val="22"/>
        </w:rPr>
        <w:t xml:space="preserve">, MSW Graduate Research Assistant, </w:t>
      </w:r>
      <w:r w:rsidR="00C30BAB" w:rsidRPr="00C52EBF">
        <w:rPr>
          <w:i/>
          <w:iCs/>
          <w:sz w:val="22"/>
          <w:szCs w:val="22"/>
        </w:rPr>
        <w:t>Marywood University</w:t>
      </w:r>
      <w:r w:rsidR="00C30BAB" w:rsidRPr="00C52EBF">
        <w:rPr>
          <w:sz w:val="22"/>
          <w:szCs w:val="22"/>
        </w:rPr>
        <w:t xml:space="preserve">, </w:t>
      </w:r>
      <w:r w:rsidRPr="00C52EBF">
        <w:rPr>
          <w:sz w:val="22"/>
          <w:szCs w:val="22"/>
        </w:rPr>
        <w:t>Fall 2014</w:t>
      </w:r>
      <w:r w:rsidR="00C30BAB" w:rsidRPr="00C52EBF">
        <w:rPr>
          <w:sz w:val="22"/>
          <w:szCs w:val="22"/>
        </w:rPr>
        <w:t>-</w:t>
      </w:r>
      <w:r w:rsidRPr="00C52EBF">
        <w:rPr>
          <w:sz w:val="22"/>
          <w:szCs w:val="22"/>
        </w:rPr>
        <w:t>Spring 2015</w:t>
      </w:r>
    </w:p>
    <w:p w14:paraId="4663F7E1" w14:textId="77777777" w:rsidR="00C30BAB" w:rsidRPr="00C52EBF" w:rsidRDefault="00896BBF">
      <w:pPr>
        <w:pStyle w:val="NormalWeb"/>
        <w:numPr>
          <w:ilvl w:val="1"/>
          <w:numId w:val="30"/>
        </w:numPr>
        <w:contextualSpacing/>
        <w:rPr>
          <w:sz w:val="22"/>
          <w:szCs w:val="22"/>
        </w:rPr>
      </w:pPr>
      <w:r w:rsidRPr="00C52EBF">
        <w:rPr>
          <w:sz w:val="22"/>
          <w:szCs w:val="22"/>
        </w:rPr>
        <w:t>Supervised advanced-year MSW student on research related to violence prevention among sex workers and HIV risk perception among their clients.</w:t>
      </w:r>
    </w:p>
    <w:p w14:paraId="042949E2" w14:textId="77777777" w:rsidR="00C30BAB" w:rsidRPr="00C52EBF" w:rsidRDefault="00896BBF">
      <w:pPr>
        <w:pStyle w:val="NormalWeb"/>
        <w:numPr>
          <w:ilvl w:val="1"/>
          <w:numId w:val="30"/>
        </w:numPr>
        <w:contextualSpacing/>
        <w:rPr>
          <w:sz w:val="22"/>
          <w:szCs w:val="22"/>
        </w:rPr>
      </w:pPr>
      <w:r w:rsidRPr="00C52EBF">
        <w:rPr>
          <w:sz w:val="22"/>
          <w:szCs w:val="22"/>
        </w:rPr>
        <w:t>Co-presented a</w:t>
      </w:r>
      <w:r w:rsidR="00C30BAB" w:rsidRPr="00C52EBF">
        <w:rPr>
          <w:sz w:val="22"/>
          <w:szCs w:val="22"/>
        </w:rPr>
        <w:t>n interactive workshop presented at</w:t>
      </w:r>
      <w:r w:rsidRPr="00C52EBF">
        <w:rPr>
          <w:sz w:val="22"/>
          <w:szCs w:val="22"/>
        </w:rPr>
        <w:t xml:space="preserve"> the 2015 CSWE Annual Program Meeting</w:t>
      </w:r>
      <w:r w:rsidR="00C30BAB" w:rsidRPr="00C52EBF">
        <w:rPr>
          <w:sz w:val="22"/>
          <w:szCs w:val="22"/>
        </w:rPr>
        <w:t xml:space="preserve"> conference at </w:t>
      </w:r>
      <w:r w:rsidRPr="00C52EBF">
        <w:rPr>
          <w:sz w:val="22"/>
          <w:szCs w:val="22"/>
        </w:rPr>
        <w:t>Denver, C</w:t>
      </w:r>
      <w:r w:rsidR="00C30BAB" w:rsidRPr="00C52EBF">
        <w:rPr>
          <w:sz w:val="22"/>
          <w:szCs w:val="22"/>
        </w:rPr>
        <w:t xml:space="preserve">olorado. </w:t>
      </w:r>
    </w:p>
    <w:p w14:paraId="3F042018" w14:textId="77777777" w:rsidR="00C30BAB" w:rsidRPr="00C52EBF" w:rsidRDefault="00896BBF">
      <w:pPr>
        <w:pStyle w:val="NormalWeb"/>
        <w:numPr>
          <w:ilvl w:val="1"/>
          <w:numId w:val="30"/>
        </w:numPr>
        <w:contextualSpacing/>
        <w:rPr>
          <w:sz w:val="22"/>
          <w:szCs w:val="22"/>
        </w:rPr>
      </w:pPr>
      <w:r w:rsidRPr="00C52EBF">
        <w:rPr>
          <w:sz w:val="22"/>
          <w:szCs w:val="22"/>
        </w:rPr>
        <w:t>Co-authored two publication</w:t>
      </w:r>
      <w:r w:rsidR="00C30BAB" w:rsidRPr="00C52EBF">
        <w:rPr>
          <w:sz w:val="22"/>
          <w:szCs w:val="22"/>
        </w:rPr>
        <w:t xml:space="preserve">s </w:t>
      </w:r>
      <w:r w:rsidRPr="00C52EBF">
        <w:rPr>
          <w:sz w:val="22"/>
          <w:szCs w:val="22"/>
        </w:rPr>
        <w:t>accepted in the</w:t>
      </w:r>
      <w:r w:rsidRPr="00C52EBF">
        <w:rPr>
          <w:i/>
          <w:iCs/>
          <w:sz w:val="22"/>
          <w:szCs w:val="22"/>
        </w:rPr>
        <w:t xml:space="preserve"> </w:t>
      </w:r>
      <w:r w:rsidRPr="00C52EBF">
        <w:rPr>
          <w:sz w:val="22"/>
          <w:szCs w:val="22"/>
        </w:rPr>
        <w:t>Journal of Behavioral &amp; Social Sciences</w:t>
      </w:r>
      <w:r w:rsidR="00C30BAB" w:rsidRPr="00C52EBF">
        <w:rPr>
          <w:sz w:val="22"/>
          <w:szCs w:val="22"/>
        </w:rPr>
        <w:t xml:space="preserve"> and </w:t>
      </w:r>
      <w:r w:rsidRPr="00C52EBF">
        <w:rPr>
          <w:sz w:val="22"/>
          <w:szCs w:val="22"/>
        </w:rPr>
        <w:t>Advances in Social Work</w:t>
      </w:r>
      <w:r w:rsidR="00C30BAB" w:rsidRPr="00C52EBF">
        <w:rPr>
          <w:sz w:val="22"/>
          <w:szCs w:val="22"/>
        </w:rPr>
        <w:t>.</w:t>
      </w:r>
    </w:p>
    <w:p w14:paraId="1C500D04" w14:textId="77777777" w:rsidR="00C30BAB" w:rsidRDefault="00C30BAB">
      <w:pPr>
        <w:pStyle w:val="NormalWeb"/>
        <w:numPr>
          <w:ilvl w:val="1"/>
          <w:numId w:val="30"/>
        </w:numPr>
        <w:contextualSpacing/>
        <w:rPr>
          <w:sz w:val="22"/>
          <w:szCs w:val="22"/>
        </w:rPr>
      </w:pPr>
      <w:r w:rsidRPr="00C52EBF">
        <w:rPr>
          <w:sz w:val="22"/>
          <w:szCs w:val="22"/>
        </w:rPr>
        <w:t xml:space="preserve">Involved </w:t>
      </w:r>
      <w:r w:rsidR="00896BBF" w:rsidRPr="00C52EBF">
        <w:rPr>
          <w:sz w:val="22"/>
          <w:szCs w:val="22"/>
        </w:rPr>
        <w:t>in the</w:t>
      </w:r>
      <w:r w:rsidRPr="00C52EBF">
        <w:rPr>
          <w:sz w:val="22"/>
          <w:szCs w:val="22"/>
        </w:rPr>
        <w:t xml:space="preserve"> planning committee of</w:t>
      </w:r>
      <w:r w:rsidR="00896BBF" w:rsidRPr="00C52EBF">
        <w:rPr>
          <w:sz w:val="22"/>
          <w:szCs w:val="22"/>
        </w:rPr>
        <w:t xml:space="preserve"> Human Trafficking Prevention and Awareness Committee and co-organized a campus-wide panel discussion. </w:t>
      </w:r>
      <w:r w:rsidR="00896BBF" w:rsidRPr="00C52EBF">
        <w:rPr>
          <w:sz w:val="22"/>
          <w:szCs w:val="22"/>
        </w:rPr>
        <w:lastRenderedPageBreak/>
        <w:t xml:space="preserve">She is currently </w:t>
      </w:r>
      <w:r w:rsidRPr="00C52EBF">
        <w:rPr>
          <w:sz w:val="22"/>
          <w:szCs w:val="22"/>
        </w:rPr>
        <w:t xml:space="preserve">employed as </w:t>
      </w:r>
      <w:r w:rsidR="00896BBF" w:rsidRPr="00C52EBF">
        <w:rPr>
          <w:sz w:val="22"/>
          <w:szCs w:val="22"/>
        </w:rPr>
        <w:t xml:space="preserve">Senior Equity Associate at Oregon State University. </w:t>
      </w:r>
    </w:p>
    <w:p w14:paraId="46101331" w14:textId="77777777" w:rsidR="00C52EBF" w:rsidRPr="00C52EBF" w:rsidRDefault="00C52EBF" w:rsidP="003471D1">
      <w:pPr>
        <w:pStyle w:val="NormalWeb"/>
        <w:ind w:left="1800"/>
        <w:contextualSpacing/>
        <w:rPr>
          <w:sz w:val="22"/>
          <w:szCs w:val="22"/>
        </w:rPr>
      </w:pPr>
    </w:p>
    <w:p w14:paraId="71BD163D" w14:textId="77777777" w:rsidR="00C30BAB" w:rsidRPr="00C52EBF" w:rsidRDefault="00896BBF">
      <w:pPr>
        <w:pStyle w:val="NormalWeb"/>
        <w:numPr>
          <w:ilvl w:val="0"/>
          <w:numId w:val="30"/>
        </w:numPr>
        <w:contextualSpacing/>
        <w:rPr>
          <w:sz w:val="22"/>
          <w:szCs w:val="22"/>
        </w:rPr>
      </w:pPr>
      <w:r w:rsidRPr="00C52EBF">
        <w:rPr>
          <w:rStyle w:val="Strong"/>
          <w:sz w:val="22"/>
          <w:szCs w:val="22"/>
        </w:rPr>
        <w:t>Emily Epgar</w:t>
      </w:r>
      <w:r w:rsidRPr="00C52EBF">
        <w:rPr>
          <w:sz w:val="22"/>
          <w:szCs w:val="22"/>
        </w:rPr>
        <w:t>, MSW Graduate Research Assistant,</w:t>
      </w:r>
      <w:r w:rsidR="00C30BAB" w:rsidRPr="00C52EBF">
        <w:rPr>
          <w:sz w:val="22"/>
          <w:szCs w:val="22"/>
        </w:rPr>
        <w:t xml:space="preserve"> </w:t>
      </w:r>
      <w:r w:rsidR="00C30BAB" w:rsidRPr="00C52EBF">
        <w:rPr>
          <w:i/>
          <w:iCs/>
          <w:sz w:val="22"/>
          <w:szCs w:val="22"/>
        </w:rPr>
        <w:t>Marywood University</w:t>
      </w:r>
      <w:r w:rsidR="00C30BAB" w:rsidRPr="00C52EBF">
        <w:rPr>
          <w:sz w:val="22"/>
          <w:szCs w:val="22"/>
        </w:rPr>
        <w:t>,</w:t>
      </w:r>
      <w:r w:rsidRPr="00C52EBF">
        <w:rPr>
          <w:sz w:val="22"/>
          <w:szCs w:val="22"/>
        </w:rPr>
        <w:t xml:space="preserve"> August 2017</w:t>
      </w:r>
      <w:r w:rsidR="00C30BAB" w:rsidRPr="00C52EBF">
        <w:rPr>
          <w:sz w:val="22"/>
          <w:szCs w:val="22"/>
        </w:rPr>
        <w:t>-</w:t>
      </w:r>
      <w:r w:rsidRPr="00C52EBF">
        <w:rPr>
          <w:sz w:val="22"/>
          <w:szCs w:val="22"/>
        </w:rPr>
        <w:t>Spring 2018</w:t>
      </w:r>
    </w:p>
    <w:p w14:paraId="7E0B2163" w14:textId="77777777" w:rsidR="00896BBF" w:rsidRPr="00C52EBF" w:rsidRDefault="00896BBF">
      <w:pPr>
        <w:pStyle w:val="NormalWeb"/>
        <w:numPr>
          <w:ilvl w:val="1"/>
          <w:numId w:val="30"/>
        </w:numPr>
        <w:contextualSpacing/>
        <w:rPr>
          <w:sz w:val="22"/>
          <w:szCs w:val="22"/>
        </w:rPr>
      </w:pPr>
      <w:r w:rsidRPr="00C52EBF">
        <w:rPr>
          <w:sz w:val="22"/>
          <w:szCs w:val="22"/>
        </w:rPr>
        <w:t>Supervised foundation-year MSW student on literature review exploring sex workers’ perceptions of the future and life after retirement from the sex industry.</w:t>
      </w:r>
    </w:p>
    <w:p w14:paraId="0C0CBD24" w14:textId="77777777" w:rsidR="003471D1" w:rsidRPr="004F54E8" w:rsidRDefault="00896BBF" w:rsidP="004F54E8">
      <w:pPr>
        <w:ind w:firstLine="360"/>
        <w:contextualSpacing/>
        <w:rPr>
          <w:rFonts w:eastAsiaTheme="majorEastAsia"/>
          <w:b/>
          <w:bCs/>
          <w:i/>
          <w:iCs/>
          <w:color w:val="1F497D" w:themeColor="text2"/>
        </w:rPr>
      </w:pPr>
      <w:r w:rsidRPr="00FF2004">
        <w:rPr>
          <w:i/>
          <w:iCs/>
          <w:color w:val="1F497D" w:themeColor="text2"/>
        </w:rPr>
        <w:t xml:space="preserve"> </w:t>
      </w:r>
      <w:r w:rsidR="00B16461" w:rsidRPr="00FF2004">
        <w:rPr>
          <w:rStyle w:val="Strong"/>
          <w:rFonts w:eastAsiaTheme="majorEastAsia"/>
          <w:i/>
          <w:iCs/>
          <w:color w:val="1F497D" w:themeColor="text2"/>
        </w:rPr>
        <w:t>Independent Study Supervision</w:t>
      </w:r>
    </w:p>
    <w:p w14:paraId="5FC0D063" w14:textId="77777777" w:rsidR="00C04D81" w:rsidRPr="00C04D81" w:rsidRDefault="00904DAB">
      <w:pPr>
        <w:pStyle w:val="ListParagraph"/>
        <w:numPr>
          <w:ilvl w:val="0"/>
          <w:numId w:val="20"/>
        </w:numPr>
        <w:rPr>
          <w:b/>
          <w:sz w:val="22"/>
          <w:szCs w:val="22"/>
        </w:rPr>
      </w:pPr>
      <w:r w:rsidRPr="00C04D81">
        <w:rPr>
          <w:rStyle w:val="Strong"/>
          <w:sz w:val="22"/>
          <w:szCs w:val="22"/>
        </w:rPr>
        <w:t>Ms. Kimberly Strout-Kramer</w:t>
      </w:r>
      <w:r w:rsidRPr="00C04D81">
        <w:rPr>
          <w:sz w:val="22"/>
          <w:szCs w:val="22"/>
        </w:rPr>
        <w:t xml:space="preserve">, MSW Candidate, </w:t>
      </w:r>
      <w:r w:rsidR="0072386F" w:rsidRPr="00C04D81">
        <w:rPr>
          <w:i/>
          <w:iCs/>
          <w:sz w:val="22"/>
          <w:szCs w:val="22"/>
        </w:rPr>
        <w:t>Marywood University</w:t>
      </w:r>
      <w:r w:rsidR="00C04D81" w:rsidRPr="00C04D81">
        <w:rPr>
          <w:sz w:val="22"/>
          <w:szCs w:val="22"/>
        </w:rPr>
        <w:t>, Fall 2022</w:t>
      </w:r>
    </w:p>
    <w:p w14:paraId="03075CA8" w14:textId="77777777" w:rsidR="0072386F" w:rsidRPr="00C04D81" w:rsidRDefault="00904DAB">
      <w:pPr>
        <w:pStyle w:val="ListParagraph"/>
        <w:numPr>
          <w:ilvl w:val="1"/>
          <w:numId w:val="20"/>
        </w:numPr>
        <w:rPr>
          <w:b/>
          <w:sz w:val="22"/>
          <w:szCs w:val="22"/>
        </w:rPr>
      </w:pPr>
      <w:r w:rsidRPr="00C04D81">
        <w:rPr>
          <w:sz w:val="22"/>
          <w:szCs w:val="22"/>
        </w:rPr>
        <w:t xml:space="preserve">Supervised an independent study focused on </w:t>
      </w:r>
      <w:r w:rsidRPr="00C04D81">
        <w:rPr>
          <w:rStyle w:val="Emphasis"/>
          <w:i w:val="0"/>
          <w:iCs w:val="0"/>
          <w:sz w:val="22"/>
          <w:szCs w:val="22"/>
        </w:rPr>
        <w:t>Cross-Cultural Issues in Sex Trafficking</w:t>
      </w:r>
      <w:r w:rsidRPr="00C04D81">
        <w:rPr>
          <w:sz w:val="22"/>
          <w:szCs w:val="22"/>
        </w:rPr>
        <w:t>. Guided development of research skills and critical analysis of literature related to sex work and human trafficking</w:t>
      </w:r>
    </w:p>
    <w:p w14:paraId="4C7A41B8" w14:textId="77777777" w:rsidR="00C04D81" w:rsidRPr="00C04D81" w:rsidRDefault="0072386F">
      <w:pPr>
        <w:pStyle w:val="ListParagraph"/>
        <w:numPr>
          <w:ilvl w:val="0"/>
          <w:numId w:val="20"/>
        </w:numPr>
        <w:rPr>
          <w:b/>
          <w:sz w:val="22"/>
          <w:szCs w:val="22"/>
        </w:rPr>
      </w:pPr>
      <w:r w:rsidRPr="00C04D81">
        <w:rPr>
          <w:rStyle w:val="Strong"/>
          <w:sz w:val="22"/>
          <w:szCs w:val="22"/>
        </w:rPr>
        <w:t>Ms. Alisson Stauffer</w:t>
      </w:r>
      <w:r w:rsidRPr="00C04D81">
        <w:rPr>
          <w:sz w:val="22"/>
          <w:szCs w:val="22"/>
        </w:rPr>
        <w:t xml:space="preserve">, MSW Candidate, Fall 2016, </w:t>
      </w:r>
      <w:r w:rsidRPr="00C04D81">
        <w:rPr>
          <w:i/>
          <w:iCs/>
          <w:sz w:val="22"/>
          <w:szCs w:val="22"/>
        </w:rPr>
        <w:t>Marywood University</w:t>
      </w:r>
    </w:p>
    <w:p w14:paraId="0937FB87" w14:textId="77777777" w:rsidR="00F60731" w:rsidRPr="00C04D81" w:rsidRDefault="0072386F">
      <w:pPr>
        <w:pStyle w:val="ListParagraph"/>
        <w:numPr>
          <w:ilvl w:val="1"/>
          <w:numId w:val="20"/>
        </w:numPr>
        <w:rPr>
          <w:b/>
          <w:sz w:val="22"/>
          <w:szCs w:val="22"/>
        </w:rPr>
      </w:pPr>
      <w:r w:rsidRPr="00C04D81">
        <w:rPr>
          <w:sz w:val="22"/>
          <w:szCs w:val="22"/>
        </w:rPr>
        <w:t xml:space="preserve">Supervised an independent study on </w:t>
      </w:r>
      <w:r w:rsidRPr="00C04D81">
        <w:rPr>
          <w:rStyle w:val="Emphasis"/>
          <w:sz w:val="22"/>
          <w:szCs w:val="22"/>
        </w:rPr>
        <w:t>Sex Trafficking in the United States</w:t>
      </w:r>
      <w:r w:rsidRPr="00C04D81">
        <w:rPr>
          <w:sz w:val="22"/>
          <w:szCs w:val="22"/>
        </w:rPr>
        <w:t>. Guided development of a comprehensive literature review and supported critical engagement with theoretical, methodological, and legal debates surrounding the issue.</w:t>
      </w:r>
    </w:p>
    <w:p w14:paraId="43B91FB1" w14:textId="77777777" w:rsidR="0072386F" w:rsidRPr="00FF2004" w:rsidRDefault="0072386F" w:rsidP="0072386F">
      <w:pPr>
        <w:pStyle w:val="ListParagraph"/>
        <w:rPr>
          <w:b/>
          <w:color w:val="1F497D" w:themeColor="text2"/>
          <w:sz w:val="22"/>
          <w:szCs w:val="22"/>
        </w:rPr>
      </w:pPr>
    </w:p>
    <w:p w14:paraId="3001A53D" w14:textId="77777777" w:rsidR="003471D1" w:rsidRPr="004F54E8" w:rsidRDefault="00896BBF" w:rsidP="004F54E8">
      <w:pPr>
        <w:ind w:firstLine="360"/>
        <w:rPr>
          <w:rStyle w:val="Strong"/>
          <w:rFonts w:eastAsiaTheme="majorEastAsia"/>
          <w:i/>
          <w:iCs/>
          <w:color w:val="1F497D" w:themeColor="text2"/>
        </w:rPr>
      </w:pPr>
      <w:r w:rsidRPr="00FF2004">
        <w:rPr>
          <w:rStyle w:val="Strong"/>
          <w:rFonts w:eastAsiaTheme="majorEastAsia"/>
          <w:i/>
          <w:iCs/>
          <w:color w:val="1F497D" w:themeColor="text2"/>
        </w:rPr>
        <w:t xml:space="preserve"> </w:t>
      </w:r>
      <w:r w:rsidR="00C04D81" w:rsidRPr="00FF2004">
        <w:rPr>
          <w:rStyle w:val="Strong"/>
          <w:rFonts w:eastAsiaTheme="majorEastAsia"/>
          <w:i/>
          <w:iCs/>
          <w:color w:val="1F497D" w:themeColor="text2"/>
        </w:rPr>
        <w:t xml:space="preserve">B.A. Honors Thesis/ Doctoral </w:t>
      </w:r>
      <w:r w:rsidR="001E7255" w:rsidRPr="00FF2004">
        <w:rPr>
          <w:rStyle w:val="Strong"/>
          <w:rFonts w:eastAsiaTheme="majorEastAsia"/>
          <w:i/>
          <w:iCs/>
          <w:color w:val="1F497D" w:themeColor="text2"/>
        </w:rPr>
        <w:t xml:space="preserve">Thesis </w:t>
      </w:r>
      <w:r w:rsidR="00C04D81" w:rsidRPr="00FF2004">
        <w:rPr>
          <w:rStyle w:val="Strong"/>
          <w:rFonts w:eastAsiaTheme="majorEastAsia"/>
          <w:i/>
          <w:iCs/>
          <w:color w:val="1F497D" w:themeColor="text2"/>
        </w:rPr>
        <w:t>Supervision</w:t>
      </w:r>
    </w:p>
    <w:p w14:paraId="4A2CEA21" w14:textId="77777777" w:rsidR="00C04D81" w:rsidRPr="00BE581A" w:rsidRDefault="00BE581A">
      <w:pPr>
        <w:pStyle w:val="ListParagraph"/>
        <w:numPr>
          <w:ilvl w:val="0"/>
          <w:numId w:val="21"/>
        </w:numPr>
        <w:rPr>
          <w:rStyle w:val="Emphasis"/>
          <w:i w:val="0"/>
          <w:iCs w:val="0"/>
          <w:sz w:val="22"/>
          <w:szCs w:val="22"/>
        </w:rPr>
      </w:pPr>
      <w:r w:rsidRPr="00BE581A">
        <w:rPr>
          <w:rStyle w:val="Strong"/>
          <w:sz w:val="22"/>
          <w:szCs w:val="22"/>
        </w:rPr>
        <w:t>Reader,</w:t>
      </w:r>
      <w:r>
        <w:rPr>
          <w:rStyle w:val="Strong"/>
          <w:b w:val="0"/>
          <w:bCs w:val="0"/>
          <w:sz w:val="22"/>
          <w:szCs w:val="22"/>
        </w:rPr>
        <w:t xml:space="preserve"> </w:t>
      </w:r>
      <w:r w:rsidR="001E7255" w:rsidRPr="00BE581A">
        <w:rPr>
          <w:rStyle w:val="Strong"/>
          <w:b w:val="0"/>
          <w:bCs w:val="0"/>
          <w:sz w:val="22"/>
          <w:szCs w:val="22"/>
        </w:rPr>
        <w:t>Stephanie MacPherson</w:t>
      </w:r>
      <w:r w:rsidR="001E7255" w:rsidRPr="00BE581A">
        <w:rPr>
          <w:sz w:val="22"/>
          <w:szCs w:val="22"/>
        </w:rPr>
        <w:t xml:space="preserve">, B.A. Honors Thesis </w:t>
      </w:r>
      <w:r w:rsidR="001E7255" w:rsidRPr="00BE581A">
        <w:rPr>
          <w:sz w:val="22"/>
          <w:szCs w:val="22"/>
        </w:rPr>
        <w:br/>
        <w:t>Department of Social Work, Appalachian State University, 2024</w:t>
      </w:r>
      <w:r w:rsidR="001E7255" w:rsidRPr="00BE581A">
        <w:rPr>
          <w:sz w:val="22"/>
          <w:szCs w:val="22"/>
        </w:rPr>
        <w:br/>
      </w:r>
      <w:r w:rsidR="001E7255" w:rsidRPr="00BE581A">
        <w:rPr>
          <w:rStyle w:val="Emphasis"/>
          <w:sz w:val="22"/>
          <w:szCs w:val="22"/>
        </w:rPr>
        <w:t>Title: “Challenges and Barriers Facing Rural Women in the United States: A Literature Review”</w:t>
      </w:r>
    </w:p>
    <w:p w14:paraId="381ECD14" w14:textId="77777777" w:rsidR="003471D1" w:rsidRPr="00BE581A" w:rsidRDefault="003471D1" w:rsidP="003471D1">
      <w:pPr>
        <w:pStyle w:val="ListParagraph"/>
        <w:ind w:left="1080"/>
        <w:rPr>
          <w:rStyle w:val="Emphasis"/>
          <w:sz w:val="22"/>
          <w:szCs w:val="22"/>
        </w:rPr>
      </w:pPr>
      <w:r w:rsidRPr="00BE581A">
        <w:rPr>
          <w:rStyle w:val="Emphasis"/>
          <w:sz w:val="22"/>
          <w:szCs w:val="22"/>
        </w:rPr>
        <w:t>Successfully Defended: December 2024</w:t>
      </w:r>
    </w:p>
    <w:p w14:paraId="10AE50FC" w14:textId="77777777" w:rsidR="003471D1" w:rsidRPr="00BE581A" w:rsidRDefault="003471D1" w:rsidP="003471D1">
      <w:pPr>
        <w:pStyle w:val="ListParagraph"/>
        <w:ind w:left="1080"/>
        <w:rPr>
          <w:rStyle w:val="Emphasis"/>
          <w:i w:val="0"/>
          <w:iCs w:val="0"/>
          <w:sz w:val="22"/>
          <w:szCs w:val="22"/>
        </w:rPr>
      </w:pPr>
    </w:p>
    <w:p w14:paraId="0A65896D" w14:textId="77777777" w:rsidR="00C04D81" w:rsidRPr="00BE581A" w:rsidRDefault="00BE581A">
      <w:pPr>
        <w:pStyle w:val="ListParagraph"/>
        <w:numPr>
          <w:ilvl w:val="0"/>
          <w:numId w:val="21"/>
        </w:numPr>
        <w:rPr>
          <w:sz w:val="22"/>
          <w:szCs w:val="22"/>
        </w:rPr>
      </w:pPr>
      <w:r w:rsidRPr="00BE581A">
        <w:rPr>
          <w:rStyle w:val="Strong"/>
          <w:sz w:val="22"/>
          <w:szCs w:val="22"/>
        </w:rPr>
        <w:t>Faculty Reviewer</w:t>
      </w:r>
      <w:r>
        <w:rPr>
          <w:rStyle w:val="Strong"/>
          <w:b w:val="0"/>
          <w:bCs w:val="0"/>
          <w:sz w:val="22"/>
          <w:szCs w:val="22"/>
        </w:rPr>
        <w:t xml:space="preserve">, </w:t>
      </w:r>
      <w:r w:rsidR="00F60731" w:rsidRPr="00BE581A">
        <w:rPr>
          <w:rStyle w:val="Strong"/>
          <w:b w:val="0"/>
          <w:bCs w:val="0"/>
          <w:sz w:val="22"/>
          <w:szCs w:val="22"/>
        </w:rPr>
        <w:t>Tiffany Mulally</w:t>
      </w:r>
      <w:r w:rsidR="00F60731" w:rsidRPr="00BE581A">
        <w:rPr>
          <w:sz w:val="22"/>
          <w:szCs w:val="22"/>
        </w:rPr>
        <w:t xml:space="preserve">, Doctoral Qualifying </w:t>
      </w:r>
      <w:r>
        <w:rPr>
          <w:sz w:val="22"/>
          <w:szCs w:val="22"/>
        </w:rPr>
        <w:t>Paper</w:t>
      </w:r>
      <w:r w:rsidR="00F60731" w:rsidRPr="00BE581A">
        <w:rPr>
          <w:sz w:val="22"/>
          <w:szCs w:val="22"/>
        </w:rPr>
        <w:br/>
        <w:t>PhD</w:t>
      </w:r>
      <w:r w:rsidR="00896BBF" w:rsidRPr="00BE581A">
        <w:rPr>
          <w:sz w:val="22"/>
          <w:szCs w:val="22"/>
        </w:rPr>
        <w:t xml:space="preserve"> </w:t>
      </w:r>
      <w:r w:rsidR="00F60731" w:rsidRPr="00BE581A">
        <w:rPr>
          <w:sz w:val="22"/>
          <w:szCs w:val="22"/>
        </w:rPr>
        <w:t>in Health Promotion, Marywood University</w:t>
      </w:r>
      <w:r w:rsidR="00F60731" w:rsidRPr="00BE581A">
        <w:rPr>
          <w:sz w:val="22"/>
          <w:szCs w:val="22"/>
        </w:rPr>
        <w:br/>
      </w:r>
      <w:r w:rsidR="00F60731" w:rsidRPr="00BE581A">
        <w:rPr>
          <w:rStyle w:val="Emphasis"/>
          <w:sz w:val="22"/>
          <w:szCs w:val="22"/>
        </w:rPr>
        <w:t>Title: “The Impact of Sex Trafficking of Native American Women”</w:t>
      </w:r>
      <w:r w:rsidR="00F60731" w:rsidRPr="00BE581A">
        <w:rPr>
          <w:sz w:val="22"/>
          <w:szCs w:val="22"/>
        </w:rPr>
        <w:br/>
        <w:t>Successfully defended: September 2017</w:t>
      </w:r>
    </w:p>
    <w:p w14:paraId="7455BEB6" w14:textId="77777777" w:rsidR="003471D1" w:rsidRPr="00BE581A" w:rsidRDefault="003471D1" w:rsidP="003471D1">
      <w:pPr>
        <w:pStyle w:val="ListParagraph"/>
        <w:ind w:left="1080"/>
        <w:rPr>
          <w:sz w:val="22"/>
          <w:szCs w:val="22"/>
        </w:rPr>
      </w:pPr>
    </w:p>
    <w:p w14:paraId="18823B17" w14:textId="77777777" w:rsidR="00896BBF" w:rsidRPr="00BE581A" w:rsidRDefault="00BE581A">
      <w:pPr>
        <w:pStyle w:val="ListParagraph"/>
        <w:numPr>
          <w:ilvl w:val="0"/>
          <w:numId w:val="21"/>
        </w:numPr>
        <w:rPr>
          <w:sz w:val="22"/>
          <w:szCs w:val="22"/>
        </w:rPr>
      </w:pPr>
      <w:r w:rsidRPr="00BE581A">
        <w:rPr>
          <w:rStyle w:val="Strong"/>
          <w:sz w:val="22"/>
          <w:szCs w:val="22"/>
        </w:rPr>
        <w:t>Faculty Reader</w:t>
      </w:r>
      <w:r>
        <w:rPr>
          <w:rStyle w:val="Strong"/>
          <w:b w:val="0"/>
          <w:bCs w:val="0"/>
          <w:sz w:val="22"/>
          <w:szCs w:val="22"/>
        </w:rPr>
        <w:t xml:space="preserve">, </w:t>
      </w:r>
      <w:r w:rsidR="00F60731" w:rsidRPr="00BE581A">
        <w:rPr>
          <w:rStyle w:val="Strong"/>
          <w:b w:val="0"/>
          <w:bCs w:val="0"/>
          <w:sz w:val="22"/>
          <w:szCs w:val="22"/>
        </w:rPr>
        <w:t>Mark Shaffer</w:t>
      </w:r>
      <w:r w:rsidR="00F60731" w:rsidRPr="00BE581A">
        <w:rPr>
          <w:sz w:val="22"/>
          <w:szCs w:val="22"/>
        </w:rPr>
        <w:t>, Doctoral Dissertation Committee Member</w:t>
      </w:r>
    </w:p>
    <w:p w14:paraId="57219548" w14:textId="77777777" w:rsidR="00C04D81" w:rsidRPr="00BE581A" w:rsidRDefault="00896BBF" w:rsidP="009C1458">
      <w:pPr>
        <w:pStyle w:val="NormalWeb"/>
        <w:spacing w:before="0" w:beforeAutospacing="0" w:after="0" w:afterAutospacing="0"/>
        <w:ind w:left="1080"/>
        <w:rPr>
          <w:sz w:val="22"/>
          <w:szCs w:val="22"/>
        </w:rPr>
      </w:pPr>
      <w:r w:rsidRPr="00BE581A">
        <w:rPr>
          <w:rStyle w:val="Strong"/>
          <w:b w:val="0"/>
          <w:bCs w:val="0"/>
          <w:sz w:val="22"/>
          <w:szCs w:val="22"/>
        </w:rPr>
        <w:t>PhD in Human Development, Marywood University</w:t>
      </w:r>
      <w:r w:rsidR="00F60731" w:rsidRPr="00BE581A">
        <w:rPr>
          <w:sz w:val="22"/>
          <w:szCs w:val="22"/>
        </w:rPr>
        <w:br/>
      </w:r>
      <w:r w:rsidR="00F60731" w:rsidRPr="00BE581A">
        <w:rPr>
          <w:rStyle w:val="Emphasis"/>
          <w:sz w:val="22"/>
          <w:szCs w:val="22"/>
        </w:rPr>
        <w:t>Title: “The Experiences of African American Students at a Predominantly White Institution”</w:t>
      </w:r>
      <w:r w:rsidR="00F60731" w:rsidRPr="00BE581A">
        <w:rPr>
          <w:sz w:val="22"/>
          <w:szCs w:val="22"/>
        </w:rPr>
        <w:br/>
        <w:t>Successfully defended: May 2017</w:t>
      </w:r>
      <w:r w:rsidR="00FE58F0" w:rsidRPr="00BE581A">
        <w:rPr>
          <w:sz w:val="22"/>
          <w:szCs w:val="22"/>
        </w:rPr>
        <w:t xml:space="preserve"> </w:t>
      </w:r>
    </w:p>
    <w:p w14:paraId="3E68C046" w14:textId="77777777" w:rsidR="003471D1" w:rsidRPr="00BE581A" w:rsidRDefault="003471D1" w:rsidP="009C1458">
      <w:pPr>
        <w:pStyle w:val="NormalWeb"/>
        <w:spacing w:before="0" w:beforeAutospacing="0" w:after="0" w:afterAutospacing="0"/>
        <w:ind w:left="1080"/>
        <w:rPr>
          <w:sz w:val="22"/>
          <w:szCs w:val="22"/>
        </w:rPr>
      </w:pPr>
    </w:p>
    <w:p w14:paraId="53A52475" w14:textId="77777777" w:rsidR="00896BBF" w:rsidRPr="00C04D81" w:rsidRDefault="00BE581A">
      <w:pPr>
        <w:pStyle w:val="NormalWeb"/>
        <w:numPr>
          <w:ilvl w:val="0"/>
          <w:numId w:val="31"/>
        </w:numPr>
        <w:spacing w:before="0" w:beforeAutospacing="0" w:after="0" w:afterAutospacing="0"/>
        <w:rPr>
          <w:rStyle w:val="Emphasis"/>
          <w:i w:val="0"/>
          <w:iCs w:val="0"/>
          <w:sz w:val="22"/>
          <w:szCs w:val="22"/>
        </w:rPr>
      </w:pPr>
      <w:r w:rsidRPr="00BE581A">
        <w:rPr>
          <w:rStyle w:val="Strong"/>
          <w:sz w:val="22"/>
          <w:szCs w:val="22"/>
        </w:rPr>
        <w:t>Faculty Reader,</w:t>
      </w:r>
      <w:r>
        <w:rPr>
          <w:rStyle w:val="Strong"/>
          <w:b w:val="0"/>
          <w:bCs w:val="0"/>
          <w:sz w:val="22"/>
          <w:szCs w:val="22"/>
        </w:rPr>
        <w:t xml:space="preserve"> </w:t>
      </w:r>
      <w:r w:rsidR="00F60731" w:rsidRPr="00BE581A">
        <w:rPr>
          <w:rStyle w:val="Strong"/>
          <w:b w:val="0"/>
          <w:bCs w:val="0"/>
          <w:sz w:val="22"/>
          <w:szCs w:val="22"/>
        </w:rPr>
        <w:t>Meagan Mielczarek</w:t>
      </w:r>
      <w:r w:rsidR="00F60731" w:rsidRPr="00C04D81">
        <w:rPr>
          <w:sz w:val="22"/>
          <w:szCs w:val="22"/>
        </w:rPr>
        <w:t>, Doctoral Dissertation Committee Member</w:t>
      </w:r>
      <w:r w:rsidR="00F60731" w:rsidRPr="00C04D81">
        <w:rPr>
          <w:sz w:val="22"/>
          <w:szCs w:val="22"/>
        </w:rPr>
        <w:br/>
      </w:r>
      <w:r w:rsidR="00896BBF" w:rsidRPr="00C04D81">
        <w:rPr>
          <w:rStyle w:val="Emphasis"/>
          <w:i w:val="0"/>
          <w:iCs w:val="0"/>
          <w:sz w:val="22"/>
          <w:szCs w:val="22"/>
        </w:rPr>
        <w:t>PhD in Higher Education Administration, Marywood University</w:t>
      </w:r>
    </w:p>
    <w:p w14:paraId="01746CFB" w14:textId="77777777" w:rsidR="00F60731" w:rsidRPr="00C04D81" w:rsidRDefault="00F60731" w:rsidP="009C1458">
      <w:pPr>
        <w:pStyle w:val="NormalWeb"/>
        <w:spacing w:before="0" w:beforeAutospacing="0" w:after="0" w:afterAutospacing="0"/>
        <w:ind w:left="1080"/>
        <w:rPr>
          <w:sz w:val="22"/>
          <w:szCs w:val="22"/>
        </w:rPr>
      </w:pPr>
      <w:r w:rsidRPr="00C04D81">
        <w:rPr>
          <w:rStyle w:val="Emphasis"/>
          <w:sz w:val="22"/>
          <w:szCs w:val="22"/>
        </w:rPr>
        <w:t>Title: “Rape Myth Acceptance Levels in Higher Education: A Quantitative Study of Faculty, Staff, and Administration at Two Religiously Affiliated Colleges Located in Northeast Pennsylvania”</w:t>
      </w:r>
      <w:r w:rsidRPr="00C04D81">
        <w:rPr>
          <w:sz w:val="22"/>
          <w:szCs w:val="22"/>
        </w:rPr>
        <w:br/>
        <w:t>Successfully defended: March 30, 2017</w:t>
      </w:r>
    </w:p>
    <w:p w14:paraId="6A858FCE" w14:textId="77777777" w:rsidR="00BE581A" w:rsidRDefault="00BE581A">
      <w:pPr>
        <w:pStyle w:val="NormalWeb"/>
        <w:numPr>
          <w:ilvl w:val="0"/>
          <w:numId w:val="31"/>
        </w:numPr>
        <w:spacing w:before="0" w:beforeAutospacing="0" w:after="0" w:afterAutospacing="0"/>
        <w:rPr>
          <w:sz w:val="22"/>
          <w:szCs w:val="22"/>
        </w:rPr>
      </w:pPr>
      <w:r>
        <w:rPr>
          <w:rStyle w:val="Strong"/>
          <w:sz w:val="22"/>
          <w:szCs w:val="22"/>
        </w:rPr>
        <w:t xml:space="preserve">Faculty Reviewer, </w:t>
      </w:r>
      <w:r w:rsidR="00F60731" w:rsidRPr="00BE581A">
        <w:rPr>
          <w:rStyle w:val="Strong"/>
          <w:b w:val="0"/>
          <w:bCs w:val="0"/>
          <w:sz w:val="22"/>
          <w:szCs w:val="22"/>
        </w:rPr>
        <w:t>Sneh Akruvala</w:t>
      </w:r>
      <w:r w:rsidR="00F60731" w:rsidRPr="00C04D81">
        <w:rPr>
          <w:sz w:val="22"/>
          <w:szCs w:val="22"/>
        </w:rPr>
        <w:t>, Doctoral Qualifying Paper</w:t>
      </w:r>
      <w:r w:rsidR="00413232" w:rsidRPr="00C04D81">
        <w:rPr>
          <w:sz w:val="22"/>
          <w:szCs w:val="22"/>
        </w:rPr>
        <w:t xml:space="preserve"> </w:t>
      </w:r>
      <w:r w:rsidR="00F60731" w:rsidRPr="00C04D81">
        <w:rPr>
          <w:sz w:val="22"/>
          <w:szCs w:val="22"/>
        </w:rPr>
        <w:t>Reviewer</w:t>
      </w:r>
      <w:r w:rsidR="00413232" w:rsidRPr="00C04D81">
        <w:rPr>
          <w:sz w:val="22"/>
          <w:szCs w:val="22"/>
        </w:rPr>
        <w:t xml:space="preserve">, </w:t>
      </w:r>
    </w:p>
    <w:p w14:paraId="20EABBA3" w14:textId="77777777" w:rsidR="00F60731" w:rsidRDefault="00413232" w:rsidP="00BE581A">
      <w:pPr>
        <w:pStyle w:val="NormalWeb"/>
        <w:spacing w:before="0" w:beforeAutospacing="0" w:after="0" w:afterAutospacing="0"/>
        <w:ind w:left="1080"/>
        <w:rPr>
          <w:sz w:val="22"/>
          <w:szCs w:val="22"/>
        </w:rPr>
      </w:pPr>
      <w:r w:rsidRPr="00C04D81">
        <w:rPr>
          <w:sz w:val="22"/>
          <w:szCs w:val="22"/>
        </w:rPr>
        <w:t>Marywood University</w:t>
      </w:r>
      <w:r w:rsidR="00F60731" w:rsidRPr="00C04D81">
        <w:rPr>
          <w:sz w:val="22"/>
          <w:szCs w:val="22"/>
        </w:rPr>
        <w:br/>
      </w:r>
      <w:r w:rsidR="00F60731" w:rsidRPr="00C04D81">
        <w:rPr>
          <w:rStyle w:val="Emphasis"/>
          <w:sz w:val="22"/>
          <w:szCs w:val="22"/>
        </w:rPr>
        <w:t>Title: “Healthcare, Psychological, and Socio-cultural Barriers to Exclusive Breastfeeding”</w:t>
      </w:r>
      <w:r w:rsidR="00F60731" w:rsidRPr="00C04D81">
        <w:rPr>
          <w:sz w:val="22"/>
          <w:szCs w:val="22"/>
        </w:rPr>
        <w:br/>
        <w:t>Successfully defended: November 17, 2015</w:t>
      </w:r>
    </w:p>
    <w:p w14:paraId="682D2D6F" w14:textId="77777777" w:rsidR="003471D1" w:rsidRPr="00C04D81" w:rsidRDefault="003471D1" w:rsidP="003471D1">
      <w:pPr>
        <w:pStyle w:val="NormalWeb"/>
        <w:spacing w:before="0" w:beforeAutospacing="0" w:after="0" w:afterAutospacing="0"/>
        <w:ind w:left="1080"/>
        <w:rPr>
          <w:sz w:val="22"/>
          <w:szCs w:val="22"/>
        </w:rPr>
      </w:pPr>
    </w:p>
    <w:p w14:paraId="2834F7A2" w14:textId="77777777" w:rsidR="00BE581A" w:rsidRPr="00BE581A" w:rsidRDefault="00BE581A">
      <w:pPr>
        <w:pStyle w:val="NormalWeb"/>
        <w:numPr>
          <w:ilvl w:val="0"/>
          <w:numId w:val="31"/>
        </w:numPr>
        <w:spacing w:before="0" w:beforeAutospacing="0" w:after="0" w:afterAutospacing="0"/>
        <w:rPr>
          <w:sz w:val="22"/>
          <w:szCs w:val="22"/>
        </w:rPr>
      </w:pPr>
      <w:r w:rsidRPr="00BE581A">
        <w:rPr>
          <w:rStyle w:val="Strong"/>
          <w:sz w:val="22"/>
          <w:szCs w:val="22"/>
        </w:rPr>
        <w:lastRenderedPageBreak/>
        <w:t>Faculty Reviewer</w:t>
      </w:r>
      <w:r>
        <w:rPr>
          <w:rStyle w:val="Strong"/>
          <w:b w:val="0"/>
          <w:bCs w:val="0"/>
          <w:sz w:val="22"/>
          <w:szCs w:val="22"/>
        </w:rPr>
        <w:t xml:space="preserve">, </w:t>
      </w:r>
      <w:r w:rsidR="00F60731" w:rsidRPr="00BE581A">
        <w:rPr>
          <w:rStyle w:val="Strong"/>
          <w:b w:val="0"/>
          <w:bCs w:val="0"/>
          <w:sz w:val="22"/>
          <w:szCs w:val="22"/>
        </w:rPr>
        <w:t>Matthew Hill</w:t>
      </w:r>
      <w:r w:rsidR="00F60731" w:rsidRPr="00C04D81">
        <w:rPr>
          <w:sz w:val="22"/>
          <w:szCs w:val="22"/>
        </w:rPr>
        <w:t>, Doctoral Qualifying Paper Reviewer</w:t>
      </w:r>
      <w:r w:rsidR="00413232" w:rsidRPr="00C04D81">
        <w:rPr>
          <w:sz w:val="22"/>
          <w:szCs w:val="22"/>
        </w:rPr>
        <w:t>,</w:t>
      </w:r>
    </w:p>
    <w:p w14:paraId="130CC271" w14:textId="77777777" w:rsidR="00F60731" w:rsidRDefault="00413232" w:rsidP="00BE581A">
      <w:pPr>
        <w:pStyle w:val="NormalWeb"/>
        <w:spacing w:before="0" w:beforeAutospacing="0" w:after="0" w:afterAutospacing="0"/>
        <w:ind w:left="1080"/>
        <w:rPr>
          <w:sz w:val="22"/>
          <w:szCs w:val="22"/>
        </w:rPr>
      </w:pPr>
      <w:r w:rsidRPr="00C04D81">
        <w:rPr>
          <w:sz w:val="22"/>
          <w:szCs w:val="22"/>
        </w:rPr>
        <w:t>Marywood University</w:t>
      </w:r>
      <w:r w:rsidR="00F60731" w:rsidRPr="00C04D81">
        <w:rPr>
          <w:sz w:val="22"/>
          <w:szCs w:val="22"/>
        </w:rPr>
        <w:br/>
      </w:r>
      <w:r w:rsidR="00F60731" w:rsidRPr="00C04D81">
        <w:rPr>
          <w:rStyle w:val="Emphasis"/>
          <w:sz w:val="22"/>
          <w:szCs w:val="22"/>
        </w:rPr>
        <w:t>Title: “What Factors Contribute to Academic Success of Middle School Students”</w:t>
      </w:r>
      <w:r w:rsidR="00F60731" w:rsidRPr="00C04D81">
        <w:rPr>
          <w:sz w:val="22"/>
          <w:szCs w:val="22"/>
        </w:rPr>
        <w:br/>
        <w:t>Successfully defended: May 15, 2014</w:t>
      </w:r>
    </w:p>
    <w:p w14:paraId="6B8C328E" w14:textId="77777777" w:rsidR="00615883" w:rsidRDefault="00615883" w:rsidP="00615883">
      <w:pPr>
        <w:pStyle w:val="ListParagraph"/>
        <w:rPr>
          <w:sz w:val="22"/>
          <w:szCs w:val="22"/>
        </w:rPr>
      </w:pPr>
    </w:p>
    <w:p w14:paraId="7C7C52B1" w14:textId="77777777" w:rsidR="00615883" w:rsidRPr="00FF2004" w:rsidRDefault="00615883" w:rsidP="00615883">
      <w:pPr>
        <w:ind w:firstLine="360"/>
        <w:contextualSpacing/>
        <w:rPr>
          <w:color w:val="1F497D" w:themeColor="text2"/>
          <w:sz w:val="22"/>
          <w:szCs w:val="22"/>
        </w:rPr>
      </w:pPr>
      <w:r w:rsidRPr="00FF2004">
        <w:rPr>
          <w:rStyle w:val="Strong"/>
          <w:rFonts w:eastAsiaTheme="majorEastAsia"/>
          <w:i/>
          <w:iCs/>
          <w:color w:val="1F497D" w:themeColor="text2"/>
        </w:rPr>
        <w:t xml:space="preserve"> External/Informal Mentorship</w:t>
      </w:r>
    </w:p>
    <w:p w14:paraId="487D39BA" w14:textId="77777777" w:rsidR="00615883" w:rsidRPr="0076704F" w:rsidRDefault="00615883">
      <w:pPr>
        <w:pStyle w:val="NormalWeb"/>
        <w:numPr>
          <w:ilvl w:val="0"/>
          <w:numId w:val="35"/>
        </w:numPr>
        <w:contextualSpacing/>
        <w:rPr>
          <w:sz w:val="22"/>
          <w:szCs w:val="22"/>
        </w:rPr>
      </w:pPr>
      <w:r w:rsidRPr="0076704F">
        <w:rPr>
          <w:rStyle w:val="Strong"/>
          <w:sz w:val="22"/>
          <w:szCs w:val="22"/>
        </w:rPr>
        <w:t>Invited Consultant</w:t>
      </w:r>
      <w:r w:rsidRPr="0076704F">
        <w:rPr>
          <w:sz w:val="22"/>
          <w:szCs w:val="22"/>
        </w:rPr>
        <w:t xml:space="preserve">, </w:t>
      </w:r>
      <w:r w:rsidRPr="0076704F">
        <w:rPr>
          <w:rStyle w:val="Emphasis"/>
          <w:sz w:val="22"/>
          <w:szCs w:val="22"/>
        </w:rPr>
        <w:t>Explorative Study on Dementia Care</w:t>
      </w:r>
      <w:r w:rsidRPr="0076704F">
        <w:rPr>
          <w:sz w:val="22"/>
          <w:szCs w:val="22"/>
        </w:rPr>
        <w:t xml:space="preserve">, Christ University, Bangalore, India, </w:t>
      </w:r>
      <w:r w:rsidRPr="0076704F">
        <w:rPr>
          <w:rStyle w:val="Emphasis"/>
          <w:sz w:val="22"/>
          <w:szCs w:val="22"/>
        </w:rPr>
        <w:t>April 18, 2024</w:t>
      </w:r>
    </w:p>
    <w:p w14:paraId="071C5DEE" w14:textId="77777777" w:rsidR="00615883" w:rsidRPr="0076704F" w:rsidRDefault="00615883">
      <w:pPr>
        <w:pStyle w:val="NormalWeb"/>
        <w:numPr>
          <w:ilvl w:val="1"/>
          <w:numId w:val="35"/>
        </w:numPr>
        <w:contextualSpacing/>
        <w:rPr>
          <w:sz w:val="22"/>
          <w:szCs w:val="22"/>
        </w:rPr>
      </w:pPr>
      <w:r w:rsidRPr="0076704F">
        <w:rPr>
          <w:sz w:val="22"/>
          <w:szCs w:val="22"/>
        </w:rPr>
        <w:t xml:space="preserve">Invited by a student-faculty research team to provide expert consultation on the role of wearable technology in the early detection of dementia after they reviewed my published article on dementia care in </w:t>
      </w:r>
      <w:r w:rsidRPr="0076704F">
        <w:rPr>
          <w:rStyle w:val="Emphasis"/>
          <w:sz w:val="22"/>
          <w:szCs w:val="22"/>
        </w:rPr>
        <w:t>Economic and Political Weekly</w:t>
      </w:r>
      <w:r w:rsidRPr="0076704F">
        <w:rPr>
          <w:sz w:val="22"/>
          <w:szCs w:val="22"/>
        </w:rPr>
        <w:t>.</w:t>
      </w:r>
    </w:p>
    <w:p w14:paraId="664C2044" w14:textId="77777777" w:rsidR="00615883" w:rsidRPr="0076704F" w:rsidRDefault="00615883">
      <w:pPr>
        <w:pStyle w:val="NormalWeb"/>
        <w:numPr>
          <w:ilvl w:val="1"/>
          <w:numId w:val="35"/>
        </w:numPr>
        <w:contextualSpacing/>
        <w:rPr>
          <w:sz w:val="22"/>
          <w:szCs w:val="22"/>
        </w:rPr>
      </w:pPr>
      <w:r w:rsidRPr="0076704F">
        <w:rPr>
          <w:sz w:val="22"/>
          <w:szCs w:val="22"/>
        </w:rPr>
        <w:t>Participated in a virtual consultation via Google Meet to support the team’s conceptual and methodological development.</w:t>
      </w:r>
    </w:p>
    <w:p w14:paraId="117EC25F" w14:textId="77777777" w:rsidR="00615883" w:rsidRPr="00C04D81" w:rsidRDefault="00615883" w:rsidP="00615883">
      <w:pPr>
        <w:pStyle w:val="NormalWeb"/>
        <w:spacing w:before="0" w:beforeAutospacing="0" w:after="0" w:afterAutospacing="0"/>
        <w:rPr>
          <w:sz w:val="22"/>
          <w:szCs w:val="22"/>
        </w:rPr>
      </w:pPr>
    </w:p>
    <w:p w14:paraId="46F37F0B" w14:textId="77777777" w:rsidR="00045CD6" w:rsidRPr="00FF2004" w:rsidRDefault="00FF2004" w:rsidP="00FF2004">
      <w:pPr>
        <w:pStyle w:val="Heading2"/>
        <w:spacing w:before="0"/>
        <w:rPr>
          <w:rFonts w:ascii="Times New Roman" w:hAnsi="Times New Roman" w:cs="Times New Roman"/>
          <w:color w:val="1F497D" w:themeColor="text2"/>
        </w:rPr>
      </w:pPr>
      <w:r w:rsidRPr="00FF2004">
        <w:rPr>
          <w:rFonts w:ascii="Times New Roman" w:hAnsi="Times New Roman" w:cs="Times New Roman"/>
          <w:color w:val="1F497D" w:themeColor="text2"/>
        </w:rPr>
        <w:t>SOCIAL WORK PRACTICE</w:t>
      </w:r>
      <w:r w:rsidR="004F54E8">
        <w:rPr>
          <w:rFonts w:ascii="Times New Roman" w:hAnsi="Times New Roman" w:cs="Times New Roman"/>
          <w:color w:val="1F497D" w:themeColor="text2"/>
        </w:rPr>
        <w:t xml:space="preserve">/PROFFESSIONAL </w:t>
      </w:r>
      <w:r w:rsidRPr="00FF2004">
        <w:rPr>
          <w:rFonts w:ascii="Times New Roman" w:hAnsi="Times New Roman" w:cs="Times New Roman"/>
          <w:color w:val="1F497D" w:themeColor="text2"/>
        </w:rPr>
        <w:t xml:space="preserve"> EXPERIENCE</w:t>
      </w:r>
    </w:p>
    <w:p w14:paraId="065D9C3F" w14:textId="77777777" w:rsidR="003471D1" w:rsidRDefault="003471D1" w:rsidP="00FF2004">
      <w:pPr>
        <w:pStyle w:val="NormalWeb"/>
        <w:spacing w:before="0" w:beforeAutospacing="0" w:after="0" w:afterAutospacing="0"/>
        <w:ind w:left="360"/>
        <w:rPr>
          <w:rStyle w:val="Strong"/>
          <w:sz w:val="22"/>
          <w:szCs w:val="22"/>
        </w:rPr>
      </w:pPr>
    </w:p>
    <w:p w14:paraId="503FC8CB" w14:textId="77777777" w:rsidR="004F54E8" w:rsidRDefault="00045CD6">
      <w:pPr>
        <w:pStyle w:val="NormalWeb"/>
        <w:numPr>
          <w:ilvl w:val="0"/>
          <w:numId w:val="31"/>
        </w:numPr>
        <w:spacing w:before="0" w:beforeAutospacing="0" w:after="0" w:afterAutospacing="0"/>
        <w:rPr>
          <w:sz w:val="22"/>
          <w:szCs w:val="22"/>
        </w:rPr>
      </w:pPr>
      <w:r w:rsidRPr="0016486B">
        <w:rPr>
          <w:rStyle w:val="Strong"/>
          <w:sz w:val="22"/>
          <w:szCs w:val="22"/>
        </w:rPr>
        <w:t>Project Coordinator, Prevention of AIDS and STDs among Sex Workers (PASAC)</w:t>
      </w:r>
      <w:r w:rsidR="004F54E8">
        <w:rPr>
          <w:sz w:val="22"/>
          <w:szCs w:val="22"/>
        </w:rPr>
        <w:t xml:space="preserve">, </w:t>
      </w:r>
      <w:r w:rsidRPr="0016486B">
        <w:rPr>
          <w:rStyle w:val="Emphasis"/>
          <w:sz w:val="22"/>
          <w:szCs w:val="22"/>
        </w:rPr>
        <w:t>Kolkata, India | 2004 – 2005</w:t>
      </w:r>
    </w:p>
    <w:p w14:paraId="3A06FE85" w14:textId="77777777" w:rsidR="00045CD6" w:rsidRPr="004F54E8" w:rsidRDefault="00045CD6">
      <w:pPr>
        <w:pStyle w:val="NormalWeb"/>
        <w:numPr>
          <w:ilvl w:val="1"/>
          <w:numId w:val="31"/>
        </w:numPr>
        <w:spacing w:before="0" w:beforeAutospacing="0" w:after="0" w:afterAutospacing="0"/>
        <w:rPr>
          <w:sz w:val="22"/>
          <w:szCs w:val="22"/>
        </w:rPr>
      </w:pPr>
      <w:r w:rsidRPr="004F54E8">
        <w:rPr>
          <w:sz w:val="22"/>
          <w:szCs w:val="22"/>
        </w:rPr>
        <w:t>Planned, implemented, supervised, and evaluated a sexual health intervention program targeting street-based female sex workers in Central Kolkata, India.</w:t>
      </w:r>
    </w:p>
    <w:p w14:paraId="395F07F0" w14:textId="77777777" w:rsidR="004F54E8" w:rsidRDefault="00045CD6">
      <w:pPr>
        <w:pStyle w:val="NormalWeb"/>
        <w:numPr>
          <w:ilvl w:val="0"/>
          <w:numId w:val="31"/>
        </w:numPr>
        <w:spacing w:before="0" w:beforeAutospacing="0" w:after="0" w:afterAutospacing="0"/>
        <w:rPr>
          <w:sz w:val="22"/>
          <w:szCs w:val="22"/>
        </w:rPr>
      </w:pPr>
      <w:r w:rsidRPr="0016486B">
        <w:rPr>
          <w:rStyle w:val="Strong"/>
          <w:sz w:val="22"/>
          <w:szCs w:val="22"/>
        </w:rPr>
        <w:t>Project Manager, Naya Prayas, Prayas Institute of Juvenile Justice</w:t>
      </w:r>
      <w:r w:rsidRPr="0016486B">
        <w:rPr>
          <w:sz w:val="22"/>
          <w:szCs w:val="22"/>
        </w:rPr>
        <w:br/>
      </w:r>
      <w:r w:rsidRPr="0016486B">
        <w:rPr>
          <w:rStyle w:val="Emphasis"/>
          <w:sz w:val="22"/>
          <w:szCs w:val="22"/>
        </w:rPr>
        <w:t>New Delhi, India | 2002 – 2003</w:t>
      </w:r>
    </w:p>
    <w:p w14:paraId="0DC050F1" w14:textId="77777777" w:rsidR="004F54E8" w:rsidRDefault="00045CD6">
      <w:pPr>
        <w:pStyle w:val="NormalWeb"/>
        <w:numPr>
          <w:ilvl w:val="1"/>
          <w:numId w:val="31"/>
        </w:numPr>
        <w:spacing w:before="0" w:beforeAutospacing="0" w:after="0" w:afterAutospacing="0"/>
        <w:rPr>
          <w:sz w:val="22"/>
          <w:szCs w:val="22"/>
        </w:rPr>
      </w:pPr>
      <w:r w:rsidRPr="004F54E8">
        <w:rPr>
          <w:sz w:val="22"/>
          <w:szCs w:val="22"/>
        </w:rPr>
        <w:t>Planned, implemented, supervised, and evaluated multiple community-based programs, including non-formal education, vocational training, self-help groups for women, and primary health clinics for women and children living in slums.</w:t>
      </w:r>
    </w:p>
    <w:p w14:paraId="25EDDD5B" w14:textId="77777777" w:rsidR="004F54E8" w:rsidRDefault="00045CD6">
      <w:pPr>
        <w:pStyle w:val="NormalWeb"/>
        <w:numPr>
          <w:ilvl w:val="0"/>
          <w:numId w:val="40"/>
        </w:numPr>
        <w:spacing w:before="0" w:beforeAutospacing="0" w:after="0" w:afterAutospacing="0"/>
        <w:rPr>
          <w:rStyle w:val="Emphasis"/>
          <w:i w:val="0"/>
          <w:iCs w:val="0"/>
          <w:sz w:val="22"/>
          <w:szCs w:val="22"/>
        </w:rPr>
      </w:pPr>
      <w:r w:rsidRPr="004F54E8">
        <w:rPr>
          <w:rStyle w:val="Strong"/>
          <w:sz w:val="22"/>
          <w:szCs w:val="22"/>
        </w:rPr>
        <w:t>Educator, Eklavya School</w:t>
      </w:r>
      <w:r w:rsidRPr="0016486B">
        <w:br/>
      </w:r>
      <w:r w:rsidRPr="0016486B">
        <w:rPr>
          <w:rStyle w:val="Emphasis"/>
        </w:rPr>
        <w:t>Ahmedabad,</w:t>
      </w:r>
      <w:r w:rsidR="00C04D81">
        <w:rPr>
          <w:rStyle w:val="Emphasis"/>
        </w:rPr>
        <w:t xml:space="preserve"> Gujarat,</w:t>
      </w:r>
      <w:r w:rsidRPr="0016486B">
        <w:rPr>
          <w:rStyle w:val="Emphasis"/>
        </w:rPr>
        <w:t xml:space="preserve"> India | 1998 – 2000</w:t>
      </w:r>
    </w:p>
    <w:p w14:paraId="3151C18E" w14:textId="77777777" w:rsidR="003471D1" w:rsidRPr="004F54E8" w:rsidRDefault="00C04D81">
      <w:pPr>
        <w:pStyle w:val="NormalWeb"/>
        <w:numPr>
          <w:ilvl w:val="1"/>
          <w:numId w:val="40"/>
        </w:numPr>
        <w:spacing w:before="0" w:beforeAutospacing="0" w:after="0" w:afterAutospacing="0"/>
        <w:rPr>
          <w:rStyle w:val="Emphasis"/>
          <w:i w:val="0"/>
          <w:iCs w:val="0"/>
          <w:sz w:val="22"/>
          <w:szCs w:val="22"/>
        </w:rPr>
      </w:pPr>
      <w:r w:rsidRPr="004F54E8">
        <w:rPr>
          <w:rStyle w:val="Emphasis"/>
          <w:i w:val="0"/>
          <w:iCs w:val="0"/>
          <w:sz w:val="22"/>
          <w:szCs w:val="22"/>
        </w:rPr>
        <w:t>Taught English and environmental science to 2nd, 4</w:t>
      </w:r>
      <w:r w:rsidRPr="004F54E8">
        <w:rPr>
          <w:rStyle w:val="Emphasis"/>
          <w:i w:val="0"/>
          <w:iCs w:val="0"/>
          <w:sz w:val="22"/>
          <w:szCs w:val="22"/>
          <w:vertAlign w:val="superscript"/>
        </w:rPr>
        <w:t>th</w:t>
      </w:r>
      <w:r w:rsidRPr="004F54E8">
        <w:rPr>
          <w:rStyle w:val="Emphasis"/>
          <w:i w:val="0"/>
          <w:iCs w:val="0"/>
          <w:sz w:val="22"/>
          <w:szCs w:val="22"/>
        </w:rPr>
        <w:t>, and 8</w:t>
      </w:r>
      <w:r w:rsidRPr="004F54E8">
        <w:rPr>
          <w:rStyle w:val="Emphasis"/>
          <w:i w:val="0"/>
          <w:iCs w:val="0"/>
          <w:sz w:val="22"/>
          <w:szCs w:val="22"/>
          <w:vertAlign w:val="superscript"/>
        </w:rPr>
        <w:t>th</w:t>
      </w:r>
      <w:r w:rsidRPr="004F54E8">
        <w:rPr>
          <w:rStyle w:val="Emphasis"/>
          <w:i w:val="0"/>
          <w:iCs w:val="0"/>
          <w:sz w:val="22"/>
          <w:szCs w:val="22"/>
        </w:rPr>
        <w:t xml:space="preserve"> grade primary school students in Ahmedabad, India</w:t>
      </w:r>
      <w:r w:rsidR="003471D1" w:rsidRPr="004F54E8">
        <w:rPr>
          <w:rStyle w:val="Emphasis"/>
          <w:i w:val="0"/>
          <w:iCs w:val="0"/>
          <w:sz w:val="22"/>
          <w:szCs w:val="22"/>
        </w:rPr>
        <w:t xml:space="preserve">. </w:t>
      </w:r>
    </w:p>
    <w:p w14:paraId="287B21BB" w14:textId="77777777" w:rsidR="00045CD6" w:rsidRPr="00FF2004" w:rsidRDefault="00FF2004" w:rsidP="00045CD6">
      <w:pPr>
        <w:pStyle w:val="Heading2"/>
        <w:rPr>
          <w:rFonts w:ascii="Times New Roman" w:hAnsi="Times New Roman" w:cs="Times New Roman"/>
          <w:color w:val="1F497D" w:themeColor="text2"/>
        </w:rPr>
      </w:pPr>
      <w:r w:rsidRPr="00FF2004">
        <w:rPr>
          <w:rFonts w:ascii="Times New Roman" w:hAnsi="Times New Roman" w:cs="Times New Roman"/>
          <w:color w:val="1F497D" w:themeColor="text2"/>
        </w:rPr>
        <w:t>SERVICE CONTRIBUTIONS (15+ YEAR OF EXPERIENCE)</w:t>
      </w:r>
    </w:p>
    <w:p w14:paraId="16C9BECE" w14:textId="77777777" w:rsidR="00231213" w:rsidRPr="0016486B" w:rsidRDefault="00231213" w:rsidP="00231213">
      <w:pPr>
        <w:ind w:firstLine="360"/>
        <w:rPr>
          <w:b/>
          <w:bCs/>
        </w:rPr>
      </w:pPr>
    </w:p>
    <w:p w14:paraId="54A99D55" w14:textId="77777777" w:rsidR="007111FB" w:rsidRPr="00FF2004" w:rsidRDefault="0084199E" w:rsidP="00463DB9">
      <w:pPr>
        <w:snapToGrid w:val="0"/>
        <w:contextualSpacing/>
        <w:rPr>
          <w:rFonts w:eastAsiaTheme="majorEastAsia"/>
          <w:b/>
          <w:bCs/>
          <w:color w:val="1F497D" w:themeColor="text2"/>
        </w:rPr>
      </w:pPr>
      <w:r w:rsidRPr="00FF2004">
        <w:rPr>
          <w:rFonts w:eastAsiaTheme="majorEastAsia"/>
          <w:b/>
          <w:bCs/>
          <w:color w:val="1F497D" w:themeColor="text2"/>
        </w:rPr>
        <w:t>Departmental Service</w:t>
      </w:r>
      <w:r w:rsidR="007111FB" w:rsidRPr="00FF2004">
        <w:rPr>
          <w:rFonts w:eastAsiaTheme="majorEastAsia"/>
          <w:b/>
          <w:bCs/>
          <w:color w:val="1F497D" w:themeColor="text2"/>
        </w:rPr>
        <w:t>, Appalachian State University, Boone, NC</w:t>
      </w:r>
    </w:p>
    <w:p w14:paraId="0A059E13" w14:textId="77777777" w:rsidR="00C04D81" w:rsidRPr="004E01F2" w:rsidRDefault="00231213">
      <w:pPr>
        <w:numPr>
          <w:ilvl w:val="0"/>
          <w:numId w:val="22"/>
        </w:numPr>
        <w:tabs>
          <w:tab w:val="num" w:pos="720"/>
        </w:tabs>
        <w:rPr>
          <w:sz w:val="22"/>
          <w:szCs w:val="22"/>
        </w:rPr>
      </w:pPr>
      <w:r w:rsidRPr="007111FB">
        <w:rPr>
          <w:b/>
          <w:bCs/>
          <w:sz w:val="22"/>
          <w:szCs w:val="22"/>
        </w:rPr>
        <w:t>Member</w:t>
      </w:r>
      <w:r w:rsidRPr="004E01F2">
        <w:rPr>
          <w:sz w:val="22"/>
          <w:szCs w:val="22"/>
        </w:rPr>
        <w:t>, MSW Admissions Committee, Fall 2023 – Present</w:t>
      </w:r>
    </w:p>
    <w:p w14:paraId="148DEA5D" w14:textId="77777777" w:rsidR="00231213" w:rsidRPr="004E01F2" w:rsidRDefault="00231213">
      <w:pPr>
        <w:numPr>
          <w:ilvl w:val="1"/>
          <w:numId w:val="22"/>
        </w:numPr>
        <w:rPr>
          <w:sz w:val="22"/>
          <w:szCs w:val="22"/>
        </w:rPr>
      </w:pPr>
      <w:r w:rsidRPr="004E01F2">
        <w:rPr>
          <w:sz w:val="22"/>
          <w:szCs w:val="22"/>
        </w:rPr>
        <w:t xml:space="preserve">Reviewed </w:t>
      </w:r>
      <w:r w:rsidR="004E01F2" w:rsidRPr="004E01F2">
        <w:rPr>
          <w:sz w:val="22"/>
          <w:szCs w:val="22"/>
        </w:rPr>
        <w:t xml:space="preserve">60 </w:t>
      </w:r>
      <w:r w:rsidRPr="004E01F2">
        <w:rPr>
          <w:sz w:val="22"/>
          <w:szCs w:val="22"/>
        </w:rPr>
        <w:t xml:space="preserve">MSW admission applications and participated in </w:t>
      </w:r>
      <w:r w:rsidR="004E01F2" w:rsidRPr="004E01F2">
        <w:rPr>
          <w:sz w:val="22"/>
          <w:szCs w:val="22"/>
        </w:rPr>
        <w:t xml:space="preserve">the monthly meetings as well as deliberations on improving MSW application process and requirements for students. </w:t>
      </w:r>
    </w:p>
    <w:p w14:paraId="2364B2C0" w14:textId="77777777" w:rsidR="00183BEB" w:rsidRDefault="00183BEB">
      <w:pPr>
        <w:numPr>
          <w:ilvl w:val="0"/>
          <w:numId w:val="22"/>
        </w:numPr>
        <w:tabs>
          <w:tab w:val="num" w:pos="720"/>
        </w:tabs>
        <w:rPr>
          <w:sz w:val="22"/>
          <w:szCs w:val="22"/>
        </w:rPr>
      </w:pPr>
      <w:r w:rsidRPr="007111FB">
        <w:rPr>
          <w:b/>
          <w:bCs/>
          <w:sz w:val="22"/>
          <w:szCs w:val="22"/>
        </w:rPr>
        <w:t>Co-Chair</w:t>
      </w:r>
      <w:r w:rsidRPr="004E01F2">
        <w:rPr>
          <w:sz w:val="22"/>
          <w:szCs w:val="22"/>
        </w:rPr>
        <w:t>, Faculty Search Committee, Fall 2025- present</w:t>
      </w:r>
    </w:p>
    <w:p w14:paraId="692A35BB" w14:textId="77777777" w:rsidR="007111FB" w:rsidRPr="004E01F2" w:rsidRDefault="007111FB">
      <w:pPr>
        <w:numPr>
          <w:ilvl w:val="1"/>
          <w:numId w:val="22"/>
        </w:numPr>
        <w:rPr>
          <w:sz w:val="22"/>
          <w:szCs w:val="22"/>
        </w:rPr>
      </w:pPr>
      <w:r>
        <w:rPr>
          <w:sz w:val="22"/>
          <w:szCs w:val="22"/>
        </w:rPr>
        <w:t>Co-Chairing search committee for Tenure Track Assistant Professor of Social Work position</w:t>
      </w:r>
    </w:p>
    <w:p w14:paraId="135C39CD" w14:textId="77777777" w:rsidR="004E01F2" w:rsidRPr="004E01F2" w:rsidRDefault="00231213">
      <w:pPr>
        <w:numPr>
          <w:ilvl w:val="0"/>
          <w:numId w:val="22"/>
        </w:numPr>
        <w:tabs>
          <w:tab w:val="num" w:pos="720"/>
        </w:tabs>
        <w:rPr>
          <w:sz w:val="22"/>
          <w:szCs w:val="22"/>
        </w:rPr>
      </w:pPr>
      <w:r w:rsidRPr="007111FB">
        <w:rPr>
          <w:b/>
          <w:bCs/>
          <w:sz w:val="22"/>
          <w:szCs w:val="22"/>
        </w:rPr>
        <w:t>Member</w:t>
      </w:r>
      <w:r w:rsidRPr="004E01F2">
        <w:rPr>
          <w:sz w:val="22"/>
          <w:szCs w:val="22"/>
        </w:rPr>
        <w:t>, Appointment, Promotion, and Tenure (APT) Committee, Fall 2023 – Present</w:t>
      </w:r>
    </w:p>
    <w:p w14:paraId="54223268" w14:textId="77777777" w:rsidR="00231213" w:rsidRPr="004E01F2" w:rsidRDefault="00231213">
      <w:pPr>
        <w:numPr>
          <w:ilvl w:val="1"/>
          <w:numId w:val="22"/>
        </w:numPr>
        <w:rPr>
          <w:sz w:val="22"/>
          <w:szCs w:val="22"/>
        </w:rPr>
      </w:pPr>
      <w:r w:rsidRPr="004E01F2">
        <w:rPr>
          <w:sz w:val="22"/>
          <w:szCs w:val="22"/>
        </w:rPr>
        <w:t>Reviewed adjunct faculty renewal applications and application files for tenure and promotion.</w:t>
      </w:r>
    </w:p>
    <w:p w14:paraId="3EF49DD1" w14:textId="77777777" w:rsidR="004E01F2" w:rsidRPr="004E01F2" w:rsidRDefault="00231213">
      <w:pPr>
        <w:numPr>
          <w:ilvl w:val="0"/>
          <w:numId w:val="22"/>
        </w:numPr>
        <w:tabs>
          <w:tab w:val="num" w:pos="720"/>
        </w:tabs>
        <w:rPr>
          <w:sz w:val="22"/>
          <w:szCs w:val="22"/>
        </w:rPr>
      </w:pPr>
      <w:r w:rsidRPr="007111FB">
        <w:rPr>
          <w:b/>
          <w:bCs/>
          <w:sz w:val="22"/>
          <w:szCs w:val="22"/>
        </w:rPr>
        <w:t>Lead Instructor</w:t>
      </w:r>
      <w:r w:rsidRPr="004E01F2">
        <w:rPr>
          <w:sz w:val="22"/>
          <w:szCs w:val="22"/>
        </w:rPr>
        <w:t>, Core MSW Courses, Fall 2023 – Present</w:t>
      </w:r>
    </w:p>
    <w:p w14:paraId="49573331" w14:textId="77777777" w:rsidR="00231213" w:rsidRPr="004E01F2" w:rsidRDefault="00231213">
      <w:pPr>
        <w:numPr>
          <w:ilvl w:val="1"/>
          <w:numId w:val="22"/>
        </w:numPr>
        <w:rPr>
          <w:sz w:val="22"/>
          <w:szCs w:val="22"/>
        </w:rPr>
      </w:pPr>
      <w:r w:rsidRPr="004E01F2">
        <w:rPr>
          <w:sz w:val="22"/>
          <w:szCs w:val="22"/>
        </w:rPr>
        <w:t>Provided curricular oversight, coordination, and instructional leadership for:</w:t>
      </w:r>
    </w:p>
    <w:p w14:paraId="3153B798" w14:textId="77777777" w:rsidR="00231213" w:rsidRPr="004E01F2" w:rsidRDefault="00231213">
      <w:pPr>
        <w:numPr>
          <w:ilvl w:val="2"/>
          <w:numId w:val="22"/>
        </w:numPr>
        <w:rPr>
          <w:sz w:val="22"/>
          <w:szCs w:val="22"/>
        </w:rPr>
      </w:pPr>
      <w:r w:rsidRPr="004E01F2">
        <w:rPr>
          <w:i/>
          <w:iCs/>
          <w:sz w:val="22"/>
          <w:szCs w:val="22"/>
        </w:rPr>
        <w:t>SW 5855 – Program Evaluation in Health and Human Services</w:t>
      </w:r>
    </w:p>
    <w:p w14:paraId="73B6FF0F" w14:textId="77777777" w:rsidR="004E01F2" w:rsidRPr="004E01F2" w:rsidRDefault="00231213">
      <w:pPr>
        <w:numPr>
          <w:ilvl w:val="2"/>
          <w:numId w:val="22"/>
        </w:numPr>
        <w:rPr>
          <w:sz w:val="22"/>
          <w:szCs w:val="22"/>
        </w:rPr>
      </w:pPr>
      <w:r w:rsidRPr="004E01F2">
        <w:rPr>
          <w:i/>
          <w:iCs/>
          <w:sz w:val="22"/>
          <w:szCs w:val="22"/>
        </w:rPr>
        <w:lastRenderedPageBreak/>
        <w:t>SW 5825 – Leadership in Health and Human Services</w:t>
      </w:r>
    </w:p>
    <w:p w14:paraId="4E63CF2B" w14:textId="77777777" w:rsidR="00231213" w:rsidRPr="004E01F2" w:rsidRDefault="00231213" w:rsidP="00231213">
      <w:pPr>
        <w:snapToGrid w:val="0"/>
        <w:ind w:firstLine="360"/>
        <w:rPr>
          <w:b/>
          <w:bCs/>
          <w:sz w:val="22"/>
          <w:szCs w:val="22"/>
        </w:rPr>
      </w:pPr>
    </w:p>
    <w:p w14:paraId="660F940A" w14:textId="77777777" w:rsidR="007111FB" w:rsidRPr="00FF2004" w:rsidRDefault="00045CD6" w:rsidP="00044702">
      <w:pPr>
        <w:snapToGrid w:val="0"/>
        <w:contextualSpacing/>
        <w:rPr>
          <w:rFonts w:eastAsiaTheme="majorEastAsia"/>
          <w:b/>
          <w:bCs/>
          <w:color w:val="1F497D" w:themeColor="text2"/>
        </w:rPr>
      </w:pPr>
      <w:r w:rsidRPr="00FF2004">
        <w:rPr>
          <w:rFonts w:eastAsiaTheme="majorEastAsia"/>
          <w:b/>
          <w:bCs/>
          <w:color w:val="1F497D" w:themeColor="text2"/>
        </w:rPr>
        <w:t>Service to College</w:t>
      </w:r>
      <w:r w:rsidR="007111FB" w:rsidRPr="00FF2004">
        <w:rPr>
          <w:rFonts w:eastAsiaTheme="majorEastAsia"/>
          <w:b/>
          <w:bCs/>
          <w:color w:val="1F497D" w:themeColor="text2"/>
        </w:rPr>
        <w:t>, Appalachian State University, Boone, NC</w:t>
      </w:r>
    </w:p>
    <w:p w14:paraId="7EAF214A" w14:textId="77777777" w:rsidR="00231213" w:rsidRPr="004E01F2" w:rsidRDefault="00231213">
      <w:pPr>
        <w:numPr>
          <w:ilvl w:val="0"/>
          <w:numId w:val="22"/>
        </w:numPr>
        <w:tabs>
          <w:tab w:val="num" w:pos="720"/>
        </w:tabs>
        <w:rPr>
          <w:sz w:val="22"/>
          <w:szCs w:val="22"/>
        </w:rPr>
      </w:pPr>
      <w:r w:rsidRPr="007111FB">
        <w:rPr>
          <w:b/>
          <w:bCs/>
          <w:sz w:val="22"/>
          <w:szCs w:val="22"/>
        </w:rPr>
        <w:t>Member</w:t>
      </w:r>
      <w:r w:rsidRPr="004E01F2">
        <w:rPr>
          <w:sz w:val="22"/>
          <w:szCs w:val="22"/>
        </w:rPr>
        <w:t>, Beaver College of Health Sciences (BCHS) Scholarship Committee, Fall 2023 – Present</w:t>
      </w:r>
    </w:p>
    <w:p w14:paraId="1F9D1609" w14:textId="77777777" w:rsidR="00231213" w:rsidRPr="004E01F2" w:rsidRDefault="00231213">
      <w:pPr>
        <w:numPr>
          <w:ilvl w:val="1"/>
          <w:numId w:val="22"/>
        </w:numPr>
        <w:rPr>
          <w:sz w:val="22"/>
          <w:szCs w:val="22"/>
        </w:rPr>
      </w:pPr>
      <w:r w:rsidRPr="004E01F2">
        <w:rPr>
          <w:sz w:val="22"/>
          <w:szCs w:val="22"/>
        </w:rPr>
        <w:t xml:space="preserve">Reviewed and evaluated </w:t>
      </w:r>
      <w:r w:rsidR="004E01F2">
        <w:rPr>
          <w:sz w:val="22"/>
          <w:szCs w:val="22"/>
        </w:rPr>
        <w:t xml:space="preserve">40 </w:t>
      </w:r>
      <w:r w:rsidRPr="004E01F2">
        <w:rPr>
          <w:sz w:val="22"/>
          <w:szCs w:val="22"/>
        </w:rPr>
        <w:t>student scholarship applications</w:t>
      </w:r>
      <w:r w:rsidR="004E01F2">
        <w:rPr>
          <w:sz w:val="22"/>
          <w:szCs w:val="22"/>
        </w:rPr>
        <w:t xml:space="preserve"> each year. </w:t>
      </w:r>
    </w:p>
    <w:p w14:paraId="68631E60" w14:textId="77777777" w:rsidR="006A1373" w:rsidRPr="008764C4" w:rsidRDefault="00231213">
      <w:pPr>
        <w:numPr>
          <w:ilvl w:val="0"/>
          <w:numId w:val="22"/>
        </w:numPr>
        <w:tabs>
          <w:tab w:val="num" w:pos="720"/>
        </w:tabs>
        <w:rPr>
          <w:sz w:val="22"/>
          <w:szCs w:val="22"/>
        </w:rPr>
      </w:pPr>
      <w:r w:rsidRPr="007111FB">
        <w:rPr>
          <w:b/>
          <w:bCs/>
          <w:sz w:val="22"/>
          <w:szCs w:val="22"/>
        </w:rPr>
        <w:t>Affiliate Faculty</w:t>
      </w:r>
      <w:r w:rsidRPr="008764C4">
        <w:rPr>
          <w:sz w:val="22"/>
          <w:szCs w:val="22"/>
        </w:rPr>
        <w:t>, Gender, Women's, and Sexuality Studies (GWS), Spring 2024 – Present</w:t>
      </w:r>
    </w:p>
    <w:p w14:paraId="3D91312D" w14:textId="77777777" w:rsidR="006A1373" w:rsidRPr="008764C4" w:rsidRDefault="006A1373">
      <w:pPr>
        <w:numPr>
          <w:ilvl w:val="1"/>
          <w:numId w:val="22"/>
        </w:numPr>
        <w:rPr>
          <w:sz w:val="22"/>
          <w:szCs w:val="22"/>
        </w:rPr>
      </w:pPr>
      <w:r w:rsidRPr="008764C4">
        <w:rPr>
          <w:sz w:val="22"/>
          <w:szCs w:val="22"/>
        </w:rPr>
        <w:t>Supported interdisciplinary programming and contributed to the integration of GWS perspectives in curriculum and mentorship.</w:t>
      </w:r>
    </w:p>
    <w:p w14:paraId="06185F32" w14:textId="77777777" w:rsidR="003F33E3" w:rsidRPr="008764C4" w:rsidRDefault="006A1373">
      <w:pPr>
        <w:numPr>
          <w:ilvl w:val="1"/>
          <w:numId w:val="22"/>
        </w:numPr>
        <w:rPr>
          <w:sz w:val="22"/>
          <w:szCs w:val="22"/>
        </w:rPr>
      </w:pPr>
      <w:r w:rsidRPr="008764C4">
        <w:rPr>
          <w:sz w:val="22"/>
          <w:szCs w:val="22"/>
        </w:rPr>
        <w:t>Mentor</w:t>
      </w:r>
      <w:r w:rsidR="004E01F2" w:rsidRPr="008764C4">
        <w:rPr>
          <w:sz w:val="22"/>
          <w:szCs w:val="22"/>
        </w:rPr>
        <w:t>ship and support to</w:t>
      </w:r>
      <w:r w:rsidRPr="008764C4">
        <w:rPr>
          <w:sz w:val="22"/>
          <w:szCs w:val="22"/>
        </w:rPr>
        <w:t xml:space="preserve"> new</w:t>
      </w:r>
      <w:r w:rsidR="004E01F2" w:rsidRPr="008764C4">
        <w:rPr>
          <w:sz w:val="22"/>
          <w:szCs w:val="22"/>
        </w:rPr>
        <w:t>ly appointed</w:t>
      </w:r>
      <w:r w:rsidRPr="008764C4">
        <w:rPr>
          <w:sz w:val="22"/>
          <w:szCs w:val="22"/>
        </w:rPr>
        <w:t xml:space="preserve"> GWS-affiliated faculty member </w:t>
      </w:r>
    </w:p>
    <w:p w14:paraId="7008BE74" w14:textId="77777777" w:rsidR="007111FB" w:rsidRDefault="007111FB" w:rsidP="0084199E">
      <w:pPr>
        <w:snapToGrid w:val="0"/>
        <w:ind w:firstLine="360"/>
        <w:contextualSpacing/>
        <w:rPr>
          <w:rFonts w:eastAsiaTheme="minorEastAsia"/>
          <w:b/>
          <w:bCs/>
        </w:rPr>
      </w:pPr>
    </w:p>
    <w:p w14:paraId="1A7F5850" w14:textId="77777777" w:rsidR="007111FB" w:rsidRPr="00FF2004" w:rsidRDefault="0084199E" w:rsidP="00044702">
      <w:pPr>
        <w:snapToGrid w:val="0"/>
        <w:contextualSpacing/>
        <w:rPr>
          <w:rFonts w:eastAsiaTheme="majorEastAsia"/>
          <w:b/>
          <w:bCs/>
          <w:color w:val="1F497D" w:themeColor="text2"/>
        </w:rPr>
      </w:pPr>
      <w:r w:rsidRPr="00FF2004">
        <w:rPr>
          <w:rFonts w:eastAsiaTheme="majorEastAsia"/>
          <w:b/>
          <w:bCs/>
          <w:color w:val="1F497D" w:themeColor="text2"/>
        </w:rPr>
        <w:t>Departmental Service</w:t>
      </w:r>
      <w:r w:rsidR="007111FB" w:rsidRPr="00FF2004">
        <w:rPr>
          <w:rFonts w:eastAsiaTheme="majorEastAsia"/>
          <w:b/>
          <w:bCs/>
          <w:color w:val="1F497D" w:themeColor="text2"/>
        </w:rPr>
        <w:t>, Marywood University, Scranton, PA</w:t>
      </w:r>
    </w:p>
    <w:p w14:paraId="226BA565" w14:textId="77777777" w:rsidR="0084199E" w:rsidRPr="008764C4" w:rsidRDefault="0084199E">
      <w:pPr>
        <w:pStyle w:val="ListParagraph"/>
        <w:numPr>
          <w:ilvl w:val="0"/>
          <w:numId w:val="23"/>
        </w:numPr>
        <w:snapToGrid w:val="0"/>
        <w:rPr>
          <w:sz w:val="22"/>
          <w:szCs w:val="22"/>
        </w:rPr>
      </w:pPr>
      <w:r w:rsidRPr="007111FB">
        <w:rPr>
          <w:rStyle w:val="Strong"/>
          <w:sz w:val="22"/>
          <w:szCs w:val="22"/>
        </w:rPr>
        <w:t>Lead Instructor</w:t>
      </w:r>
      <w:r w:rsidRPr="008764C4">
        <w:rPr>
          <w:sz w:val="22"/>
          <w:szCs w:val="22"/>
        </w:rPr>
        <w:t>, Core MSW Courses</w:t>
      </w:r>
    </w:p>
    <w:p w14:paraId="16B4CD3D" w14:textId="77777777" w:rsidR="008764C4" w:rsidRPr="008764C4" w:rsidRDefault="008764C4">
      <w:pPr>
        <w:pStyle w:val="ListParagraph"/>
        <w:numPr>
          <w:ilvl w:val="1"/>
          <w:numId w:val="23"/>
        </w:numPr>
        <w:snapToGrid w:val="0"/>
        <w:rPr>
          <w:rStyle w:val="Emphasis"/>
          <w:i w:val="0"/>
          <w:iCs w:val="0"/>
          <w:sz w:val="22"/>
          <w:szCs w:val="22"/>
        </w:rPr>
      </w:pPr>
      <w:r w:rsidRPr="008764C4">
        <w:rPr>
          <w:sz w:val="22"/>
          <w:szCs w:val="22"/>
        </w:rPr>
        <w:t>Provided curricular leadership and oversight for course design instruction, and integration of core assignments across all sections of the following courses</w:t>
      </w:r>
      <w:r w:rsidRPr="008764C4">
        <w:rPr>
          <w:rStyle w:val="Emphasis"/>
          <w:i w:val="0"/>
          <w:iCs w:val="0"/>
          <w:sz w:val="22"/>
          <w:szCs w:val="22"/>
        </w:rPr>
        <w:t>:</w:t>
      </w:r>
    </w:p>
    <w:p w14:paraId="313263D2" w14:textId="77777777" w:rsidR="008764C4" w:rsidRPr="008764C4" w:rsidRDefault="0084199E">
      <w:pPr>
        <w:pStyle w:val="ListParagraph"/>
        <w:numPr>
          <w:ilvl w:val="2"/>
          <w:numId w:val="23"/>
        </w:numPr>
        <w:snapToGrid w:val="0"/>
        <w:rPr>
          <w:rStyle w:val="Emphasis"/>
          <w:i w:val="0"/>
          <w:iCs w:val="0"/>
          <w:sz w:val="22"/>
          <w:szCs w:val="22"/>
        </w:rPr>
      </w:pPr>
      <w:r w:rsidRPr="008764C4">
        <w:rPr>
          <w:rStyle w:val="Emphasis"/>
          <w:i w:val="0"/>
          <w:iCs w:val="0"/>
          <w:sz w:val="22"/>
          <w:szCs w:val="22"/>
        </w:rPr>
        <w:t>SW 504– Advanced Social Work Practice, 2014-2023</w:t>
      </w:r>
    </w:p>
    <w:p w14:paraId="752C2DC7" w14:textId="77777777" w:rsidR="008764C4" w:rsidRPr="008764C4" w:rsidRDefault="0084199E">
      <w:pPr>
        <w:pStyle w:val="ListParagraph"/>
        <w:numPr>
          <w:ilvl w:val="2"/>
          <w:numId w:val="23"/>
        </w:numPr>
        <w:snapToGrid w:val="0"/>
        <w:rPr>
          <w:sz w:val="22"/>
          <w:szCs w:val="22"/>
        </w:rPr>
      </w:pPr>
      <w:r w:rsidRPr="008764C4">
        <w:rPr>
          <w:rStyle w:val="Emphasis"/>
          <w:i w:val="0"/>
          <w:iCs w:val="0"/>
          <w:sz w:val="22"/>
          <w:szCs w:val="22"/>
        </w:rPr>
        <w:t>SW 506 Culminating Integrative Practice Seminar</w:t>
      </w:r>
      <w:r w:rsidRPr="008764C4">
        <w:rPr>
          <w:i/>
          <w:iCs/>
          <w:sz w:val="22"/>
          <w:szCs w:val="22"/>
        </w:rPr>
        <w:t>, 201</w:t>
      </w:r>
      <w:r w:rsidR="008764C4" w:rsidRPr="008764C4">
        <w:rPr>
          <w:i/>
          <w:iCs/>
          <w:sz w:val="22"/>
          <w:szCs w:val="22"/>
        </w:rPr>
        <w:t>4-</w:t>
      </w:r>
      <w:r w:rsidRPr="008764C4">
        <w:rPr>
          <w:i/>
          <w:iCs/>
          <w:sz w:val="22"/>
          <w:szCs w:val="22"/>
        </w:rPr>
        <w:t>2023</w:t>
      </w:r>
    </w:p>
    <w:p w14:paraId="3AE517DD" w14:textId="77777777" w:rsidR="0084199E" w:rsidRPr="008764C4" w:rsidRDefault="0084199E">
      <w:pPr>
        <w:pStyle w:val="ListParagraph"/>
        <w:numPr>
          <w:ilvl w:val="2"/>
          <w:numId w:val="23"/>
        </w:numPr>
        <w:snapToGrid w:val="0"/>
        <w:rPr>
          <w:sz w:val="22"/>
          <w:szCs w:val="22"/>
        </w:rPr>
      </w:pPr>
      <w:r w:rsidRPr="008764C4">
        <w:rPr>
          <w:rStyle w:val="Emphasis"/>
          <w:i w:val="0"/>
          <w:iCs w:val="0"/>
          <w:sz w:val="22"/>
          <w:szCs w:val="22"/>
        </w:rPr>
        <w:t>SW 971 – Ethical Issues in Social Work Practice</w:t>
      </w:r>
      <w:r w:rsidRPr="008764C4">
        <w:rPr>
          <w:i/>
          <w:iCs/>
          <w:sz w:val="22"/>
          <w:szCs w:val="22"/>
        </w:rPr>
        <w:t>, 2018</w:t>
      </w:r>
      <w:r w:rsidR="008764C4">
        <w:rPr>
          <w:i/>
          <w:iCs/>
          <w:sz w:val="22"/>
          <w:szCs w:val="22"/>
        </w:rPr>
        <w:t>-</w:t>
      </w:r>
      <w:r w:rsidRPr="008764C4">
        <w:rPr>
          <w:sz w:val="22"/>
          <w:szCs w:val="22"/>
        </w:rPr>
        <w:t>2023.</w:t>
      </w:r>
    </w:p>
    <w:p w14:paraId="01D15AC5" w14:textId="77777777" w:rsidR="006A1373" w:rsidRPr="008764C4" w:rsidRDefault="0084199E">
      <w:pPr>
        <w:pStyle w:val="ListParagraph"/>
        <w:numPr>
          <w:ilvl w:val="0"/>
          <w:numId w:val="23"/>
        </w:numPr>
        <w:snapToGrid w:val="0"/>
        <w:rPr>
          <w:sz w:val="22"/>
          <w:szCs w:val="22"/>
        </w:rPr>
      </w:pPr>
      <w:r w:rsidRPr="007111FB">
        <w:rPr>
          <w:rStyle w:val="Strong"/>
          <w:sz w:val="22"/>
          <w:szCs w:val="22"/>
        </w:rPr>
        <w:t>Advisor</w:t>
      </w:r>
      <w:r w:rsidRPr="008764C4">
        <w:rPr>
          <w:sz w:val="22"/>
          <w:szCs w:val="22"/>
        </w:rPr>
        <w:t>, MSW Weekday Scranton Association, August 2013</w:t>
      </w:r>
      <w:r w:rsidR="008764C4">
        <w:rPr>
          <w:sz w:val="22"/>
          <w:szCs w:val="22"/>
        </w:rPr>
        <w:t>-</w:t>
      </w:r>
      <w:r w:rsidRPr="008764C4">
        <w:rPr>
          <w:sz w:val="22"/>
          <w:szCs w:val="22"/>
        </w:rPr>
        <w:t>May 2014</w:t>
      </w:r>
    </w:p>
    <w:p w14:paraId="5793F71B" w14:textId="77777777" w:rsidR="0084199E" w:rsidRPr="008764C4" w:rsidRDefault="0084199E">
      <w:pPr>
        <w:pStyle w:val="ListParagraph"/>
        <w:numPr>
          <w:ilvl w:val="1"/>
          <w:numId w:val="23"/>
        </w:numPr>
        <w:snapToGrid w:val="0"/>
        <w:rPr>
          <w:sz w:val="22"/>
          <w:szCs w:val="22"/>
        </w:rPr>
      </w:pPr>
      <w:r w:rsidRPr="008764C4">
        <w:rPr>
          <w:sz w:val="22"/>
          <w:szCs w:val="22"/>
        </w:rPr>
        <w:t>Advised MSW students in organizing academic and professional development events.</w:t>
      </w:r>
    </w:p>
    <w:p w14:paraId="627BA1D9" w14:textId="77777777" w:rsidR="006A1373" w:rsidRPr="008764C4" w:rsidRDefault="0084199E">
      <w:pPr>
        <w:pStyle w:val="ListParagraph"/>
        <w:numPr>
          <w:ilvl w:val="0"/>
          <w:numId w:val="23"/>
        </w:numPr>
        <w:snapToGrid w:val="0"/>
        <w:rPr>
          <w:sz w:val="22"/>
          <w:szCs w:val="22"/>
        </w:rPr>
      </w:pPr>
      <w:r w:rsidRPr="007111FB">
        <w:rPr>
          <w:rStyle w:val="Strong"/>
          <w:sz w:val="22"/>
          <w:szCs w:val="22"/>
        </w:rPr>
        <w:t>Member</w:t>
      </w:r>
      <w:r w:rsidRPr="007111FB">
        <w:rPr>
          <w:sz w:val="22"/>
          <w:szCs w:val="22"/>
        </w:rPr>
        <w:t>,</w:t>
      </w:r>
      <w:r w:rsidRPr="008764C4">
        <w:rPr>
          <w:sz w:val="22"/>
          <w:szCs w:val="22"/>
        </w:rPr>
        <w:t xml:space="preserve"> Ad-hoc Committee on Global Education and Social Work Practice</w:t>
      </w:r>
    </w:p>
    <w:p w14:paraId="3BFCE6E9" w14:textId="77777777" w:rsidR="0084199E" w:rsidRPr="008764C4" w:rsidRDefault="0084199E">
      <w:pPr>
        <w:pStyle w:val="ListParagraph"/>
        <w:numPr>
          <w:ilvl w:val="1"/>
          <w:numId w:val="23"/>
        </w:numPr>
        <w:snapToGrid w:val="0"/>
        <w:rPr>
          <w:sz w:val="22"/>
          <w:szCs w:val="22"/>
        </w:rPr>
      </w:pPr>
      <w:r w:rsidRPr="008764C4">
        <w:rPr>
          <w:sz w:val="22"/>
          <w:szCs w:val="22"/>
        </w:rPr>
        <w:t>Participated in exploring and promoting international perspectives in social work curriculum and practice.</w:t>
      </w:r>
    </w:p>
    <w:p w14:paraId="703353C1" w14:textId="77777777" w:rsidR="006A1373" w:rsidRPr="008764C4" w:rsidRDefault="0084199E">
      <w:pPr>
        <w:pStyle w:val="ListParagraph"/>
        <w:numPr>
          <w:ilvl w:val="0"/>
          <w:numId w:val="23"/>
        </w:numPr>
        <w:snapToGrid w:val="0"/>
        <w:rPr>
          <w:sz w:val="22"/>
          <w:szCs w:val="22"/>
        </w:rPr>
      </w:pPr>
      <w:r w:rsidRPr="007111FB">
        <w:rPr>
          <w:rStyle w:val="Strong"/>
          <w:sz w:val="22"/>
          <w:szCs w:val="22"/>
        </w:rPr>
        <w:t>Chair</w:t>
      </w:r>
      <w:r w:rsidRPr="007111FB">
        <w:rPr>
          <w:sz w:val="22"/>
          <w:szCs w:val="22"/>
        </w:rPr>
        <w:t>,</w:t>
      </w:r>
      <w:r w:rsidRPr="008764C4">
        <w:rPr>
          <w:sz w:val="22"/>
          <w:szCs w:val="22"/>
        </w:rPr>
        <w:t xml:space="preserve"> Outcomes &amp; Assessment Accreditation Committee, Spring 2017</w:t>
      </w:r>
      <w:r w:rsidR="008764C4">
        <w:rPr>
          <w:sz w:val="22"/>
          <w:szCs w:val="22"/>
        </w:rPr>
        <w:t>-</w:t>
      </w:r>
      <w:r w:rsidRPr="008764C4">
        <w:rPr>
          <w:sz w:val="22"/>
          <w:szCs w:val="22"/>
        </w:rPr>
        <w:t>2019</w:t>
      </w:r>
    </w:p>
    <w:p w14:paraId="7C210E84" w14:textId="77777777" w:rsidR="0084199E" w:rsidRPr="008764C4" w:rsidRDefault="0084199E">
      <w:pPr>
        <w:pStyle w:val="ListParagraph"/>
        <w:numPr>
          <w:ilvl w:val="1"/>
          <w:numId w:val="23"/>
        </w:numPr>
        <w:snapToGrid w:val="0"/>
        <w:rPr>
          <w:sz w:val="22"/>
          <w:szCs w:val="22"/>
        </w:rPr>
      </w:pPr>
      <w:r w:rsidRPr="008764C4">
        <w:rPr>
          <w:sz w:val="22"/>
          <w:szCs w:val="22"/>
        </w:rPr>
        <w:t>Led accreditation-related assessment efforts and coordinated outcomes reporting for social work programs.</w:t>
      </w:r>
    </w:p>
    <w:p w14:paraId="1B36E474" w14:textId="77777777" w:rsidR="0084199E" w:rsidRPr="008764C4" w:rsidRDefault="007111FB">
      <w:pPr>
        <w:pStyle w:val="ListParagraph"/>
        <w:numPr>
          <w:ilvl w:val="0"/>
          <w:numId w:val="23"/>
        </w:numPr>
        <w:snapToGrid w:val="0"/>
        <w:rPr>
          <w:sz w:val="22"/>
          <w:szCs w:val="22"/>
        </w:rPr>
      </w:pPr>
      <w:r w:rsidRPr="007111FB">
        <w:rPr>
          <w:b/>
          <w:bCs/>
          <w:sz w:val="22"/>
          <w:szCs w:val="22"/>
        </w:rPr>
        <w:t>Member</w:t>
      </w:r>
      <w:r>
        <w:rPr>
          <w:sz w:val="22"/>
          <w:szCs w:val="22"/>
        </w:rPr>
        <w:t xml:space="preserve">, </w:t>
      </w:r>
      <w:r w:rsidR="0084199E" w:rsidRPr="008764C4">
        <w:rPr>
          <w:sz w:val="22"/>
          <w:szCs w:val="22"/>
        </w:rPr>
        <w:t>Faculty Search Committee</w:t>
      </w:r>
      <w:r w:rsidR="008764C4">
        <w:rPr>
          <w:sz w:val="22"/>
          <w:szCs w:val="22"/>
        </w:rPr>
        <w:t xml:space="preserve"> </w:t>
      </w:r>
    </w:p>
    <w:p w14:paraId="23E6EB6B" w14:textId="77777777" w:rsidR="008764C4" w:rsidRDefault="008764C4">
      <w:pPr>
        <w:pStyle w:val="ListParagraph"/>
        <w:numPr>
          <w:ilvl w:val="1"/>
          <w:numId w:val="23"/>
        </w:numPr>
        <w:snapToGrid w:val="0"/>
        <w:rPr>
          <w:sz w:val="22"/>
          <w:szCs w:val="22"/>
        </w:rPr>
      </w:pPr>
      <w:r>
        <w:rPr>
          <w:sz w:val="22"/>
          <w:szCs w:val="22"/>
        </w:rPr>
        <w:t>Served on search committees for Tenure Track Assistant Professor of Social Work position (</w:t>
      </w:r>
      <w:r w:rsidR="0084199E" w:rsidRPr="008764C4">
        <w:rPr>
          <w:sz w:val="22"/>
          <w:szCs w:val="22"/>
        </w:rPr>
        <w:t>Fall 2013</w:t>
      </w:r>
      <w:r>
        <w:rPr>
          <w:sz w:val="22"/>
          <w:szCs w:val="22"/>
        </w:rPr>
        <w:t>-</w:t>
      </w:r>
      <w:r w:rsidR="0084199E" w:rsidRPr="008764C4">
        <w:rPr>
          <w:sz w:val="22"/>
          <w:szCs w:val="22"/>
        </w:rPr>
        <w:t>Spring 2014</w:t>
      </w:r>
      <w:r>
        <w:rPr>
          <w:sz w:val="22"/>
          <w:szCs w:val="22"/>
        </w:rPr>
        <w:t xml:space="preserve"> &amp;  </w:t>
      </w:r>
      <w:r w:rsidR="0084199E" w:rsidRPr="008764C4">
        <w:rPr>
          <w:sz w:val="22"/>
          <w:szCs w:val="22"/>
        </w:rPr>
        <w:t>Fall 2020</w:t>
      </w:r>
      <w:r>
        <w:rPr>
          <w:sz w:val="22"/>
          <w:szCs w:val="22"/>
        </w:rPr>
        <w:t>-</w:t>
      </w:r>
      <w:r w:rsidR="0084199E" w:rsidRPr="008764C4">
        <w:rPr>
          <w:sz w:val="22"/>
          <w:szCs w:val="22"/>
        </w:rPr>
        <w:t>Spring 2021</w:t>
      </w:r>
      <w:r>
        <w:rPr>
          <w:sz w:val="22"/>
          <w:szCs w:val="22"/>
        </w:rPr>
        <w:t>)</w:t>
      </w:r>
    </w:p>
    <w:p w14:paraId="6CE220F7" w14:textId="77777777" w:rsidR="0084199E" w:rsidRPr="008764C4" w:rsidRDefault="008764C4">
      <w:pPr>
        <w:pStyle w:val="ListParagraph"/>
        <w:numPr>
          <w:ilvl w:val="1"/>
          <w:numId w:val="23"/>
        </w:numPr>
        <w:snapToGrid w:val="0"/>
        <w:rPr>
          <w:sz w:val="22"/>
          <w:szCs w:val="22"/>
        </w:rPr>
      </w:pPr>
      <w:r w:rsidRPr="008764C4">
        <w:rPr>
          <w:sz w:val="22"/>
          <w:szCs w:val="22"/>
        </w:rPr>
        <w:t>Participated in reviewing applications, interviewing candidates, and contributing to final hiring recommendations.</w:t>
      </w:r>
    </w:p>
    <w:p w14:paraId="3A178D4E" w14:textId="77777777" w:rsidR="00BA4E3B" w:rsidRPr="008764C4" w:rsidRDefault="0084199E">
      <w:pPr>
        <w:pStyle w:val="ListParagraph"/>
        <w:numPr>
          <w:ilvl w:val="0"/>
          <w:numId w:val="23"/>
        </w:numPr>
        <w:snapToGrid w:val="0"/>
        <w:rPr>
          <w:sz w:val="22"/>
          <w:szCs w:val="22"/>
        </w:rPr>
      </w:pPr>
      <w:r w:rsidRPr="007111FB">
        <w:rPr>
          <w:rStyle w:val="Strong"/>
          <w:sz w:val="22"/>
          <w:szCs w:val="22"/>
        </w:rPr>
        <w:t>Member</w:t>
      </w:r>
      <w:r w:rsidRPr="008764C4">
        <w:rPr>
          <w:sz w:val="22"/>
          <w:szCs w:val="22"/>
        </w:rPr>
        <w:t xml:space="preserve">, Phi Alpha Sigma Zeta </w:t>
      </w:r>
      <w:r w:rsidR="00145FB2" w:rsidRPr="008764C4">
        <w:rPr>
          <w:sz w:val="22"/>
          <w:szCs w:val="22"/>
        </w:rPr>
        <w:t xml:space="preserve">Chapter </w:t>
      </w:r>
      <w:r w:rsidRPr="008764C4">
        <w:rPr>
          <w:sz w:val="22"/>
          <w:szCs w:val="22"/>
        </w:rPr>
        <w:t>Faculty Committee, 2014 – 2021</w:t>
      </w:r>
    </w:p>
    <w:p w14:paraId="3494C0A1" w14:textId="77777777" w:rsidR="00145FB2" w:rsidRDefault="0084199E">
      <w:pPr>
        <w:pStyle w:val="ListParagraph"/>
        <w:numPr>
          <w:ilvl w:val="1"/>
          <w:numId w:val="23"/>
        </w:numPr>
        <w:snapToGrid w:val="0"/>
        <w:rPr>
          <w:sz w:val="22"/>
          <w:szCs w:val="22"/>
        </w:rPr>
      </w:pPr>
      <w:r w:rsidRPr="008764C4">
        <w:rPr>
          <w:sz w:val="22"/>
          <w:szCs w:val="22"/>
        </w:rPr>
        <w:t xml:space="preserve">Supported honor society activities and academic excellence initiatives </w:t>
      </w:r>
      <w:r w:rsidR="00145FB2" w:rsidRPr="008764C4">
        <w:rPr>
          <w:sz w:val="22"/>
          <w:szCs w:val="22"/>
        </w:rPr>
        <w:t xml:space="preserve">in social work. </w:t>
      </w:r>
    </w:p>
    <w:p w14:paraId="49AEAB6B" w14:textId="77777777" w:rsidR="00CD270B" w:rsidRPr="00CD270B" w:rsidRDefault="00CD270B" w:rsidP="00CD270B">
      <w:pPr>
        <w:pStyle w:val="ListParagraph"/>
        <w:snapToGrid w:val="0"/>
        <w:ind w:left="1800"/>
        <w:rPr>
          <w:rStyle w:val="Strong"/>
          <w:b w:val="0"/>
          <w:bCs w:val="0"/>
          <w:sz w:val="22"/>
          <w:szCs w:val="22"/>
        </w:rPr>
      </w:pPr>
    </w:p>
    <w:p w14:paraId="4CF2F3EC" w14:textId="77777777" w:rsidR="00145FB2" w:rsidRPr="00CD270B" w:rsidRDefault="00145FB2" w:rsidP="007111FB">
      <w:pPr>
        <w:snapToGrid w:val="0"/>
        <w:rPr>
          <w:rFonts w:eastAsiaTheme="majorEastAsia"/>
          <w:b/>
          <w:bCs/>
          <w:color w:val="1F497D" w:themeColor="text2"/>
        </w:rPr>
      </w:pPr>
      <w:r w:rsidRPr="00CD270B">
        <w:rPr>
          <w:rFonts w:eastAsiaTheme="majorEastAsia"/>
          <w:b/>
          <w:bCs/>
          <w:color w:val="1F497D" w:themeColor="text2"/>
        </w:rPr>
        <w:t>Service to College</w:t>
      </w:r>
      <w:r w:rsidR="007111FB" w:rsidRPr="00CD270B">
        <w:rPr>
          <w:rFonts w:eastAsiaTheme="majorEastAsia"/>
          <w:b/>
          <w:bCs/>
          <w:color w:val="1F497D" w:themeColor="text2"/>
        </w:rPr>
        <w:t>, Marywood University, Scranton, PA</w:t>
      </w:r>
    </w:p>
    <w:p w14:paraId="1F848C96" w14:textId="77777777" w:rsidR="00145FB2" w:rsidRPr="00463DB9" w:rsidRDefault="00145FB2">
      <w:pPr>
        <w:pStyle w:val="ListParagraph"/>
        <w:numPr>
          <w:ilvl w:val="0"/>
          <w:numId w:val="24"/>
        </w:numPr>
        <w:snapToGrid w:val="0"/>
        <w:rPr>
          <w:sz w:val="22"/>
          <w:szCs w:val="22"/>
        </w:rPr>
      </w:pPr>
      <w:r w:rsidRPr="00463DB9">
        <w:rPr>
          <w:rStyle w:val="Strong"/>
          <w:sz w:val="22"/>
          <w:szCs w:val="22"/>
        </w:rPr>
        <w:t>Member</w:t>
      </w:r>
      <w:r w:rsidRPr="00463DB9">
        <w:rPr>
          <w:sz w:val="22"/>
          <w:szCs w:val="22"/>
        </w:rPr>
        <w:t>, College of Health and Human Services Faculty Development Committee, Fall 2020 – 2021</w:t>
      </w:r>
    </w:p>
    <w:p w14:paraId="3B1226E4" w14:textId="77777777" w:rsidR="00145FB2" w:rsidRPr="00463DB9" w:rsidRDefault="00145FB2">
      <w:pPr>
        <w:pStyle w:val="ListParagraph"/>
        <w:numPr>
          <w:ilvl w:val="1"/>
          <w:numId w:val="24"/>
        </w:numPr>
        <w:snapToGrid w:val="0"/>
        <w:rPr>
          <w:sz w:val="22"/>
          <w:szCs w:val="22"/>
        </w:rPr>
      </w:pPr>
      <w:r w:rsidRPr="00463DB9">
        <w:rPr>
          <w:sz w:val="22"/>
          <w:szCs w:val="22"/>
        </w:rPr>
        <w:t>Participated in planning and implementing faculty professional development initiatives.</w:t>
      </w:r>
    </w:p>
    <w:p w14:paraId="426ACED9" w14:textId="77777777" w:rsidR="00145FB2" w:rsidRPr="00463DB9" w:rsidRDefault="00145FB2">
      <w:pPr>
        <w:pStyle w:val="ListParagraph"/>
        <w:numPr>
          <w:ilvl w:val="0"/>
          <w:numId w:val="24"/>
        </w:numPr>
        <w:snapToGrid w:val="0"/>
        <w:rPr>
          <w:sz w:val="22"/>
          <w:szCs w:val="22"/>
        </w:rPr>
      </w:pPr>
      <w:r w:rsidRPr="00463DB9">
        <w:rPr>
          <w:rStyle w:val="Strong"/>
          <w:sz w:val="22"/>
          <w:szCs w:val="22"/>
        </w:rPr>
        <w:t>Co-Chair</w:t>
      </w:r>
      <w:r w:rsidRPr="00463DB9">
        <w:rPr>
          <w:sz w:val="22"/>
          <w:szCs w:val="22"/>
        </w:rPr>
        <w:t>, College of Health and Human Services Travel Committee, 2018 – 2020</w:t>
      </w:r>
    </w:p>
    <w:p w14:paraId="168E2264" w14:textId="77777777" w:rsidR="00145FB2" w:rsidRPr="00463DB9" w:rsidRDefault="00145FB2">
      <w:pPr>
        <w:pStyle w:val="ListParagraph"/>
        <w:numPr>
          <w:ilvl w:val="1"/>
          <w:numId w:val="24"/>
        </w:numPr>
        <w:snapToGrid w:val="0"/>
        <w:rPr>
          <w:sz w:val="22"/>
          <w:szCs w:val="22"/>
        </w:rPr>
      </w:pPr>
      <w:r w:rsidRPr="00463DB9">
        <w:rPr>
          <w:sz w:val="22"/>
          <w:szCs w:val="22"/>
        </w:rPr>
        <w:t>Oversaw review and allocation of faculty travel funds for conferences and scholarly activities.</w:t>
      </w:r>
    </w:p>
    <w:p w14:paraId="65CA1BB6" w14:textId="77777777" w:rsidR="00145FB2" w:rsidRPr="00463DB9" w:rsidRDefault="00145FB2">
      <w:pPr>
        <w:pStyle w:val="ListParagraph"/>
        <w:numPr>
          <w:ilvl w:val="0"/>
          <w:numId w:val="24"/>
        </w:numPr>
        <w:snapToGrid w:val="0"/>
        <w:rPr>
          <w:sz w:val="22"/>
          <w:szCs w:val="22"/>
        </w:rPr>
      </w:pPr>
      <w:r w:rsidRPr="00463DB9">
        <w:rPr>
          <w:rStyle w:val="Strong"/>
          <w:sz w:val="22"/>
          <w:szCs w:val="22"/>
        </w:rPr>
        <w:t>Member</w:t>
      </w:r>
      <w:r w:rsidRPr="00463DB9">
        <w:rPr>
          <w:sz w:val="22"/>
          <w:szCs w:val="22"/>
        </w:rPr>
        <w:t>, Leadership Awards Selection Committee, 2017</w:t>
      </w:r>
    </w:p>
    <w:p w14:paraId="1595F69A" w14:textId="77777777" w:rsidR="00145FB2" w:rsidRPr="00463DB9" w:rsidRDefault="00145FB2">
      <w:pPr>
        <w:pStyle w:val="ListParagraph"/>
        <w:numPr>
          <w:ilvl w:val="1"/>
          <w:numId w:val="24"/>
        </w:numPr>
        <w:snapToGrid w:val="0"/>
        <w:rPr>
          <w:b/>
          <w:bCs/>
          <w:sz w:val="22"/>
          <w:szCs w:val="22"/>
        </w:rPr>
      </w:pPr>
      <w:r w:rsidRPr="00463DB9">
        <w:rPr>
          <w:sz w:val="22"/>
          <w:szCs w:val="22"/>
        </w:rPr>
        <w:t>Participated in selection of student recipients for university-wide leadership recognition.</w:t>
      </w:r>
    </w:p>
    <w:p w14:paraId="3522317C" w14:textId="77777777" w:rsidR="007111FB" w:rsidRPr="00463DB9" w:rsidRDefault="007111FB" w:rsidP="007111FB">
      <w:pPr>
        <w:pStyle w:val="ListParagraph"/>
        <w:snapToGrid w:val="0"/>
        <w:ind w:left="1800"/>
        <w:rPr>
          <w:b/>
          <w:bCs/>
          <w:sz w:val="22"/>
          <w:szCs w:val="22"/>
        </w:rPr>
      </w:pPr>
    </w:p>
    <w:p w14:paraId="7BD13D15" w14:textId="77777777" w:rsidR="007111FB" w:rsidRPr="00CD270B" w:rsidRDefault="007111FB" w:rsidP="004F54E8">
      <w:pPr>
        <w:contextualSpacing/>
        <w:rPr>
          <w:rFonts w:eastAsiaTheme="majorEastAsia"/>
          <w:b/>
          <w:bCs/>
          <w:color w:val="1F497D" w:themeColor="text2"/>
        </w:rPr>
      </w:pPr>
      <w:r w:rsidRPr="00CD270B">
        <w:rPr>
          <w:rFonts w:eastAsiaTheme="majorEastAsia"/>
          <w:b/>
          <w:bCs/>
          <w:color w:val="1F497D" w:themeColor="text2"/>
        </w:rPr>
        <w:lastRenderedPageBreak/>
        <w:t>Service to University, Marywood University, Scranton, PA</w:t>
      </w:r>
    </w:p>
    <w:p w14:paraId="25214312" w14:textId="77777777" w:rsidR="00BA4E3B" w:rsidRPr="00EA747C" w:rsidRDefault="00BA4E3B">
      <w:pPr>
        <w:pStyle w:val="NormalWeb"/>
        <w:numPr>
          <w:ilvl w:val="0"/>
          <w:numId w:val="32"/>
        </w:numPr>
        <w:spacing w:after="0" w:afterAutospacing="0"/>
        <w:contextualSpacing/>
        <w:rPr>
          <w:rStyle w:val="Strong"/>
          <w:rFonts w:eastAsiaTheme="majorEastAsia"/>
          <w:b w:val="0"/>
          <w:bCs w:val="0"/>
          <w:sz w:val="22"/>
          <w:szCs w:val="22"/>
        </w:rPr>
      </w:pPr>
      <w:r w:rsidRPr="00EA747C">
        <w:rPr>
          <w:rStyle w:val="Strong"/>
          <w:rFonts w:eastAsiaTheme="majorEastAsia"/>
          <w:sz w:val="22"/>
          <w:szCs w:val="22"/>
        </w:rPr>
        <w:t>Membe</w:t>
      </w:r>
      <w:r w:rsidRPr="00EA747C">
        <w:rPr>
          <w:rStyle w:val="Strong"/>
          <w:rFonts w:eastAsiaTheme="majorEastAsia"/>
          <w:b w:val="0"/>
          <w:bCs w:val="0"/>
          <w:sz w:val="22"/>
          <w:szCs w:val="22"/>
        </w:rPr>
        <w:t>r, Rank &amp; Tenure Committee, August 2022- May 2023</w:t>
      </w:r>
    </w:p>
    <w:p w14:paraId="0816C75C" w14:textId="77777777" w:rsidR="00253AEB" w:rsidRPr="00EA747C" w:rsidRDefault="00253AEB">
      <w:pPr>
        <w:pStyle w:val="NormalWeb"/>
        <w:numPr>
          <w:ilvl w:val="1"/>
          <w:numId w:val="26"/>
        </w:numPr>
        <w:spacing w:after="0" w:afterAutospacing="0"/>
        <w:contextualSpacing/>
        <w:rPr>
          <w:rFonts w:eastAsiaTheme="majorEastAsia"/>
          <w:b/>
          <w:bCs/>
          <w:sz w:val="22"/>
          <w:szCs w:val="22"/>
        </w:rPr>
      </w:pPr>
      <w:r w:rsidRPr="00EA747C">
        <w:rPr>
          <w:sz w:val="22"/>
          <w:szCs w:val="22"/>
        </w:rPr>
        <w:t>Reviewed faculty files seeking pre-tenure review, tenure, and promotion across the university, and prepared official committee reports submitted to candidates.</w:t>
      </w:r>
    </w:p>
    <w:p w14:paraId="6CEAC247" w14:textId="77777777" w:rsidR="00EA747C" w:rsidRDefault="00EA747C">
      <w:pPr>
        <w:pStyle w:val="NormalWeb"/>
        <w:numPr>
          <w:ilvl w:val="1"/>
          <w:numId w:val="26"/>
        </w:numPr>
        <w:spacing w:after="0" w:afterAutospacing="0"/>
        <w:contextualSpacing/>
        <w:rPr>
          <w:rFonts w:eastAsiaTheme="majorEastAsia"/>
          <w:b/>
          <w:bCs/>
          <w:sz w:val="22"/>
          <w:szCs w:val="22"/>
        </w:rPr>
      </w:pPr>
      <w:r w:rsidRPr="00EA747C">
        <w:rPr>
          <w:sz w:val="22"/>
          <w:szCs w:val="22"/>
        </w:rPr>
        <w:t xml:space="preserve">Served on the Scholarship Subcommittee to update </w:t>
      </w:r>
      <w:r w:rsidR="0076704F">
        <w:rPr>
          <w:sz w:val="22"/>
          <w:szCs w:val="22"/>
        </w:rPr>
        <w:t xml:space="preserve">University’s </w:t>
      </w:r>
      <w:r w:rsidRPr="00EA747C">
        <w:rPr>
          <w:sz w:val="22"/>
          <w:szCs w:val="22"/>
        </w:rPr>
        <w:t>scholarship guidelines and revise review criteria to align with university standards and disciplinary expectations</w:t>
      </w:r>
      <w:r w:rsidRPr="00EA747C">
        <w:rPr>
          <w:rFonts w:eastAsiaTheme="majorEastAsia"/>
          <w:b/>
          <w:bCs/>
          <w:sz w:val="22"/>
          <w:szCs w:val="22"/>
        </w:rPr>
        <w:t>.</w:t>
      </w:r>
    </w:p>
    <w:p w14:paraId="052BFDEE" w14:textId="77777777" w:rsidR="00C16290" w:rsidRPr="00463DB9" w:rsidRDefault="00C16290">
      <w:pPr>
        <w:pStyle w:val="ListParagraph"/>
        <w:numPr>
          <w:ilvl w:val="0"/>
          <w:numId w:val="26"/>
        </w:numPr>
        <w:snapToGrid w:val="0"/>
        <w:rPr>
          <w:sz w:val="22"/>
          <w:szCs w:val="22"/>
        </w:rPr>
      </w:pPr>
      <w:r w:rsidRPr="00463DB9">
        <w:rPr>
          <w:rStyle w:val="Strong"/>
          <w:sz w:val="22"/>
          <w:szCs w:val="22"/>
        </w:rPr>
        <w:t>Member</w:t>
      </w:r>
      <w:r w:rsidRPr="00463DB9">
        <w:rPr>
          <w:sz w:val="22"/>
          <w:szCs w:val="22"/>
        </w:rPr>
        <w:t>, Graduate Curriculum Committee, 2014 – Fall 20</w:t>
      </w:r>
      <w:r w:rsidR="00615883">
        <w:rPr>
          <w:sz w:val="22"/>
          <w:szCs w:val="22"/>
        </w:rPr>
        <w:t>20</w:t>
      </w:r>
    </w:p>
    <w:p w14:paraId="03B948BD" w14:textId="77777777" w:rsidR="00C16290" w:rsidRDefault="00C16290">
      <w:pPr>
        <w:pStyle w:val="ListParagraph"/>
        <w:numPr>
          <w:ilvl w:val="1"/>
          <w:numId w:val="26"/>
        </w:numPr>
        <w:snapToGrid w:val="0"/>
        <w:rPr>
          <w:sz w:val="22"/>
          <w:szCs w:val="22"/>
        </w:rPr>
      </w:pPr>
      <w:r w:rsidRPr="00463DB9">
        <w:rPr>
          <w:sz w:val="22"/>
          <w:szCs w:val="22"/>
        </w:rPr>
        <w:t xml:space="preserve">Reviewed </w:t>
      </w:r>
      <w:r w:rsidR="002E63DE">
        <w:rPr>
          <w:sz w:val="22"/>
          <w:szCs w:val="22"/>
        </w:rPr>
        <w:t>proposals</w:t>
      </w:r>
      <w:r w:rsidRPr="00463DB9">
        <w:rPr>
          <w:sz w:val="22"/>
          <w:szCs w:val="22"/>
        </w:rPr>
        <w:t xml:space="preserve"> for graduate-level programs</w:t>
      </w:r>
      <w:r w:rsidR="002E63DE">
        <w:rPr>
          <w:sz w:val="22"/>
          <w:szCs w:val="22"/>
        </w:rPr>
        <w:t xml:space="preserve"> and make recommendations for new programs</w:t>
      </w:r>
    </w:p>
    <w:p w14:paraId="762833C1" w14:textId="77777777" w:rsidR="002E63DE" w:rsidRDefault="002E63DE">
      <w:pPr>
        <w:pStyle w:val="ListParagraph"/>
        <w:numPr>
          <w:ilvl w:val="1"/>
          <w:numId w:val="26"/>
        </w:numPr>
        <w:snapToGrid w:val="0"/>
        <w:rPr>
          <w:sz w:val="22"/>
          <w:szCs w:val="22"/>
        </w:rPr>
      </w:pPr>
      <w:r>
        <w:rPr>
          <w:sz w:val="22"/>
          <w:szCs w:val="22"/>
        </w:rPr>
        <w:t>Approve graduate level curriculum changes proposed by each college including new programs, new courses, and any substantive modifications of current courses.</w:t>
      </w:r>
    </w:p>
    <w:p w14:paraId="7F565CAF" w14:textId="77777777" w:rsidR="002E63DE" w:rsidRPr="00463DB9" w:rsidRDefault="002E63DE">
      <w:pPr>
        <w:pStyle w:val="ListParagraph"/>
        <w:numPr>
          <w:ilvl w:val="1"/>
          <w:numId w:val="26"/>
        </w:numPr>
        <w:snapToGrid w:val="0"/>
        <w:rPr>
          <w:sz w:val="22"/>
          <w:szCs w:val="22"/>
        </w:rPr>
      </w:pPr>
      <w:r>
        <w:rPr>
          <w:sz w:val="22"/>
          <w:szCs w:val="22"/>
        </w:rPr>
        <w:t>Examining existing programs and courses to minimize duplication of course content, and review as necessary the internal program or college evaluation process</w:t>
      </w:r>
      <w:r w:rsidR="00342F23">
        <w:rPr>
          <w:sz w:val="22"/>
          <w:szCs w:val="22"/>
        </w:rPr>
        <w:t xml:space="preserve">, including outcomes and assessments. </w:t>
      </w:r>
    </w:p>
    <w:p w14:paraId="2F2EA33B" w14:textId="77777777" w:rsidR="00C16290" w:rsidRPr="00463DB9" w:rsidRDefault="00C16290">
      <w:pPr>
        <w:pStyle w:val="ListParagraph"/>
        <w:numPr>
          <w:ilvl w:val="0"/>
          <w:numId w:val="26"/>
        </w:numPr>
        <w:snapToGrid w:val="0"/>
        <w:rPr>
          <w:sz w:val="22"/>
          <w:szCs w:val="22"/>
        </w:rPr>
      </w:pPr>
      <w:r w:rsidRPr="00463DB9">
        <w:rPr>
          <w:rStyle w:val="Strong"/>
          <w:sz w:val="22"/>
          <w:szCs w:val="22"/>
        </w:rPr>
        <w:t>Member</w:t>
      </w:r>
      <w:r w:rsidRPr="00463DB9">
        <w:rPr>
          <w:sz w:val="22"/>
          <w:szCs w:val="22"/>
        </w:rPr>
        <w:t>, Grade Appeal Committee, Spring 2015- Spring 2016</w:t>
      </w:r>
    </w:p>
    <w:p w14:paraId="2B38D970" w14:textId="77777777" w:rsidR="00C16290" w:rsidRPr="00C16290" w:rsidRDefault="00C16290">
      <w:pPr>
        <w:pStyle w:val="ListParagraph"/>
        <w:numPr>
          <w:ilvl w:val="1"/>
          <w:numId w:val="26"/>
        </w:numPr>
        <w:snapToGrid w:val="0"/>
        <w:rPr>
          <w:sz w:val="22"/>
          <w:szCs w:val="22"/>
        </w:rPr>
      </w:pPr>
      <w:r w:rsidRPr="00463DB9">
        <w:rPr>
          <w:sz w:val="22"/>
          <w:szCs w:val="22"/>
        </w:rPr>
        <w:t>Served on a review panel for student academic appeals related to course grades.</w:t>
      </w:r>
    </w:p>
    <w:p w14:paraId="3EFA70B5" w14:textId="77777777" w:rsidR="003F33E3" w:rsidRPr="00EA747C" w:rsidRDefault="00D541D3">
      <w:pPr>
        <w:pStyle w:val="NormalWeb"/>
        <w:numPr>
          <w:ilvl w:val="0"/>
          <w:numId w:val="25"/>
        </w:numPr>
        <w:spacing w:before="0" w:beforeAutospacing="0"/>
        <w:rPr>
          <w:rFonts w:eastAsiaTheme="majorEastAsia"/>
          <w:sz w:val="22"/>
          <w:szCs w:val="22"/>
        </w:rPr>
      </w:pPr>
      <w:r w:rsidRPr="00EA747C">
        <w:rPr>
          <w:rStyle w:val="Strong"/>
          <w:sz w:val="22"/>
          <w:szCs w:val="22"/>
        </w:rPr>
        <w:t>Faculty Leader</w:t>
      </w:r>
      <w:r w:rsidRPr="00EA747C">
        <w:rPr>
          <w:sz w:val="22"/>
          <w:szCs w:val="22"/>
        </w:rPr>
        <w:t>, Study Abroad Program to Mumbai, India, Summer 2017</w:t>
      </w:r>
    </w:p>
    <w:p w14:paraId="28C2B37C" w14:textId="77777777" w:rsidR="00C16290" w:rsidRPr="001843C7" w:rsidRDefault="00D541D3">
      <w:pPr>
        <w:pStyle w:val="NormalWeb"/>
        <w:numPr>
          <w:ilvl w:val="1"/>
          <w:numId w:val="25"/>
        </w:numPr>
        <w:spacing w:before="0" w:beforeAutospacing="0"/>
        <w:rPr>
          <w:rFonts w:eastAsiaTheme="majorEastAsia"/>
          <w:sz w:val="22"/>
          <w:szCs w:val="22"/>
        </w:rPr>
      </w:pPr>
      <w:r w:rsidRPr="00EA747C">
        <w:rPr>
          <w:sz w:val="22"/>
          <w:szCs w:val="22"/>
        </w:rPr>
        <w:t>Coordinated and led a 12-day international learning experience focused on global social issues and culturally grounded social work interventions. Facilitated cross-cultural learning and student engagement with local NGOs and academic institutions.</w:t>
      </w:r>
    </w:p>
    <w:p w14:paraId="506C6CD2" w14:textId="77777777" w:rsidR="00D541D3" w:rsidRPr="00EA747C" w:rsidRDefault="00D541D3">
      <w:pPr>
        <w:pStyle w:val="NormalWeb"/>
        <w:numPr>
          <w:ilvl w:val="0"/>
          <w:numId w:val="25"/>
        </w:numPr>
        <w:rPr>
          <w:sz w:val="22"/>
          <w:szCs w:val="22"/>
        </w:rPr>
      </w:pPr>
      <w:r w:rsidRPr="00EA747C">
        <w:rPr>
          <w:rStyle w:val="Strong"/>
          <w:sz w:val="22"/>
          <w:szCs w:val="22"/>
        </w:rPr>
        <w:t>Guest Lecturer</w:t>
      </w:r>
      <w:r w:rsidRPr="00EA747C">
        <w:rPr>
          <w:sz w:val="22"/>
          <w:szCs w:val="22"/>
        </w:rPr>
        <w:t>, Interdisciplinary Courses (while affiliated with Marywood University):</w:t>
      </w:r>
    </w:p>
    <w:p w14:paraId="6A9786C8" w14:textId="77777777" w:rsidR="00D541D3" w:rsidRPr="00EA747C" w:rsidRDefault="00D541D3">
      <w:pPr>
        <w:pStyle w:val="NormalWeb"/>
        <w:numPr>
          <w:ilvl w:val="1"/>
          <w:numId w:val="25"/>
        </w:numPr>
        <w:rPr>
          <w:sz w:val="22"/>
          <w:szCs w:val="22"/>
        </w:rPr>
      </w:pPr>
      <w:r w:rsidRPr="00EA747C">
        <w:rPr>
          <w:rStyle w:val="Emphasis"/>
          <w:sz w:val="22"/>
          <w:szCs w:val="22"/>
        </w:rPr>
        <w:t>SW 311L – Social Work Research II</w:t>
      </w:r>
      <w:r w:rsidRPr="00EA747C">
        <w:rPr>
          <w:sz w:val="22"/>
          <w:szCs w:val="22"/>
        </w:rPr>
        <w:t>, Spring 2017</w:t>
      </w:r>
    </w:p>
    <w:p w14:paraId="521AA655" w14:textId="77777777" w:rsidR="00D541D3" w:rsidRPr="00EA747C" w:rsidRDefault="00D541D3">
      <w:pPr>
        <w:pStyle w:val="NormalWeb"/>
        <w:numPr>
          <w:ilvl w:val="1"/>
          <w:numId w:val="25"/>
        </w:numPr>
        <w:rPr>
          <w:sz w:val="22"/>
          <w:szCs w:val="22"/>
        </w:rPr>
      </w:pPr>
      <w:r w:rsidRPr="00EA747C">
        <w:rPr>
          <w:rStyle w:val="Emphasis"/>
          <w:sz w:val="22"/>
          <w:szCs w:val="22"/>
        </w:rPr>
        <w:t>RST – Women and Religion</w:t>
      </w:r>
      <w:r w:rsidRPr="00EA747C">
        <w:rPr>
          <w:sz w:val="22"/>
          <w:szCs w:val="22"/>
        </w:rPr>
        <w:t>, Fall 2018</w:t>
      </w:r>
    </w:p>
    <w:p w14:paraId="636BF87F" w14:textId="77777777" w:rsidR="00D541D3" w:rsidRPr="00EA747C" w:rsidRDefault="00D541D3">
      <w:pPr>
        <w:pStyle w:val="NormalWeb"/>
        <w:numPr>
          <w:ilvl w:val="1"/>
          <w:numId w:val="25"/>
        </w:numPr>
        <w:rPr>
          <w:sz w:val="22"/>
          <w:szCs w:val="22"/>
        </w:rPr>
      </w:pPr>
      <w:r w:rsidRPr="00EA747C">
        <w:rPr>
          <w:rStyle w:val="Emphasis"/>
          <w:sz w:val="22"/>
          <w:szCs w:val="22"/>
        </w:rPr>
        <w:t>WST 100 – Women, Gender, Society</w:t>
      </w:r>
      <w:r w:rsidRPr="00EA747C">
        <w:rPr>
          <w:sz w:val="22"/>
          <w:szCs w:val="22"/>
        </w:rPr>
        <w:t xml:space="preserve">, </w:t>
      </w:r>
      <w:r w:rsidR="001843C7">
        <w:rPr>
          <w:sz w:val="22"/>
          <w:szCs w:val="22"/>
        </w:rPr>
        <w:t xml:space="preserve">School of Social Transformation, </w:t>
      </w:r>
      <w:r w:rsidRPr="00EA747C">
        <w:rPr>
          <w:sz w:val="22"/>
          <w:szCs w:val="22"/>
        </w:rPr>
        <w:t xml:space="preserve">Arizona State University, Spring 2018 </w:t>
      </w:r>
    </w:p>
    <w:p w14:paraId="40291660" w14:textId="77777777" w:rsidR="003F33E3" w:rsidRPr="00EA747C" w:rsidRDefault="00D541D3">
      <w:pPr>
        <w:pStyle w:val="NormalWeb"/>
        <w:numPr>
          <w:ilvl w:val="0"/>
          <w:numId w:val="25"/>
        </w:numPr>
        <w:rPr>
          <w:sz w:val="22"/>
          <w:szCs w:val="22"/>
        </w:rPr>
      </w:pPr>
      <w:r w:rsidRPr="00EA747C">
        <w:rPr>
          <w:rStyle w:val="Strong"/>
          <w:sz w:val="22"/>
          <w:szCs w:val="22"/>
        </w:rPr>
        <w:t>Faculty Mentor</w:t>
      </w:r>
      <w:r w:rsidRPr="00EA747C">
        <w:rPr>
          <w:sz w:val="22"/>
          <w:szCs w:val="22"/>
        </w:rPr>
        <w:t>, New Faculty Orientation Program, Fall 2017</w:t>
      </w:r>
    </w:p>
    <w:p w14:paraId="034C2C7B" w14:textId="77777777" w:rsidR="00D541D3" w:rsidRPr="00EA747C" w:rsidRDefault="00D541D3">
      <w:pPr>
        <w:pStyle w:val="NormalWeb"/>
        <w:numPr>
          <w:ilvl w:val="1"/>
          <w:numId w:val="25"/>
        </w:numPr>
        <w:rPr>
          <w:sz w:val="22"/>
          <w:szCs w:val="22"/>
        </w:rPr>
      </w:pPr>
      <w:r w:rsidRPr="00EA747C">
        <w:rPr>
          <w:sz w:val="22"/>
          <w:szCs w:val="22"/>
        </w:rPr>
        <w:t>Supported onboarding of new faculty members through peer mentoring and institutional navigation.</w:t>
      </w:r>
    </w:p>
    <w:p w14:paraId="1C5328BA" w14:textId="77777777" w:rsidR="003F33E3" w:rsidRPr="00EA747C" w:rsidRDefault="00D541D3">
      <w:pPr>
        <w:pStyle w:val="NormalWeb"/>
        <w:numPr>
          <w:ilvl w:val="0"/>
          <w:numId w:val="25"/>
        </w:numPr>
        <w:rPr>
          <w:sz w:val="22"/>
          <w:szCs w:val="22"/>
        </w:rPr>
      </w:pPr>
      <w:r w:rsidRPr="00EA747C">
        <w:rPr>
          <w:rStyle w:val="Strong"/>
          <w:sz w:val="22"/>
          <w:szCs w:val="22"/>
        </w:rPr>
        <w:t>Volunteer</w:t>
      </w:r>
      <w:r w:rsidRPr="00EA747C">
        <w:rPr>
          <w:sz w:val="22"/>
          <w:szCs w:val="22"/>
        </w:rPr>
        <w:t>, Flapjack Fest Community Event, Fall 2016</w:t>
      </w:r>
    </w:p>
    <w:p w14:paraId="3D4E2A56" w14:textId="77777777" w:rsidR="003F33E3" w:rsidRPr="00EA747C" w:rsidRDefault="00D541D3">
      <w:pPr>
        <w:pStyle w:val="NormalWeb"/>
        <w:numPr>
          <w:ilvl w:val="1"/>
          <w:numId w:val="25"/>
        </w:numPr>
        <w:rPr>
          <w:sz w:val="22"/>
          <w:szCs w:val="22"/>
        </w:rPr>
      </w:pPr>
      <w:r w:rsidRPr="00EA747C">
        <w:rPr>
          <w:sz w:val="22"/>
          <w:szCs w:val="22"/>
        </w:rPr>
        <w:t>Participated in university-sponsored community engagement initiative supporting local outreach.</w:t>
      </w:r>
    </w:p>
    <w:p w14:paraId="7ABAE9A6" w14:textId="77777777" w:rsidR="00B72361" w:rsidRPr="00CD270B" w:rsidRDefault="00CD270B" w:rsidP="00B72361">
      <w:pPr>
        <w:snapToGrid w:val="0"/>
        <w:rPr>
          <w:rFonts w:eastAsiaTheme="majorEastAsia"/>
          <w:b/>
          <w:bCs/>
          <w:color w:val="1F497D" w:themeColor="text2"/>
        </w:rPr>
      </w:pPr>
      <w:r w:rsidRPr="00CD270B">
        <w:rPr>
          <w:rFonts w:eastAsiaTheme="majorEastAsia"/>
          <w:b/>
          <w:bCs/>
          <w:color w:val="1F497D" w:themeColor="text2"/>
        </w:rPr>
        <w:t xml:space="preserve">SERVICE TO COMMUNITY/PROFESSIONAL ADVOCACY </w:t>
      </w:r>
    </w:p>
    <w:p w14:paraId="6FA27F49" w14:textId="77777777" w:rsidR="00463DB9" w:rsidRDefault="00463DB9" w:rsidP="00B72361">
      <w:pPr>
        <w:snapToGrid w:val="0"/>
        <w:rPr>
          <w:rFonts w:eastAsiaTheme="majorEastAsia"/>
          <w:b/>
          <w:bCs/>
          <w:color w:val="4F81BD" w:themeColor="accent1"/>
          <w:sz w:val="26"/>
          <w:szCs w:val="26"/>
        </w:rPr>
      </w:pPr>
    </w:p>
    <w:p w14:paraId="47FA08A2" w14:textId="77777777" w:rsidR="00EA747C" w:rsidRPr="00B72361" w:rsidRDefault="00EA747C">
      <w:pPr>
        <w:pStyle w:val="ListParagraph"/>
        <w:numPr>
          <w:ilvl w:val="0"/>
          <w:numId w:val="33"/>
        </w:numPr>
        <w:snapToGrid w:val="0"/>
        <w:rPr>
          <w:rFonts w:eastAsiaTheme="majorEastAsia"/>
          <w:sz w:val="22"/>
          <w:szCs w:val="22"/>
        </w:rPr>
      </w:pPr>
      <w:r w:rsidRPr="00B72361">
        <w:rPr>
          <w:rStyle w:val="Strong"/>
          <w:rFonts w:eastAsiaTheme="majorEastAsia"/>
          <w:sz w:val="22"/>
          <w:szCs w:val="22"/>
        </w:rPr>
        <w:t>Chair</w:t>
      </w:r>
      <w:r w:rsidR="007876EA">
        <w:rPr>
          <w:rStyle w:val="Strong"/>
          <w:rFonts w:eastAsiaTheme="majorEastAsia"/>
          <w:b w:val="0"/>
          <w:bCs w:val="0"/>
          <w:sz w:val="22"/>
          <w:szCs w:val="22"/>
        </w:rPr>
        <w:t xml:space="preserve"> </w:t>
      </w:r>
      <w:r w:rsidR="007876EA" w:rsidRPr="007876EA">
        <w:rPr>
          <w:rStyle w:val="Strong"/>
          <w:rFonts w:eastAsiaTheme="majorEastAsia"/>
          <w:sz w:val="22"/>
          <w:szCs w:val="22"/>
        </w:rPr>
        <w:t>&amp; Co-Founder</w:t>
      </w:r>
      <w:r w:rsidR="007876EA">
        <w:rPr>
          <w:rStyle w:val="Strong"/>
          <w:rFonts w:eastAsiaTheme="majorEastAsia"/>
          <w:b w:val="0"/>
          <w:bCs w:val="0"/>
          <w:sz w:val="22"/>
          <w:szCs w:val="22"/>
        </w:rPr>
        <w:t xml:space="preserve">, </w:t>
      </w:r>
      <w:r w:rsidRPr="00B72361">
        <w:rPr>
          <w:rStyle w:val="Strong"/>
          <w:rFonts w:eastAsiaTheme="majorEastAsia"/>
          <w:b w:val="0"/>
          <w:bCs w:val="0"/>
          <w:sz w:val="22"/>
          <w:szCs w:val="22"/>
        </w:rPr>
        <w:t xml:space="preserve">Human Trafficking </w:t>
      </w:r>
      <w:r w:rsidR="007876EA">
        <w:rPr>
          <w:rStyle w:val="Strong"/>
          <w:rFonts w:eastAsiaTheme="majorEastAsia"/>
          <w:b w:val="0"/>
          <w:bCs w:val="0"/>
          <w:sz w:val="22"/>
          <w:szCs w:val="22"/>
        </w:rPr>
        <w:t xml:space="preserve">Awareness and </w:t>
      </w:r>
      <w:r w:rsidRPr="00B72361">
        <w:rPr>
          <w:rStyle w:val="Strong"/>
          <w:rFonts w:eastAsiaTheme="majorEastAsia"/>
          <w:b w:val="0"/>
          <w:bCs w:val="0"/>
          <w:sz w:val="22"/>
          <w:szCs w:val="22"/>
        </w:rPr>
        <w:t>Planning Committee</w:t>
      </w:r>
      <w:r w:rsidRPr="00B72361">
        <w:rPr>
          <w:b/>
          <w:bCs/>
          <w:sz w:val="22"/>
          <w:szCs w:val="22"/>
        </w:rPr>
        <w:t xml:space="preserve">, </w:t>
      </w:r>
      <w:r w:rsidRPr="00B72361">
        <w:rPr>
          <w:i/>
          <w:iCs/>
          <w:sz w:val="22"/>
          <w:szCs w:val="22"/>
        </w:rPr>
        <w:t>Marywood University</w:t>
      </w:r>
      <w:r w:rsidRPr="00B72361">
        <w:rPr>
          <w:sz w:val="22"/>
          <w:szCs w:val="22"/>
        </w:rPr>
        <w:t xml:space="preserve"> (201</w:t>
      </w:r>
      <w:r w:rsidR="007876EA">
        <w:rPr>
          <w:sz w:val="22"/>
          <w:szCs w:val="22"/>
        </w:rPr>
        <w:t>3</w:t>
      </w:r>
      <w:r w:rsidRPr="00B72361">
        <w:rPr>
          <w:sz w:val="22"/>
          <w:szCs w:val="22"/>
        </w:rPr>
        <w:t xml:space="preserve"> –</w:t>
      </w:r>
      <w:r w:rsidR="00864751">
        <w:rPr>
          <w:sz w:val="22"/>
          <w:szCs w:val="22"/>
        </w:rPr>
        <w:t xml:space="preserve">Spring </w:t>
      </w:r>
      <w:r w:rsidRPr="00B72361">
        <w:rPr>
          <w:sz w:val="22"/>
          <w:szCs w:val="22"/>
        </w:rPr>
        <w:t>20</w:t>
      </w:r>
      <w:r w:rsidR="00864751">
        <w:rPr>
          <w:sz w:val="22"/>
          <w:szCs w:val="22"/>
        </w:rPr>
        <w:t>19</w:t>
      </w:r>
      <w:r w:rsidRPr="00B72361">
        <w:rPr>
          <w:sz w:val="22"/>
          <w:szCs w:val="22"/>
        </w:rPr>
        <w:t>)</w:t>
      </w:r>
    </w:p>
    <w:p w14:paraId="5E2A0518" w14:textId="77777777" w:rsidR="00EA747C" w:rsidRPr="00B72361" w:rsidRDefault="00EA747C">
      <w:pPr>
        <w:pStyle w:val="NormalWeb"/>
        <w:numPr>
          <w:ilvl w:val="1"/>
          <w:numId w:val="26"/>
        </w:numPr>
        <w:snapToGrid w:val="0"/>
        <w:spacing w:after="0" w:afterAutospacing="0"/>
        <w:contextualSpacing/>
        <w:rPr>
          <w:rFonts w:eastAsiaTheme="majorEastAsia"/>
          <w:b/>
          <w:bCs/>
          <w:sz w:val="22"/>
          <w:szCs w:val="22"/>
        </w:rPr>
      </w:pPr>
      <w:r w:rsidRPr="00B72361">
        <w:rPr>
          <w:sz w:val="22"/>
          <w:szCs w:val="22"/>
        </w:rPr>
        <w:t xml:space="preserve">Chaired and coordinated seven consecutive Annual Human Trafficking Awareness Events (2014–2020), advancing public education and social justice advocacy through campus-community partnerships. </w:t>
      </w:r>
    </w:p>
    <w:p w14:paraId="0D12462F" w14:textId="77777777" w:rsidR="00EA747C" w:rsidRPr="00B72361" w:rsidRDefault="00EA747C">
      <w:pPr>
        <w:pStyle w:val="NormalWeb"/>
        <w:numPr>
          <w:ilvl w:val="1"/>
          <w:numId w:val="26"/>
        </w:numPr>
        <w:snapToGrid w:val="0"/>
        <w:spacing w:before="0" w:beforeAutospacing="0" w:after="0" w:afterAutospacing="0"/>
        <w:contextualSpacing/>
        <w:rPr>
          <w:rFonts w:eastAsiaTheme="majorEastAsia"/>
          <w:b/>
          <w:bCs/>
          <w:sz w:val="22"/>
          <w:szCs w:val="22"/>
        </w:rPr>
      </w:pPr>
      <w:r w:rsidRPr="00B72361">
        <w:rPr>
          <w:sz w:val="22"/>
          <w:szCs w:val="22"/>
        </w:rPr>
        <w:t>Events received recognition and media coverage in regional news, academic networks, and local business and outreach organizations:</w:t>
      </w:r>
    </w:p>
    <w:p w14:paraId="111B3219" w14:textId="77777777" w:rsidR="00EA747C" w:rsidRPr="00B72361" w:rsidRDefault="00EA747C">
      <w:pPr>
        <w:pStyle w:val="NormalWeb"/>
        <w:numPr>
          <w:ilvl w:val="2"/>
          <w:numId w:val="25"/>
        </w:numPr>
        <w:spacing w:before="0" w:beforeAutospacing="0"/>
        <w:rPr>
          <w:rFonts w:eastAsiaTheme="majorEastAsia"/>
          <w:b/>
          <w:bCs/>
          <w:sz w:val="22"/>
          <w:szCs w:val="22"/>
        </w:rPr>
      </w:pPr>
      <w:r w:rsidRPr="00B72361">
        <w:rPr>
          <w:rStyle w:val="Emphasis"/>
          <w:rFonts w:eastAsiaTheme="majorEastAsia"/>
          <w:sz w:val="22"/>
          <w:szCs w:val="22"/>
        </w:rPr>
        <w:lastRenderedPageBreak/>
        <w:t>Abington Journal</w:t>
      </w:r>
      <w:r w:rsidRPr="00B72361">
        <w:rPr>
          <w:sz w:val="22"/>
          <w:szCs w:val="22"/>
        </w:rPr>
        <w:t xml:space="preserve"> – </w:t>
      </w:r>
      <w:hyperlink r:id="rId27" w:tgtFrame="_new" w:history="1">
        <w:r w:rsidRPr="00B72361">
          <w:rPr>
            <w:rStyle w:val="Hyperlink"/>
            <w:rFonts w:eastAsiaTheme="majorEastAsia"/>
            <w:sz w:val="22"/>
            <w:szCs w:val="22"/>
          </w:rPr>
          <w:t>Seventh Annual Human Trafficking Awareness Events</w:t>
        </w:r>
      </w:hyperlink>
    </w:p>
    <w:p w14:paraId="5B5DA553" w14:textId="77777777" w:rsidR="00EA747C" w:rsidRPr="00B72361" w:rsidRDefault="00EA747C">
      <w:pPr>
        <w:pStyle w:val="NormalWeb"/>
        <w:numPr>
          <w:ilvl w:val="2"/>
          <w:numId w:val="25"/>
        </w:numPr>
        <w:spacing w:before="0" w:beforeAutospacing="0"/>
        <w:rPr>
          <w:rFonts w:eastAsiaTheme="majorEastAsia"/>
          <w:b/>
          <w:bCs/>
          <w:sz w:val="22"/>
          <w:szCs w:val="22"/>
        </w:rPr>
      </w:pPr>
      <w:r w:rsidRPr="00B72361">
        <w:rPr>
          <w:rStyle w:val="Emphasis"/>
          <w:rFonts w:eastAsiaTheme="majorEastAsia"/>
          <w:sz w:val="22"/>
          <w:szCs w:val="22"/>
        </w:rPr>
        <w:t>FOX56 News</w:t>
      </w:r>
      <w:r w:rsidRPr="00B72361">
        <w:rPr>
          <w:sz w:val="22"/>
          <w:szCs w:val="22"/>
        </w:rPr>
        <w:t xml:space="preserve"> – </w:t>
      </w:r>
      <w:hyperlink r:id="rId28" w:tgtFrame="_new" w:history="1">
        <w:r w:rsidRPr="00B72361">
          <w:rPr>
            <w:rStyle w:val="Hyperlink"/>
            <w:rFonts w:eastAsiaTheme="majorEastAsia"/>
            <w:sz w:val="22"/>
            <w:szCs w:val="22"/>
          </w:rPr>
          <w:t>Human Trafficking Awareness</w:t>
        </w:r>
      </w:hyperlink>
    </w:p>
    <w:p w14:paraId="329C3C7E" w14:textId="77777777" w:rsidR="00EA747C" w:rsidRPr="00B72361" w:rsidRDefault="00EA747C">
      <w:pPr>
        <w:pStyle w:val="NormalWeb"/>
        <w:numPr>
          <w:ilvl w:val="2"/>
          <w:numId w:val="25"/>
        </w:numPr>
        <w:rPr>
          <w:rFonts w:eastAsiaTheme="majorEastAsia"/>
          <w:b/>
          <w:bCs/>
          <w:sz w:val="22"/>
          <w:szCs w:val="22"/>
        </w:rPr>
      </w:pPr>
      <w:r w:rsidRPr="00B72361">
        <w:rPr>
          <w:rStyle w:val="Emphasis"/>
          <w:rFonts w:eastAsiaTheme="majorEastAsia"/>
          <w:sz w:val="22"/>
          <w:szCs w:val="22"/>
        </w:rPr>
        <w:t>Penn State News</w:t>
      </w:r>
      <w:r w:rsidRPr="00B72361">
        <w:rPr>
          <w:sz w:val="22"/>
          <w:szCs w:val="22"/>
        </w:rPr>
        <w:t xml:space="preserve"> – </w:t>
      </w:r>
      <w:hyperlink r:id="rId29" w:tgtFrame="_new" w:history="1">
        <w:r w:rsidRPr="00B72361">
          <w:rPr>
            <w:rStyle w:val="Hyperlink"/>
            <w:rFonts w:eastAsiaTheme="majorEastAsia"/>
            <w:sz w:val="22"/>
            <w:szCs w:val="22"/>
          </w:rPr>
          <w:t>Sex work and trafficking lecture</w:t>
        </w:r>
      </w:hyperlink>
    </w:p>
    <w:p w14:paraId="2EC9715C" w14:textId="77777777" w:rsidR="00EA747C" w:rsidRPr="00B72361" w:rsidRDefault="00EA747C">
      <w:pPr>
        <w:pStyle w:val="NormalWeb"/>
        <w:numPr>
          <w:ilvl w:val="2"/>
          <w:numId w:val="25"/>
        </w:numPr>
        <w:rPr>
          <w:rFonts w:eastAsiaTheme="majorEastAsia"/>
          <w:b/>
          <w:bCs/>
          <w:sz w:val="22"/>
          <w:szCs w:val="22"/>
        </w:rPr>
      </w:pPr>
      <w:r w:rsidRPr="00B72361">
        <w:rPr>
          <w:rStyle w:val="Emphasis"/>
          <w:rFonts w:eastAsiaTheme="majorEastAsia"/>
          <w:sz w:val="22"/>
          <w:szCs w:val="22"/>
        </w:rPr>
        <w:t>Citizens’ Voice</w:t>
      </w:r>
      <w:r w:rsidRPr="00B72361">
        <w:rPr>
          <w:sz w:val="22"/>
          <w:szCs w:val="22"/>
        </w:rPr>
        <w:t xml:space="preserve"> – </w:t>
      </w:r>
      <w:hyperlink r:id="rId30" w:tgtFrame="_new" w:history="1">
        <w:r w:rsidRPr="00B72361">
          <w:rPr>
            <w:rStyle w:val="Hyperlink"/>
            <w:rFonts w:eastAsiaTheme="majorEastAsia"/>
            <w:sz w:val="22"/>
            <w:szCs w:val="22"/>
          </w:rPr>
          <w:t>Students spread awareness</w:t>
        </w:r>
      </w:hyperlink>
    </w:p>
    <w:p w14:paraId="010EAA1F" w14:textId="77777777" w:rsidR="00EA747C" w:rsidRPr="00B72361" w:rsidRDefault="00EA747C">
      <w:pPr>
        <w:pStyle w:val="NormalWeb"/>
        <w:numPr>
          <w:ilvl w:val="2"/>
          <w:numId w:val="25"/>
        </w:numPr>
        <w:rPr>
          <w:rFonts w:eastAsiaTheme="majorEastAsia"/>
          <w:b/>
          <w:bCs/>
          <w:sz w:val="22"/>
          <w:szCs w:val="22"/>
        </w:rPr>
      </w:pPr>
      <w:r w:rsidRPr="00B72361">
        <w:rPr>
          <w:rStyle w:val="Emphasis"/>
          <w:rFonts w:eastAsiaTheme="majorEastAsia"/>
          <w:sz w:val="22"/>
          <w:szCs w:val="22"/>
        </w:rPr>
        <w:t>Times Leader</w:t>
      </w:r>
      <w:r w:rsidRPr="00B72361">
        <w:rPr>
          <w:sz w:val="22"/>
          <w:szCs w:val="22"/>
        </w:rPr>
        <w:t xml:space="preserve"> – </w:t>
      </w:r>
      <w:hyperlink r:id="rId31" w:tgtFrame="_new" w:history="1">
        <w:r w:rsidRPr="00B72361">
          <w:rPr>
            <w:rStyle w:val="Hyperlink"/>
            <w:rFonts w:eastAsiaTheme="majorEastAsia"/>
            <w:sz w:val="22"/>
            <w:szCs w:val="22"/>
          </w:rPr>
          <w:t>Awareness events at Marywood</w:t>
        </w:r>
      </w:hyperlink>
    </w:p>
    <w:p w14:paraId="2AA1169E" w14:textId="77777777" w:rsidR="00EA747C" w:rsidRPr="00B72361" w:rsidRDefault="00EA747C">
      <w:pPr>
        <w:pStyle w:val="NormalWeb"/>
        <w:numPr>
          <w:ilvl w:val="2"/>
          <w:numId w:val="25"/>
        </w:numPr>
        <w:rPr>
          <w:rFonts w:eastAsiaTheme="majorEastAsia"/>
          <w:b/>
          <w:bCs/>
          <w:sz w:val="22"/>
          <w:szCs w:val="22"/>
        </w:rPr>
      </w:pPr>
      <w:r w:rsidRPr="00B72361">
        <w:rPr>
          <w:rStyle w:val="Emphasis"/>
          <w:rFonts w:eastAsiaTheme="majorEastAsia"/>
          <w:sz w:val="22"/>
          <w:szCs w:val="22"/>
        </w:rPr>
        <w:t>YouTube</w:t>
      </w:r>
      <w:r w:rsidRPr="00B72361">
        <w:rPr>
          <w:sz w:val="22"/>
          <w:szCs w:val="22"/>
        </w:rPr>
        <w:t xml:space="preserve"> – </w:t>
      </w:r>
      <w:hyperlink r:id="rId32" w:tgtFrame="_new" w:history="1">
        <w:r w:rsidRPr="00B72361">
          <w:rPr>
            <w:rStyle w:val="Hyperlink"/>
            <w:rFonts w:eastAsiaTheme="majorEastAsia"/>
            <w:sz w:val="22"/>
            <w:szCs w:val="22"/>
          </w:rPr>
          <w:t>Human Trafficking Awareness Coverage (video)</w:t>
        </w:r>
      </w:hyperlink>
    </w:p>
    <w:p w14:paraId="00ED7D73" w14:textId="77777777" w:rsidR="00EA747C" w:rsidRPr="00B72361" w:rsidRDefault="00EA747C">
      <w:pPr>
        <w:pStyle w:val="NormalWeb"/>
        <w:numPr>
          <w:ilvl w:val="2"/>
          <w:numId w:val="25"/>
        </w:numPr>
        <w:rPr>
          <w:rFonts w:eastAsiaTheme="majorEastAsia"/>
          <w:b/>
          <w:bCs/>
          <w:sz w:val="22"/>
          <w:szCs w:val="22"/>
        </w:rPr>
      </w:pPr>
      <w:r w:rsidRPr="00B72361">
        <w:rPr>
          <w:rStyle w:val="Emphasis"/>
          <w:rFonts w:eastAsiaTheme="majorEastAsia"/>
          <w:sz w:val="22"/>
          <w:szCs w:val="22"/>
        </w:rPr>
        <w:t>The Paper Shop Blog</w:t>
      </w:r>
      <w:r w:rsidRPr="00B72361">
        <w:rPr>
          <w:sz w:val="22"/>
          <w:szCs w:val="22"/>
        </w:rPr>
        <w:t xml:space="preserve"> – </w:t>
      </w:r>
      <w:hyperlink r:id="rId33" w:tgtFrame="_new" w:history="1">
        <w:r w:rsidRPr="00B72361">
          <w:rPr>
            <w:rStyle w:val="Hyperlink"/>
            <w:rFonts w:eastAsiaTheme="majorEastAsia"/>
            <w:sz w:val="22"/>
            <w:szCs w:val="22"/>
          </w:rPr>
          <w:t>Community Shout-Out</w:t>
        </w:r>
      </w:hyperlink>
    </w:p>
    <w:p w14:paraId="31F25FC9" w14:textId="77777777" w:rsidR="007876EA" w:rsidRPr="00463DB9" w:rsidRDefault="00EA747C">
      <w:pPr>
        <w:pStyle w:val="NormalWeb"/>
        <w:numPr>
          <w:ilvl w:val="2"/>
          <w:numId w:val="25"/>
        </w:numPr>
        <w:spacing w:before="0" w:beforeAutospacing="0" w:after="0" w:afterAutospacing="0"/>
        <w:contextualSpacing/>
        <w:rPr>
          <w:rFonts w:eastAsiaTheme="majorEastAsia"/>
          <w:b/>
          <w:bCs/>
          <w:sz w:val="22"/>
          <w:szCs w:val="22"/>
        </w:rPr>
      </w:pPr>
      <w:r w:rsidRPr="00B72361">
        <w:rPr>
          <w:rStyle w:val="Emphasis"/>
          <w:rFonts w:eastAsiaTheme="majorEastAsia"/>
          <w:sz w:val="22"/>
          <w:szCs w:val="22"/>
        </w:rPr>
        <w:t>Greater Scranton Chamber of Commerce</w:t>
      </w:r>
      <w:r w:rsidRPr="00B72361">
        <w:rPr>
          <w:sz w:val="22"/>
          <w:szCs w:val="22"/>
        </w:rPr>
        <w:t xml:space="preserve"> – </w:t>
      </w:r>
      <w:hyperlink r:id="rId34" w:tgtFrame="_new" w:history="1">
        <w:r w:rsidRPr="00B72361">
          <w:rPr>
            <w:rStyle w:val="Hyperlink"/>
            <w:rFonts w:eastAsiaTheme="majorEastAsia"/>
            <w:sz w:val="22"/>
            <w:szCs w:val="22"/>
          </w:rPr>
          <w:t>Profile/tag mention</w:t>
        </w:r>
      </w:hyperlink>
    </w:p>
    <w:p w14:paraId="3A516A4A" w14:textId="77777777" w:rsidR="00463DB9" w:rsidRPr="007876EA" w:rsidRDefault="00463DB9" w:rsidP="00463DB9">
      <w:pPr>
        <w:pStyle w:val="NormalWeb"/>
        <w:spacing w:before="0" w:beforeAutospacing="0" w:after="0" w:afterAutospacing="0"/>
        <w:ind w:left="2160"/>
        <w:contextualSpacing/>
        <w:rPr>
          <w:rFonts w:eastAsiaTheme="majorEastAsia"/>
          <w:b/>
          <w:bCs/>
          <w:sz w:val="22"/>
          <w:szCs w:val="22"/>
        </w:rPr>
      </w:pPr>
    </w:p>
    <w:p w14:paraId="6067726C" w14:textId="77777777" w:rsidR="007876EA" w:rsidRPr="007876EA" w:rsidRDefault="007876EA">
      <w:pPr>
        <w:pStyle w:val="NormalWeb"/>
        <w:numPr>
          <w:ilvl w:val="0"/>
          <w:numId w:val="25"/>
        </w:numPr>
        <w:contextualSpacing/>
        <w:rPr>
          <w:sz w:val="22"/>
          <w:szCs w:val="22"/>
        </w:rPr>
      </w:pPr>
      <w:r w:rsidRPr="007876EA">
        <w:rPr>
          <w:rStyle w:val="Strong"/>
          <w:sz w:val="22"/>
          <w:szCs w:val="22"/>
        </w:rPr>
        <w:t xml:space="preserve">University Coordinator for </w:t>
      </w:r>
      <w:r w:rsidR="00EF33F7" w:rsidRPr="007876EA">
        <w:rPr>
          <w:rStyle w:val="Strong"/>
          <w:sz w:val="22"/>
          <w:szCs w:val="22"/>
        </w:rPr>
        <w:t>Northeast Pennsylvania Against (NEPA) Human Trafficking</w:t>
      </w:r>
      <w:r w:rsidR="00EF33F7">
        <w:rPr>
          <w:rStyle w:val="Strong"/>
          <w:sz w:val="22"/>
          <w:szCs w:val="22"/>
        </w:rPr>
        <w:t xml:space="preserve"> Task Force</w:t>
      </w:r>
      <w:r w:rsidR="00EF33F7" w:rsidRPr="007876EA">
        <w:rPr>
          <w:sz w:val="22"/>
          <w:szCs w:val="22"/>
        </w:rPr>
        <w:t xml:space="preserve"> </w:t>
      </w:r>
      <w:r w:rsidRPr="007876EA">
        <w:rPr>
          <w:rStyle w:val="Strong"/>
          <w:sz w:val="22"/>
          <w:szCs w:val="22"/>
        </w:rPr>
        <w:t>Website Integration</w:t>
      </w:r>
      <w:r w:rsidRPr="007876EA">
        <w:rPr>
          <w:sz w:val="22"/>
          <w:szCs w:val="22"/>
        </w:rPr>
        <w:t>, Marywood University (</w:t>
      </w:r>
      <w:r w:rsidRPr="007876EA">
        <w:rPr>
          <w:rStyle w:val="Emphasis"/>
          <w:sz w:val="22"/>
          <w:szCs w:val="22"/>
        </w:rPr>
        <w:t>March 2019 – April 2021</w:t>
      </w:r>
    </w:p>
    <w:p w14:paraId="62AD8D90" w14:textId="77777777" w:rsidR="00463DB9" w:rsidRPr="007876EA" w:rsidRDefault="00463DB9" w:rsidP="00463DB9">
      <w:pPr>
        <w:pStyle w:val="NormalWeb"/>
        <w:contextualSpacing/>
        <w:rPr>
          <w:sz w:val="22"/>
          <w:szCs w:val="22"/>
        </w:rPr>
      </w:pPr>
    </w:p>
    <w:p w14:paraId="371CC07A" w14:textId="77777777" w:rsidR="007876EA" w:rsidRPr="007876EA" w:rsidRDefault="007876EA">
      <w:pPr>
        <w:pStyle w:val="NormalWeb"/>
        <w:numPr>
          <w:ilvl w:val="0"/>
          <w:numId w:val="25"/>
        </w:numPr>
        <w:rPr>
          <w:sz w:val="22"/>
          <w:szCs w:val="22"/>
        </w:rPr>
      </w:pPr>
      <w:r w:rsidRPr="007876EA">
        <w:rPr>
          <w:rStyle w:val="Strong"/>
          <w:sz w:val="22"/>
          <w:szCs w:val="22"/>
        </w:rPr>
        <w:t xml:space="preserve">Member, Northeast Pennsylvania Against </w:t>
      </w:r>
      <w:r w:rsidR="00EF33F7" w:rsidRPr="007876EA">
        <w:rPr>
          <w:rStyle w:val="Strong"/>
          <w:sz w:val="22"/>
          <w:szCs w:val="22"/>
        </w:rPr>
        <w:t xml:space="preserve">(NEPA) </w:t>
      </w:r>
      <w:r w:rsidRPr="007876EA">
        <w:rPr>
          <w:rStyle w:val="Strong"/>
          <w:sz w:val="22"/>
          <w:szCs w:val="22"/>
        </w:rPr>
        <w:t>Human Trafficking</w:t>
      </w:r>
      <w:r w:rsidR="00EF33F7">
        <w:rPr>
          <w:rStyle w:val="Strong"/>
          <w:sz w:val="22"/>
          <w:szCs w:val="22"/>
        </w:rPr>
        <w:t xml:space="preserve"> Task Force</w:t>
      </w:r>
      <w:r w:rsidRPr="007876EA">
        <w:rPr>
          <w:sz w:val="22"/>
          <w:szCs w:val="22"/>
        </w:rPr>
        <w:t xml:space="preserve"> (</w:t>
      </w:r>
      <w:r w:rsidR="00864751">
        <w:rPr>
          <w:sz w:val="22"/>
          <w:szCs w:val="22"/>
        </w:rPr>
        <w:t xml:space="preserve">Fall </w:t>
      </w:r>
      <w:r w:rsidRPr="007876EA">
        <w:rPr>
          <w:sz w:val="22"/>
          <w:szCs w:val="22"/>
        </w:rPr>
        <w:t>20</w:t>
      </w:r>
      <w:r w:rsidR="00864751">
        <w:rPr>
          <w:sz w:val="22"/>
          <w:szCs w:val="22"/>
        </w:rPr>
        <w:t>19</w:t>
      </w:r>
      <w:r w:rsidRPr="007876EA">
        <w:rPr>
          <w:rStyle w:val="Emphasis"/>
          <w:sz w:val="22"/>
          <w:szCs w:val="22"/>
        </w:rPr>
        <w:t>-  April 2023)</w:t>
      </w:r>
    </w:p>
    <w:p w14:paraId="4039DBE6" w14:textId="77777777" w:rsidR="0076704F" w:rsidRPr="00CD270B" w:rsidRDefault="00CD270B" w:rsidP="008E7DA1">
      <w:pPr>
        <w:contextualSpacing/>
        <w:rPr>
          <w:rStyle w:val="Strong"/>
          <w:rFonts w:eastAsiaTheme="majorEastAsia"/>
          <w:color w:val="1F497D" w:themeColor="text2"/>
          <w:sz w:val="26"/>
          <w:szCs w:val="26"/>
        </w:rPr>
      </w:pPr>
      <w:r w:rsidRPr="00CD270B">
        <w:rPr>
          <w:rFonts w:eastAsiaTheme="majorEastAsia"/>
          <w:b/>
          <w:bCs/>
          <w:color w:val="1F497D" w:themeColor="text2"/>
          <w:sz w:val="26"/>
          <w:szCs w:val="26"/>
        </w:rPr>
        <w:t>SERVICE TO THE PROFESSION/DISCIPLINE</w:t>
      </w:r>
    </w:p>
    <w:p w14:paraId="06B5D143" w14:textId="77777777" w:rsidR="00CD270B" w:rsidRDefault="00864751" w:rsidP="008E7DA1">
      <w:pPr>
        <w:pStyle w:val="Heading3"/>
        <w:spacing w:before="0"/>
        <w:contextualSpacing/>
        <w:rPr>
          <w:rStyle w:val="Strong"/>
          <w:rFonts w:ascii="Times New Roman" w:hAnsi="Times New Roman" w:cs="Times New Roman"/>
          <w:b/>
          <w:bCs/>
        </w:rPr>
      </w:pPr>
      <w:r>
        <w:rPr>
          <w:rStyle w:val="Strong"/>
          <w:rFonts w:ascii="Times New Roman" w:hAnsi="Times New Roman" w:cs="Times New Roman"/>
          <w:b/>
          <w:bCs/>
        </w:rPr>
        <w:t xml:space="preserve">     </w:t>
      </w:r>
    </w:p>
    <w:p w14:paraId="0829AE7E" w14:textId="77777777" w:rsidR="00045CD6" w:rsidRPr="00CD270B" w:rsidRDefault="00864751" w:rsidP="008E7DA1">
      <w:pPr>
        <w:pStyle w:val="Heading3"/>
        <w:spacing w:before="0"/>
        <w:contextualSpacing/>
        <w:rPr>
          <w:rStyle w:val="Strong"/>
          <w:rFonts w:ascii="Times New Roman" w:hAnsi="Times New Roman" w:cs="Times New Roman"/>
          <w:b/>
          <w:bCs/>
          <w:color w:val="1F497D" w:themeColor="text2"/>
        </w:rPr>
      </w:pPr>
      <w:r w:rsidRPr="00CD270B">
        <w:rPr>
          <w:rStyle w:val="Strong"/>
          <w:rFonts w:ascii="Times New Roman" w:hAnsi="Times New Roman" w:cs="Times New Roman"/>
          <w:b/>
          <w:bCs/>
          <w:i/>
          <w:iCs/>
          <w:color w:val="1F497D" w:themeColor="text2"/>
        </w:rPr>
        <w:t xml:space="preserve"> </w:t>
      </w:r>
      <w:r w:rsidR="00045CD6" w:rsidRPr="00CD270B">
        <w:rPr>
          <w:rStyle w:val="Strong"/>
          <w:rFonts w:ascii="Times New Roman" w:hAnsi="Times New Roman" w:cs="Times New Roman"/>
          <w:b/>
          <w:bCs/>
          <w:i/>
          <w:iCs/>
          <w:color w:val="1F497D" w:themeColor="text2"/>
        </w:rPr>
        <w:t xml:space="preserve">Peer Reviewer for </w:t>
      </w:r>
      <w:r w:rsidR="00B72361" w:rsidRPr="00CD270B">
        <w:rPr>
          <w:rStyle w:val="Strong"/>
          <w:rFonts w:ascii="Times New Roman" w:hAnsi="Times New Roman" w:cs="Times New Roman"/>
          <w:b/>
          <w:bCs/>
          <w:i/>
          <w:iCs/>
          <w:color w:val="1F497D" w:themeColor="text2"/>
        </w:rPr>
        <w:t xml:space="preserve">Academic </w:t>
      </w:r>
      <w:r w:rsidR="00045CD6" w:rsidRPr="00CD270B">
        <w:rPr>
          <w:rStyle w:val="Strong"/>
          <w:rFonts w:ascii="Times New Roman" w:hAnsi="Times New Roman" w:cs="Times New Roman"/>
          <w:b/>
          <w:bCs/>
          <w:i/>
          <w:iCs/>
          <w:color w:val="1F497D" w:themeColor="text2"/>
        </w:rPr>
        <w:t>Journals</w:t>
      </w:r>
      <w:r w:rsidR="00045CD6" w:rsidRPr="00CD270B">
        <w:rPr>
          <w:rStyle w:val="Strong"/>
          <w:rFonts w:ascii="Times New Roman" w:hAnsi="Times New Roman" w:cs="Times New Roman"/>
          <w:b/>
          <w:bCs/>
          <w:color w:val="1F497D" w:themeColor="text2"/>
        </w:rPr>
        <w:t>:</w:t>
      </w:r>
    </w:p>
    <w:p w14:paraId="4217BF43" w14:textId="77777777" w:rsidR="00045CD6" w:rsidRPr="00B72361" w:rsidRDefault="00045CD6">
      <w:pPr>
        <w:pStyle w:val="NormalWeb"/>
        <w:numPr>
          <w:ilvl w:val="0"/>
          <w:numId w:val="16"/>
        </w:numPr>
        <w:spacing w:before="0" w:beforeAutospacing="0"/>
        <w:contextualSpacing/>
        <w:rPr>
          <w:sz w:val="22"/>
          <w:szCs w:val="22"/>
        </w:rPr>
      </w:pPr>
      <w:r w:rsidRPr="00B72361">
        <w:rPr>
          <w:sz w:val="22"/>
          <w:szCs w:val="22"/>
        </w:rPr>
        <w:t xml:space="preserve">Invited Manuscript Reviewer, </w:t>
      </w:r>
      <w:r w:rsidRPr="00B72361">
        <w:rPr>
          <w:rStyle w:val="Emphasis"/>
          <w:sz w:val="22"/>
          <w:szCs w:val="22"/>
        </w:rPr>
        <w:t>Archives of Sexual Behavior</w:t>
      </w:r>
      <w:r w:rsidRPr="00B72361">
        <w:rPr>
          <w:sz w:val="22"/>
          <w:szCs w:val="22"/>
        </w:rPr>
        <w:t>, May 2025</w:t>
      </w:r>
    </w:p>
    <w:p w14:paraId="24113C9E" w14:textId="77777777" w:rsidR="00045CD6" w:rsidRPr="00B72361" w:rsidRDefault="00045CD6">
      <w:pPr>
        <w:pStyle w:val="NormalWeb"/>
        <w:numPr>
          <w:ilvl w:val="0"/>
          <w:numId w:val="16"/>
        </w:numPr>
        <w:spacing w:before="0" w:beforeAutospacing="0"/>
        <w:contextualSpacing/>
        <w:rPr>
          <w:sz w:val="22"/>
          <w:szCs w:val="22"/>
        </w:rPr>
      </w:pPr>
      <w:r w:rsidRPr="00B72361">
        <w:rPr>
          <w:sz w:val="22"/>
          <w:szCs w:val="22"/>
        </w:rPr>
        <w:t xml:space="preserve">Editorial Board Member, </w:t>
      </w:r>
      <w:r w:rsidRPr="00B72361">
        <w:rPr>
          <w:rStyle w:val="Emphasis"/>
          <w:sz w:val="22"/>
          <w:szCs w:val="22"/>
        </w:rPr>
        <w:t>Journal of Social Work in the Global Community</w:t>
      </w:r>
      <w:r w:rsidRPr="00B72361">
        <w:rPr>
          <w:sz w:val="22"/>
          <w:szCs w:val="22"/>
        </w:rPr>
        <w:t xml:space="preserve"> (JSWGC), 2015 – 2018</w:t>
      </w:r>
    </w:p>
    <w:p w14:paraId="444F339E" w14:textId="77777777" w:rsidR="00045CD6" w:rsidRPr="00B72361" w:rsidRDefault="00045CD6">
      <w:pPr>
        <w:pStyle w:val="NormalWeb"/>
        <w:numPr>
          <w:ilvl w:val="0"/>
          <w:numId w:val="16"/>
        </w:numPr>
        <w:spacing w:before="0" w:beforeAutospacing="0"/>
        <w:rPr>
          <w:sz w:val="22"/>
          <w:szCs w:val="22"/>
        </w:rPr>
      </w:pPr>
      <w:r w:rsidRPr="00B72361">
        <w:rPr>
          <w:sz w:val="22"/>
          <w:szCs w:val="22"/>
        </w:rPr>
        <w:t xml:space="preserve">Invited Text Reviewer, </w:t>
      </w:r>
      <w:r w:rsidRPr="00B72361">
        <w:rPr>
          <w:rStyle w:val="Emphasis"/>
          <w:sz w:val="22"/>
          <w:szCs w:val="22"/>
        </w:rPr>
        <w:t>Social Work Treatment</w:t>
      </w:r>
      <w:r w:rsidRPr="00B72361">
        <w:rPr>
          <w:sz w:val="22"/>
          <w:szCs w:val="22"/>
        </w:rPr>
        <w:t xml:space="preserve"> (Oxford University Press), 2020</w:t>
      </w:r>
    </w:p>
    <w:p w14:paraId="2D7C1369" w14:textId="77777777" w:rsidR="00183BEB" w:rsidRPr="00B72361" w:rsidRDefault="00474902">
      <w:pPr>
        <w:pStyle w:val="NormalWeb"/>
        <w:numPr>
          <w:ilvl w:val="0"/>
          <w:numId w:val="16"/>
        </w:numPr>
        <w:spacing w:before="0" w:beforeAutospacing="0"/>
        <w:rPr>
          <w:sz w:val="22"/>
          <w:szCs w:val="22"/>
        </w:rPr>
      </w:pPr>
      <w:r w:rsidRPr="00B72361">
        <w:rPr>
          <w:sz w:val="22"/>
          <w:szCs w:val="22"/>
        </w:rPr>
        <w:t xml:space="preserve">Invited </w:t>
      </w:r>
      <w:r w:rsidR="00183BEB" w:rsidRPr="00B72361">
        <w:rPr>
          <w:sz w:val="22"/>
          <w:szCs w:val="22"/>
        </w:rPr>
        <w:t xml:space="preserve">Manuscript Reviewer, Journal of Human Rights and Social Work, </w:t>
      </w:r>
      <w:r w:rsidRPr="00B72361">
        <w:rPr>
          <w:sz w:val="22"/>
          <w:szCs w:val="22"/>
        </w:rPr>
        <w:t>July 2017</w:t>
      </w:r>
    </w:p>
    <w:p w14:paraId="0C0162E9" w14:textId="77777777" w:rsidR="00474902" w:rsidRPr="00B72361" w:rsidRDefault="00474902">
      <w:pPr>
        <w:pStyle w:val="NormalWeb"/>
        <w:numPr>
          <w:ilvl w:val="0"/>
          <w:numId w:val="16"/>
        </w:numPr>
        <w:spacing w:before="0" w:beforeAutospacing="0"/>
        <w:rPr>
          <w:sz w:val="22"/>
          <w:szCs w:val="22"/>
        </w:rPr>
      </w:pPr>
      <w:r w:rsidRPr="00B72361">
        <w:rPr>
          <w:sz w:val="22"/>
          <w:szCs w:val="22"/>
        </w:rPr>
        <w:t>Invited Manuscript Reviewer, Journal of Contemporary Asia, March 2019</w:t>
      </w:r>
    </w:p>
    <w:p w14:paraId="2C3C4E3A" w14:textId="77777777" w:rsidR="00474902" w:rsidRPr="00B72361" w:rsidRDefault="00474902">
      <w:pPr>
        <w:pStyle w:val="NormalWeb"/>
        <w:numPr>
          <w:ilvl w:val="0"/>
          <w:numId w:val="16"/>
        </w:numPr>
        <w:spacing w:before="0" w:beforeAutospacing="0"/>
        <w:rPr>
          <w:sz w:val="22"/>
          <w:szCs w:val="22"/>
        </w:rPr>
      </w:pPr>
      <w:r w:rsidRPr="00B72361">
        <w:rPr>
          <w:sz w:val="22"/>
          <w:szCs w:val="22"/>
        </w:rPr>
        <w:t>Invited Manuscript Reviewer, Global Public Health Review, April 2019</w:t>
      </w:r>
    </w:p>
    <w:p w14:paraId="2091C8C9" w14:textId="77777777" w:rsidR="00474902" w:rsidRPr="00B72361" w:rsidRDefault="00474902">
      <w:pPr>
        <w:pStyle w:val="NormalWeb"/>
        <w:numPr>
          <w:ilvl w:val="0"/>
          <w:numId w:val="16"/>
        </w:numPr>
        <w:spacing w:before="0" w:beforeAutospacing="0"/>
        <w:rPr>
          <w:sz w:val="22"/>
          <w:szCs w:val="22"/>
        </w:rPr>
      </w:pPr>
      <w:r w:rsidRPr="00B72361">
        <w:rPr>
          <w:sz w:val="22"/>
          <w:szCs w:val="22"/>
        </w:rPr>
        <w:t>Invited Manuscript Reviewer, Social Sciences, March 2017</w:t>
      </w:r>
    </w:p>
    <w:p w14:paraId="13D085F6" w14:textId="77777777" w:rsidR="00045CD6" w:rsidRPr="00B72361" w:rsidRDefault="00045CD6">
      <w:pPr>
        <w:pStyle w:val="NormalWeb"/>
        <w:numPr>
          <w:ilvl w:val="0"/>
          <w:numId w:val="16"/>
        </w:numPr>
        <w:spacing w:before="0" w:beforeAutospacing="0"/>
        <w:rPr>
          <w:sz w:val="22"/>
          <w:szCs w:val="22"/>
        </w:rPr>
      </w:pPr>
      <w:r w:rsidRPr="00B72361">
        <w:rPr>
          <w:sz w:val="22"/>
          <w:szCs w:val="22"/>
        </w:rPr>
        <w:t xml:space="preserve">Invited Manuscript Reviewer, </w:t>
      </w:r>
      <w:r w:rsidRPr="00B72361">
        <w:rPr>
          <w:rStyle w:val="Emphasis"/>
          <w:sz w:val="22"/>
          <w:szCs w:val="22"/>
        </w:rPr>
        <w:t>Culture, Health &amp; Sexuality</w:t>
      </w:r>
      <w:r w:rsidRPr="00B72361">
        <w:rPr>
          <w:sz w:val="22"/>
          <w:szCs w:val="22"/>
        </w:rPr>
        <w:t>, December 2016</w:t>
      </w:r>
    </w:p>
    <w:p w14:paraId="41AFF806" w14:textId="77777777" w:rsidR="00045CD6" w:rsidRPr="00B72361" w:rsidRDefault="00045CD6">
      <w:pPr>
        <w:pStyle w:val="NormalWeb"/>
        <w:numPr>
          <w:ilvl w:val="0"/>
          <w:numId w:val="16"/>
        </w:numPr>
        <w:rPr>
          <w:sz w:val="22"/>
          <w:szCs w:val="22"/>
        </w:rPr>
      </w:pPr>
      <w:r w:rsidRPr="00B72361">
        <w:rPr>
          <w:sz w:val="22"/>
          <w:szCs w:val="22"/>
        </w:rPr>
        <w:t xml:space="preserve">Invited Manuscript Reviewer, </w:t>
      </w:r>
      <w:r w:rsidRPr="00B72361">
        <w:rPr>
          <w:rStyle w:val="Emphasis"/>
          <w:sz w:val="22"/>
          <w:szCs w:val="22"/>
        </w:rPr>
        <w:t>Journal of Human Trafficking</w:t>
      </w:r>
      <w:r w:rsidRPr="00B72361">
        <w:rPr>
          <w:sz w:val="22"/>
          <w:szCs w:val="22"/>
        </w:rPr>
        <w:t>, May 2016</w:t>
      </w:r>
    </w:p>
    <w:p w14:paraId="16CAC6DD" w14:textId="77777777" w:rsidR="003F33E3" w:rsidRPr="00CD270B" w:rsidRDefault="00864751" w:rsidP="00864751">
      <w:pPr>
        <w:pStyle w:val="Heading3"/>
        <w:spacing w:before="0"/>
        <w:contextualSpacing/>
        <w:rPr>
          <w:rStyle w:val="Strong"/>
          <w:rFonts w:ascii="Times New Roman" w:hAnsi="Times New Roman" w:cs="Times New Roman"/>
          <w:b/>
          <w:bCs/>
          <w:i/>
          <w:iCs/>
          <w:color w:val="1F497D" w:themeColor="text2"/>
        </w:rPr>
      </w:pPr>
      <w:r w:rsidRPr="00CD270B">
        <w:rPr>
          <w:rStyle w:val="Strong"/>
          <w:rFonts w:ascii="Times New Roman" w:hAnsi="Times New Roman" w:cs="Times New Roman"/>
          <w:b/>
          <w:bCs/>
          <w:color w:val="1F497D" w:themeColor="text2"/>
        </w:rPr>
        <w:t xml:space="preserve">  </w:t>
      </w:r>
      <w:r w:rsidR="00045CD6" w:rsidRPr="00CD270B">
        <w:rPr>
          <w:rStyle w:val="Strong"/>
          <w:rFonts w:ascii="Times New Roman" w:hAnsi="Times New Roman" w:cs="Times New Roman"/>
          <w:b/>
          <w:bCs/>
          <w:i/>
          <w:iCs/>
          <w:color w:val="1F497D" w:themeColor="text2"/>
        </w:rPr>
        <w:t>Proposal</w:t>
      </w:r>
      <w:r w:rsidR="008E7DA1" w:rsidRPr="00CD270B">
        <w:rPr>
          <w:rStyle w:val="Strong"/>
          <w:rFonts w:ascii="Times New Roman" w:hAnsi="Times New Roman" w:cs="Times New Roman"/>
          <w:b/>
          <w:bCs/>
          <w:i/>
          <w:iCs/>
          <w:color w:val="1F497D" w:themeColor="text2"/>
        </w:rPr>
        <w:t xml:space="preserve"> </w:t>
      </w:r>
      <w:r w:rsidR="00045CD6" w:rsidRPr="00CD270B">
        <w:rPr>
          <w:rStyle w:val="Strong"/>
          <w:rFonts w:ascii="Times New Roman" w:hAnsi="Times New Roman" w:cs="Times New Roman"/>
          <w:b/>
          <w:bCs/>
          <w:i/>
          <w:iCs/>
          <w:color w:val="1F497D" w:themeColor="text2"/>
        </w:rPr>
        <w:t>Reviewer</w:t>
      </w:r>
      <w:r w:rsidR="008E7DA1" w:rsidRPr="00CD270B">
        <w:rPr>
          <w:rStyle w:val="Strong"/>
          <w:rFonts w:ascii="Times New Roman" w:hAnsi="Times New Roman" w:cs="Times New Roman"/>
          <w:b/>
          <w:bCs/>
          <w:i/>
          <w:iCs/>
          <w:color w:val="1F497D" w:themeColor="text2"/>
        </w:rPr>
        <w:t xml:space="preserve"> for Conferences</w:t>
      </w:r>
    </w:p>
    <w:p w14:paraId="7C3BC71A" w14:textId="77777777" w:rsidR="003F33E3" w:rsidRPr="00B72361" w:rsidRDefault="00045CD6">
      <w:pPr>
        <w:pStyle w:val="NormalWeb"/>
        <w:numPr>
          <w:ilvl w:val="0"/>
          <w:numId w:val="16"/>
        </w:numPr>
        <w:spacing w:before="0" w:beforeAutospacing="0"/>
        <w:rPr>
          <w:sz w:val="22"/>
          <w:szCs w:val="22"/>
        </w:rPr>
      </w:pPr>
      <w:r w:rsidRPr="00B72361">
        <w:rPr>
          <w:sz w:val="22"/>
          <w:szCs w:val="22"/>
        </w:rPr>
        <w:t>CSWE APM Conference, Feminist Scholarship and Health Track</w:t>
      </w:r>
      <w:r w:rsidR="003F33E3" w:rsidRPr="00B72361">
        <w:rPr>
          <w:sz w:val="22"/>
          <w:szCs w:val="22"/>
        </w:rPr>
        <w:t xml:space="preserve"> (</w:t>
      </w:r>
      <w:r w:rsidRPr="00B72361">
        <w:rPr>
          <w:sz w:val="22"/>
          <w:szCs w:val="22"/>
        </w:rPr>
        <w:t>2014</w:t>
      </w:r>
      <w:r w:rsidR="003F33E3" w:rsidRPr="00B72361">
        <w:rPr>
          <w:sz w:val="22"/>
          <w:szCs w:val="22"/>
        </w:rPr>
        <w:t xml:space="preserve">-2018; </w:t>
      </w:r>
      <w:r w:rsidRPr="00B72361">
        <w:rPr>
          <w:sz w:val="22"/>
          <w:szCs w:val="22"/>
        </w:rPr>
        <w:t>2025</w:t>
      </w:r>
    </w:p>
    <w:p w14:paraId="1C5220D7" w14:textId="77777777" w:rsidR="003F33E3" w:rsidRPr="00B72361" w:rsidRDefault="00045CD6">
      <w:pPr>
        <w:pStyle w:val="NormalWeb"/>
        <w:numPr>
          <w:ilvl w:val="0"/>
          <w:numId w:val="16"/>
        </w:numPr>
        <w:spacing w:before="0" w:beforeAutospacing="0"/>
        <w:rPr>
          <w:sz w:val="22"/>
          <w:szCs w:val="22"/>
        </w:rPr>
      </w:pPr>
      <w:r w:rsidRPr="00B72361">
        <w:rPr>
          <w:sz w:val="22"/>
          <w:szCs w:val="22"/>
        </w:rPr>
        <w:t>Ethnographic &amp; Qualitative Research Conference (EQRC), 2017</w:t>
      </w:r>
    </w:p>
    <w:p w14:paraId="15C29D44" w14:textId="77777777" w:rsidR="00CE26E8" w:rsidRPr="00B72361" w:rsidRDefault="00CE26E8">
      <w:pPr>
        <w:pStyle w:val="NormalWeb"/>
        <w:numPr>
          <w:ilvl w:val="0"/>
          <w:numId w:val="16"/>
        </w:numPr>
        <w:spacing w:before="0" w:beforeAutospacing="0"/>
        <w:rPr>
          <w:sz w:val="22"/>
          <w:szCs w:val="22"/>
        </w:rPr>
      </w:pPr>
      <w:r w:rsidRPr="00B72361">
        <w:rPr>
          <w:sz w:val="22"/>
          <w:szCs w:val="22"/>
        </w:rPr>
        <w:t>Reviewer of 2021</w:t>
      </w:r>
      <w:r w:rsidR="008E7DA1">
        <w:rPr>
          <w:sz w:val="22"/>
          <w:szCs w:val="22"/>
        </w:rPr>
        <w:t xml:space="preserve">, 2022, 2023 </w:t>
      </w:r>
      <w:r w:rsidRPr="00B72361">
        <w:rPr>
          <w:sz w:val="22"/>
          <w:szCs w:val="22"/>
        </w:rPr>
        <w:t>CSWE Feminist Manuscript Award</w:t>
      </w:r>
    </w:p>
    <w:p w14:paraId="66180647" w14:textId="77777777" w:rsidR="003F33E3" w:rsidRPr="00CD270B" w:rsidRDefault="003F33E3" w:rsidP="00CD270B">
      <w:pPr>
        <w:pStyle w:val="Heading3"/>
        <w:spacing w:before="0"/>
        <w:contextualSpacing/>
        <w:rPr>
          <w:rStyle w:val="Strong"/>
          <w:rFonts w:ascii="Times New Roman" w:hAnsi="Times New Roman" w:cs="Times New Roman"/>
          <w:b/>
          <w:bCs/>
          <w:color w:val="1F497D" w:themeColor="text2"/>
        </w:rPr>
      </w:pPr>
      <w:r w:rsidRPr="00CD270B">
        <w:rPr>
          <w:rStyle w:val="Strong"/>
          <w:rFonts w:ascii="Times New Roman" w:hAnsi="Times New Roman" w:cs="Times New Roman"/>
          <w:b/>
          <w:bCs/>
          <w:color w:val="1F497D" w:themeColor="text2"/>
        </w:rPr>
        <w:t xml:space="preserve">Reviewer of Tenure and Promotion </w:t>
      </w:r>
      <w:r w:rsidR="001843C7" w:rsidRPr="00CD270B">
        <w:rPr>
          <w:rStyle w:val="Strong"/>
          <w:rFonts w:ascii="Times New Roman" w:hAnsi="Times New Roman" w:cs="Times New Roman"/>
          <w:b/>
          <w:bCs/>
          <w:color w:val="1F497D" w:themeColor="text2"/>
        </w:rPr>
        <w:t xml:space="preserve">External </w:t>
      </w:r>
      <w:r w:rsidRPr="00CD270B">
        <w:rPr>
          <w:rStyle w:val="Strong"/>
          <w:rFonts w:ascii="Times New Roman" w:hAnsi="Times New Roman" w:cs="Times New Roman"/>
          <w:b/>
          <w:bCs/>
          <w:color w:val="1F497D" w:themeColor="text2"/>
        </w:rPr>
        <w:t>Files:</w:t>
      </w:r>
    </w:p>
    <w:p w14:paraId="42B5C40F" w14:textId="77777777" w:rsidR="003F33E3" w:rsidRPr="00B72361" w:rsidRDefault="003F33E3">
      <w:pPr>
        <w:pStyle w:val="NormalWeb"/>
        <w:numPr>
          <w:ilvl w:val="0"/>
          <w:numId w:val="16"/>
        </w:numPr>
        <w:spacing w:before="0" w:beforeAutospacing="0"/>
        <w:rPr>
          <w:sz w:val="22"/>
          <w:szCs w:val="22"/>
        </w:rPr>
      </w:pPr>
      <w:r w:rsidRPr="00B72361">
        <w:rPr>
          <w:sz w:val="22"/>
          <w:szCs w:val="22"/>
        </w:rPr>
        <w:t xml:space="preserve"> Associate Professor, Texas Christian University, 2022</w:t>
      </w:r>
    </w:p>
    <w:p w14:paraId="522F4D5D" w14:textId="77777777" w:rsidR="008E7DA1" w:rsidRPr="009C1458" w:rsidRDefault="003F33E3">
      <w:pPr>
        <w:pStyle w:val="NormalWeb"/>
        <w:numPr>
          <w:ilvl w:val="0"/>
          <w:numId w:val="16"/>
        </w:numPr>
        <w:spacing w:before="0" w:beforeAutospacing="0"/>
        <w:rPr>
          <w:rStyle w:val="Strong"/>
          <w:b w:val="0"/>
          <w:bCs w:val="0"/>
          <w:sz w:val="22"/>
          <w:szCs w:val="22"/>
        </w:rPr>
      </w:pPr>
      <w:r w:rsidRPr="00B72361">
        <w:rPr>
          <w:sz w:val="22"/>
          <w:szCs w:val="22"/>
        </w:rPr>
        <w:t>Associate Professor, Ramapo College of New Jersey, 2023</w:t>
      </w:r>
      <w:r w:rsidR="007603B2" w:rsidRPr="00B72361">
        <w:rPr>
          <w:sz w:val="22"/>
          <w:szCs w:val="22"/>
        </w:rPr>
        <w:tab/>
      </w:r>
    </w:p>
    <w:p w14:paraId="7BB7C16C" w14:textId="77777777" w:rsidR="00045CD6" w:rsidRPr="00B72361" w:rsidRDefault="00CD270B" w:rsidP="008E7DA1">
      <w:pPr>
        <w:pStyle w:val="NormalWeb"/>
        <w:rPr>
          <w:rStyle w:val="Strong"/>
          <w:rFonts w:eastAsiaTheme="majorEastAsia"/>
          <w:color w:val="4F81BD" w:themeColor="accent1"/>
        </w:rPr>
      </w:pPr>
      <w:r w:rsidRPr="00B72361">
        <w:rPr>
          <w:rStyle w:val="Strong"/>
          <w:rFonts w:eastAsiaTheme="majorEastAsia"/>
          <w:color w:val="4F81BD" w:themeColor="accent1"/>
        </w:rPr>
        <w:t>MEMBERSHIPS IN PROFESSIONAL ORGANIZATIONS</w:t>
      </w:r>
    </w:p>
    <w:p w14:paraId="14C5DE40" w14:textId="0B76C88D" w:rsidR="00D52D84" w:rsidRPr="00C40820" w:rsidRDefault="00D52D84">
      <w:pPr>
        <w:pStyle w:val="NormalWeb"/>
        <w:numPr>
          <w:ilvl w:val="0"/>
          <w:numId w:val="36"/>
        </w:numPr>
        <w:spacing w:before="0" w:beforeAutospacing="0"/>
        <w:contextualSpacing/>
        <w:rPr>
          <w:rStyle w:val="Strong"/>
          <w:b w:val="0"/>
          <w:bCs w:val="0"/>
          <w:sz w:val="22"/>
          <w:szCs w:val="22"/>
        </w:rPr>
      </w:pPr>
      <w:r w:rsidRPr="00D52D84">
        <w:rPr>
          <w:b/>
          <w:bCs/>
          <w:sz w:val="22"/>
          <w:szCs w:val="22"/>
        </w:rPr>
        <w:t>Consulting Editor</w:t>
      </w:r>
      <w:r>
        <w:rPr>
          <w:sz w:val="22"/>
          <w:szCs w:val="22"/>
        </w:rPr>
        <w:t xml:space="preserve">, </w:t>
      </w:r>
      <w:proofErr w:type="spellStart"/>
      <w:r w:rsidRPr="00B72361">
        <w:rPr>
          <w:rStyle w:val="Emphasis"/>
          <w:sz w:val="22"/>
          <w:szCs w:val="22"/>
        </w:rPr>
        <w:t>Affilia</w:t>
      </w:r>
      <w:proofErr w:type="spellEnd"/>
      <w:r w:rsidRPr="00B72361">
        <w:rPr>
          <w:rStyle w:val="Emphasis"/>
          <w:sz w:val="22"/>
          <w:szCs w:val="22"/>
        </w:rPr>
        <w:t>: Feminist Inquiry in Social Work</w:t>
      </w:r>
      <w:r>
        <w:rPr>
          <w:rStyle w:val="Emphasis"/>
          <w:i w:val="0"/>
          <w:iCs w:val="0"/>
          <w:sz w:val="22"/>
          <w:szCs w:val="22"/>
        </w:rPr>
        <w:t xml:space="preserve">, </w:t>
      </w:r>
      <w:r w:rsidRPr="00D52D84">
        <w:rPr>
          <w:sz w:val="22"/>
          <w:szCs w:val="22"/>
        </w:rPr>
        <w:t xml:space="preserve"> May 2017 – Present</w:t>
      </w:r>
    </w:p>
    <w:p w14:paraId="7417B5C2" w14:textId="04CE91C4" w:rsidR="00463DB9" w:rsidRPr="00C40820" w:rsidRDefault="001D0D7E">
      <w:pPr>
        <w:pStyle w:val="NormalWeb"/>
        <w:numPr>
          <w:ilvl w:val="0"/>
          <w:numId w:val="36"/>
        </w:numPr>
        <w:rPr>
          <w:sz w:val="22"/>
          <w:szCs w:val="22"/>
        </w:rPr>
      </w:pPr>
      <w:r w:rsidRPr="00864751">
        <w:rPr>
          <w:rStyle w:val="Strong"/>
          <w:sz w:val="22"/>
          <w:szCs w:val="22"/>
        </w:rPr>
        <w:t>Member</w:t>
      </w:r>
      <w:r w:rsidRPr="00864751">
        <w:rPr>
          <w:sz w:val="22"/>
          <w:szCs w:val="22"/>
        </w:rPr>
        <w:t xml:space="preserve">, </w:t>
      </w:r>
      <w:r w:rsidRPr="00864751">
        <w:rPr>
          <w:rStyle w:val="Emphasis"/>
          <w:sz w:val="22"/>
          <w:szCs w:val="22"/>
        </w:rPr>
        <w:t>Council on the Role and Status of Women in Social Work Education</w:t>
      </w:r>
      <w:r w:rsidRPr="00864751">
        <w:rPr>
          <w:sz w:val="22"/>
          <w:szCs w:val="22"/>
        </w:rPr>
        <w:t>, Council on Social Work Education (CSWE)</w:t>
      </w:r>
      <w:r w:rsidRPr="00864751">
        <w:rPr>
          <w:sz w:val="22"/>
          <w:szCs w:val="22"/>
        </w:rPr>
        <w:br/>
      </w:r>
      <w:r w:rsidRPr="00864751">
        <w:rPr>
          <w:rStyle w:val="Emphasis"/>
          <w:sz w:val="22"/>
          <w:szCs w:val="22"/>
        </w:rPr>
        <w:t>July 1, 2020 – June 30, 2023</w:t>
      </w:r>
    </w:p>
    <w:p w14:paraId="048D4E3D" w14:textId="1D3BDBC2" w:rsidR="00463DB9" w:rsidRPr="00C40820" w:rsidRDefault="007C60F6">
      <w:pPr>
        <w:pStyle w:val="NormalWeb"/>
        <w:numPr>
          <w:ilvl w:val="0"/>
          <w:numId w:val="36"/>
        </w:numPr>
        <w:contextualSpacing/>
        <w:rPr>
          <w:sz w:val="22"/>
          <w:szCs w:val="22"/>
        </w:rPr>
      </w:pPr>
      <w:r w:rsidRPr="00463DB9">
        <w:rPr>
          <w:b/>
          <w:bCs/>
          <w:sz w:val="22"/>
          <w:szCs w:val="22"/>
        </w:rPr>
        <w:t xml:space="preserve">Editorial Board </w:t>
      </w:r>
      <w:r w:rsidR="00864751" w:rsidRPr="00463DB9">
        <w:rPr>
          <w:b/>
          <w:bCs/>
          <w:sz w:val="22"/>
          <w:szCs w:val="22"/>
        </w:rPr>
        <w:t>Member</w:t>
      </w:r>
      <w:r w:rsidR="00864751" w:rsidRPr="00463DB9">
        <w:rPr>
          <w:sz w:val="22"/>
          <w:szCs w:val="22"/>
        </w:rPr>
        <w:t xml:space="preserve">, </w:t>
      </w:r>
      <w:r w:rsidRPr="00463DB9">
        <w:rPr>
          <w:sz w:val="22"/>
          <w:szCs w:val="22"/>
        </w:rPr>
        <w:t xml:space="preserve">Palgrave </w:t>
      </w:r>
      <w:r w:rsidR="001D0D7E" w:rsidRPr="00463DB9">
        <w:rPr>
          <w:sz w:val="22"/>
          <w:szCs w:val="22"/>
        </w:rPr>
        <w:t xml:space="preserve">Advances in Sex Work Studies </w:t>
      </w:r>
      <w:r w:rsidRPr="00463DB9">
        <w:rPr>
          <w:sz w:val="22"/>
          <w:szCs w:val="22"/>
        </w:rPr>
        <w:t>Series, 2022- present</w:t>
      </w:r>
    </w:p>
    <w:p w14:paraId="5FDF4C06" w14:textId="54DCF90B" w:rsidR="008179CE" w:rsidRPr="00C40820" w:rsidRDefault="007C60F6">
      <w:pPr>
        <w:pStyle w:val="NormalWeb"/>
        <w:numPr>
          <w:ilvl w:val="0"/>
          <w:numId w:val="36"/>
        </w:numPr>
        <w:contextualSpacing/>
        <w:rPr>
          <w:sz w:val="22"/>
          <w:szCs w:val="22"/>
        </w:rPr>
      </w:pPr>
      <w:r w:rsidRPr="00864751">
        <w:rPr>
          <w:b/>
          <w:bCs/>
          <w:sz w:val="22"/>
          <w:szCs w:val="22"/>
        </w:rPr>
        <w:lastRenderedPageBreak/>
        <w:t>Member</w:t>
      </w:r>
      <w:r w:rsidRPr="00864751">
        <w:rPr>
          <w:sz w:val="22"/>
          <w:szCs w:val="22"/>
        </w:rPr>
        <w:t xml:space="preserve">, The Sex Work Research Hub (SWRH), 2019- present </w:t>
      </w:r>
    </w:p>
    <w:p w14:paraId="14745A60" w14:textId="77777777" w:rsidR="008179CE" w:rsidRPr="008179CE" w:rsidRDefault="008179CE">
      <w:pPr>
        <w:pStyle w:val="NormalWeb"/>
        <w:numPr>
          <w:ilvl w:val="0"/>
          <w:numId w:val="36"/>
        </w:numPr>
        <w:contextualSpacing/>
        <w:rPr>
          <w:sz w:val="22"/>
          <w:szCs w:val="22"/>
        </w:rPr>
      </w:pPr>
      <w:r w:rsidRPr="008179CE">
        <w:rPr>
          <w:b/>
          <w:bCs/>
          <w:sz w:val="22"/>
          <w:szCs w:val="22"/>
        </w:rPr>
        <w:t>Member,</w:t>
      </w:r>
      <w:r>
        <w:rPr>
          <w:sz w:val="22"/>
          <w:szCs w:val="22"/>
        </w:rPr>
        <w:t xml:space="preserve"> </w:t>
      </w:r>
      <w:r w:rsidRPr="008179CE">
        <w:rPr>
          <w:i/>
          <w:iCs/>
        </w:rPr>
        <w:t>CSWE-affiliated South Asian Social Work Educators Association</w:t>
      </w:r>
    </w:p>
    <w:p w14:paraId="4EBBC055" w14:textId="77777777" w:rsidR="008179CE" w:rsidRDefault="008179CE" w:rsidP="00D42067">
      <w:pPr>
        <w:pStyle w:val="NormalWeb"/>
        <w:ind w:left="1800"/>
        <w:contextualSpacing/>
        <w:rPr>
          <w:sz w:val="22"/>
          <w:szCs w:val="22"/>
        </w:rPr>
      </w:pPr>
    </w:p>
    <w:p w14:paraId="13CE6435" w14:textId="77777777" w:rsidR="00463DB9" w:rsidRPr="00463DB9" w:rsidRDefault="00463DB9" w:rsidP="00463DB9">
      <w:pPr>
        <w:pStyle w:val="NormalWeb"/>
        <w:ind w:left="1800"/>
        <w:contextualSpacing/>
        <w:rPr>
          <w:sz w:val="22"/>
          <w:szCs w:val="22"/>
        </w:rPr>
      </w:pPr>
    </w:p>
    <w:p w14:paraId="6FE70B3C" w14:textId="77777777" w:rsidR="00931204" w:rsidRPr="00CD270B" w:rsidRDefault="00CD270B" w:rsidP="0076704F">
      <w:pPr>
        <w:pStyle w:val="NormalWeb"/>
        <w:rPr>
          <w:rStyle w:val="Strong"/>
          <w:rFonts w:eastAsiaTheme="majorEastAsia"/>
          <w:color w:val="1F497D" w:themeColor="text2"/>
        </w:rPr>
      </w:pPr>
      <w:r w:rsidRPr="00CD270B">
        <w:rPr>
          <w:rStyle w:val="Strong"/>
          <w:rFonts w:eastAsiaTheme="majorEastAsia"/>
          <w:color w:val="1F497D" w:themeColor="text2"/>
        </w:rPr>
        <w:t xml:space="preserve">OTHER PROFESSIONAL SERVICES </w:t>
      </w:r>
    </w:p>
    <w:p w14:paraId="0DA6EFAA" w14:textId="77777777" w:rsidR="00931204" w:rsidRPr="00044702" w:rsidRDefault="00045CD6">
      <w:pPr>
        <w:pStyle w:val="NormalWeb"/>
        <w:numPr>
          <w:ilvl w:val="0"/>
          <w:numId w:val="18"/>
        </w:numPr>
        <w:rPr>
          <w:rFonts w:eastAsiaTheme="majorEastAsia"/>
          <w:b/>
          <w:bCs/>
          <w:color w:val="000000" w:themeColor="text1"/>
          <w:sz w:val="22"/>
          <w:szCs w:val="22"/>
        </w:rPr>
      </w:pPr>
      <w:r w:rsidRPr="001843C7">
        <w:rPr>
          <w:b/>
          <w:bCs/>
          <w:color w:val="000000" w:themeColor="text1"/>
          <w:sz w:val="22"/>
          <w:szCs w:val="22"/>
        </w:rPr>
        <w:t>Ph.D. Representative,</w:t>
      </w:r>
      <w:r w:rsidRPr="00044702">
        <w:rPr>
          <w:color w:val="000000" w:themeColor="text1"/>
          <w:sz w:val="22"/>
          <w:szCs w:val="22"/>
        </w:rPr>
        <w:t xml:space="preserve"> International Development Task Force Committee, College of Social Work. 2006-2007 </w:t>
      </w:r>
    </w:p>
    <w:p w14:paraId="584511C4" w14:textId="77777777" w:rsidR="00931204" w:rsidRPr="00044702" w:rsidRDefault="00045CD6">
      <w:pPr>
        <w:pStyle w:val="NormalWeb"/>
        <w:numPr>
          <w:ilvl w:val="0"/>
          <w:numId w:val="18"/>
        </w:numPr>
        <w:rPr>
          <w:rFonts w:eastAsiaTheme="majorEastAsia"/>
          <w:b/>
          <w:bCs/>
          <w:color w:val="000000" w:themeColor="text1"/>
          <w:sz w:val="22"/>
          <w:szCs w:val="22"/>
        </w:rPr>
      </w:pPr>
      <w:r w:rsidRPr="001843C7">
        <w:rPr>
          <w:b/>
          <w:bCs/>
          <w:color w:val="000000" w:themeColor="text1"/>
          <w:sz w:val="22"/>
          <w:szCs w:val="22"/>
        </w:rPr>
        <w:t>Ex-Advisor</w:t>
      </w:r>
      <w:r w:rsidRPr="00044702">
        <w:rPr>
          <w:color w:val="000000" w:themeColor="text1"/>
          <w:sz w:val="22"/>
          <w:szCs w:val="22"/>
        </w:rPr>
        <w:t>, “</w:t>
      </w:r>
      <w:proofErr w:type="spellStart"/>
      <w:r w:rsidRPr="00044702">
        <w:rPr>
          <w:color w:val="000000" w:themeColor="text1"/>
          <w:sz w:val="22"/>
          <w:szCs w:val="22"/>
        </w:rPr>
        <w:t>Odh</w:t>
      </w:r>
      <w:proofErr w:type="spellEnd"/>
      <w:r w:rsidRPr="00044702">
        <w:rPr>
          <w:color w:val="000000" w:themeColor="text1"/>
          <w:sz w:val="22"/>
          <w:szCs w:val="22"/>
        </w:rPr>
        <w:t xml:space="preserve">” Bhagirath Foundation, New Delhi, India. 2002-2004 </w:t>
      </w:r>
    </w:p>
    <w:p w14:paraId="6CC77134" w14:textId="77777777" w:rsidR="00931204" w:rsidRPr="00044702" w:rsidRDefault="00045CD6">
      <w:pPr>
        <w:pStyle w:val="NormalWeb"/>
        <w:numPr>
          <w:ilvl w:val="0"/>
          <w:numId w:val="18"/>
        </w:numPr>
        <w:rPr>
          <w:rFonts w:eastAsiaTheme="majorEastAsia"/>
          <w:b/>
          <w:bCs/>
          <w:color w:val="000000" w:themeColor="text1"/>
          <w:sz w:val="22"/>
          <w:szCs w:val="22"/>
        </w:rPr>
      </w:pPr>
      <w:r w:rsidRPr="001843C7">
        <w:rPr>
          <w:b/>
          <w:bCs/>
          <w:color w:val="000000" w:themeColor="text1"/>
          <w:sz w:val="22"/>
          <w:szCs w:val="22"/>
        </w:rPr>
        <w:t>Advisor &amp; Research Consultant</w:t>
      </w:r>
      <w:r w:rsidRPr="00044702">
        <w:rPr>
          <w:color w:val="000000" w:themeColor="text1"/>
          <w:sz w:val="22"/>
          <w:szCs w:val="22"/>
        </w:rPr>
        <w:t xml:space="preserve">, </w:t>
      </w:r>
      <w:proofErr w:type="spellStart"/>
      <w:r w:rsidRPr="00044702">
        <w:rPr>
          <w:i/>
          <w:iCs/>
          <w:color w:val="000000" w:themeColor="text1"/>
          <w:sz w:val="22"/>
          <w:szCs w:val="22"/>
        </w:rPr>
        <w:t>Samabhabhona</w:t>
      </w:r>
      <w:proofErr w:type="spellEnd"/>
      <w:r w:rsidRPr="00044702">
        <w:rPr>
          <w:color w:val="000000" w:themeColor="text1"/>
          <w:sz w:val="22"/>
          <w:szCs w:val="22"/>
        </w:rPr>
        <w:t>, a grassroots organization working for the rights of transgender people in Kolkata, India. (2020- present)</w:t>
      </w:r>
    </w:p>
    <w:p w14:paraId="3A4ED266" w14:textId="77777777" w:rsidR="00931204" w:rsidRPr="00044702" w:rsidRDefault="00045CD6">
      <w:pPr>
        <w:pStyle w:val="NormalWeb"/>
        <w:numPr>
          <w:ilvl w:val="0"/>
          <w:numId w:val="18"/>
        </w:numPr>
        <w:rPr>
          <w:rFonts w:eastAsiaTheme="majorEastAsia"/>
          <w:b/>
          <w:bCs/>
          <w:color w:val="000000" w:themeColor="text1"/>
          <w:sz w:val="22"/>
          <w:szCs w:val="22"/>
        </w:rPr>
      </w:pPr>
      <w:r w:rsidRPr="001843C7">
        <w:rPr>
          <w:b/>
          <w:bCs/>
          <w:color w:val="000000" w:themeColor="text1"/>
          <w:sz w:val="22"/>
          <w:szCs w:val="22"/>
        </w:rPr>
        <w:t>Advisor,</w:t>
      </w:r>
      <w:r w:rsidRPr="00044702">
        <w:rPr>
          <w:color w:val="000000" w:themeColor="text1"/>
          <w:sz w:val="22"/>
          <w:szCs w:val="22"/>
        </w:rPr>
        <w:t xml:space="preserve"> Women’s Resource Center, Scranton, PA, Spring 2016</w:t>
      </w:r>
      <w:r w:rsidR="001843C7">
        <w:rPr>
          <w:color w:val="000000" w:themeColor="text1"/>
          <w:sz w:val="22"/>
          <w:szCs w:val="22"/>
        </w:rPr>
        <w:t>-2019</w:t>
      </w:r>
    </w:p>
    <w:p w14:paraId="7CEA6C4A" w14:textId="77777777" w:rsidR="00931204" w:rsidRPr="00044702" w:rsidRDefault="00045CD6">
      <w:pPr>
        <w:pStyle w:val="NormalWeb"/>
        <w:numPr>
          <w:ilvl w:val="0"/>
          <w:numId w:val="18"/>
        </w:numPr>
        <w:rPr>
          <w:rFonts w:eastAsiaTheme="majorEastAsia"/>
          <w:b/>
          <w:bCs/>
          <w:color w:val="000000" w:themeColor="text1"/>
          <w:sz w:val="22"/>
          <w:szCs w:val="22"/>
        </w:rPr>
      </w:pPr>
      <w:r w:rsidRPr="00044702">
        <w:rPr>
          <w:color w:val="000000" w:themeColor="text1"/>
          <w:sz w:val="22"/>
          <w:szCs w:val="22"/>
        </w:rPr>
        <w:t>Intern, Family Service Centre, Mumbai, June 2000 to April 2001</w:t>
      </w:r>
    </w:p>
    <w:p w14:paraId="48495FE6" w14:textId="77777777" w:rsidR="00931204" w:rsidRPr="00B72361" w:rsidRDefault="00045CD6">
      <w:pPr>
        <w:pStyle w:val="NormalWeb"/>
        <w:numPr>
          <w:ilvl w:val="1"/>
          <w:numId w:val="18"/>
        </w:numPr>
        <w:rPr>
          <w:rFonts w:eastAsiaTheme="majorEastAsia"/>
          <w:b/>
          <w:bCs/>
          <w:color w:val="4F81BD" w:themeColor="accent1"/>
          <w:sz w:val="22"/>
          <w:szCs w:val="22"/>
        </w:rPr>
      </w:pPr>
      <w:r w:rsidRPr="00B72361">
        <w:rPr>
          <w:sz w:val="22"/>
          <w:szCs w:val="22"/>
        </w:rPr>
        <w:t>Counseling families, conducting adoption follow-ups, making home visits, and networking with agencies to address issues related to adoption, as well as creating awareness in society.</w:t>
      </w:r>
      <w:r w:rsidRPr="00B72361">
        <w:rPr>
          <w:rFonts w:eastAsia="MS Mincho"/>
          <w:sz w:val="22"/>
          <w:szCs w:val="22"/>
        </w:rPr>
        <w:t>‬</w:t>
      </w:r>
    </w:p>
    <w:p w14:paraId="41F0CE8D" w14:textId="77777777" w:rsidR="00931204" w:rsidRPr="00B72361" w:rsidRDefault="00045CD6">
      <w:pPr>
        <w:pStyle w:val="NormalWeb"/>
        <w:numPr>
          <w:ilvl w:val="1"/>
          <w:numId w:val="18"/>
        </w:numPr>
        <w:rPr>
          <w:rFonts w:eastAsiaTheme="majorEastAsia"/>
          <w:b/>
          <w:bCs/>
          <w:color w:val="4F81BD" w:themeColor="accent1"/>
          <w:sz w:val="22"/>
          <w:szCs w:val="22"/>
        </w:rPr>
      </w:pPr>
      <w:r w:rsidRPr="00B72361">
        <w:rPr>
          <w:sz w:val="22"/>
          <w:szCs w:val="22"/>
        </w:rPr>
        <w:t>Understanding of the laws pertaining to adoption and the modus operandi of the in-country</w:t>
      </w:r>
      <w:r w:rsidRPr="00B72361">
        <w:rPr>
          <w:rFonts w:eastAsia="MS Mincho"/>
          <w:sz w:val="22"/>
          <w:szCs w:val="22"/>
        </w:rPr>
        <w:t>‬</w:t>
      </w:r>
      <w:r w:rsidRPr="00B72361">
        <w:rPr>
          <w:sz w:val="22"/>
          <w:szCs w:val="22"/>
        </w:rPr>
        <w:t xml:space="preserve"> and inter-country adoption of the country</w:t>
      </w:r>
    </w:p>
    <w:p w14:paraId="4E30C273" w14:textId="77777777" w:rsidR="00931204" w:rsidRPr="00B72361" w:rsidRDefault="00045CD6">
      <w:pPr>
        <w:pStyle w:val="NormalWeb"/>
        <w:numPr>
          <w:ilvl w:val="0"/>
          <w:numId w:val="18"/>
        </w:numPr>
        <w:rPr>
          <w:sz w:val="22"/>
          <w:szCs w:val="22"/>
        </w:rPr>
      </w:pPr>
      <w:r w:rsidRPr="00B72361">
        <w:rPr>
          <w:sz w:val="22"/>
          <w:szCs w:val="22"/>
        </w:rPr>
        <w:t xml:space="preserve">Intern, </w:t>
      </w:r>
      <w:proofErr w:type="spellStart"/>
      <w:r w:rsidRPr="00B72361">
        <w:rPr>
          <w:sz w:val="22"/>
          <w:szCs w:val="22"/>
        </w:rPr>
        <w:t>Shradhanand</w:t>
      </w:r>
      <w:proofErr w:type="spellEnd"/>
      <w:r w:rsidRPr="00B72361">
        <w:rPr>
          <w:sz w:val="22"/>
          <w:szCs w:val="22"/>
        </w:rPr>
        <w:t xml:space="preserve"> Mahila Ashram, Mumbai, June 2001 to March 2002)</w:t>
      </w:r>
      <w:r w:rsidRPr="00B72361">
        <w:rPr>
          <w:rFonts w:eastAsia="MS Mincho"/>
          <w:sz w:val="22"/>
          <w:szCs w:val="22"/>
        </w:rPr>
        <w:t>‬</w:t>
      </w:r>
      <w:r w:rsidRPr="00B72361">
        <w:rPr>
          <w:rFonts w:eastAsia="MS Mincho"/>
          <w:sz w:val="22"/>
          <w:szCs w:val="22"/>
        </w:rPr>
        <w:t>‬</w:t>
      </w:r>
    </w:p>
    <w:p w14:paraId="3FA09DB4" w14:textId="77777777" w:rsidR="00931204" w:rsidRPr="00B72361" w:rsidRDefault="00045CD6">
      <w:pPr>
        <w:pStyle w:val="NormalWeb"/>
        <w:numPr>
          <w:ilvl w:val="1"/>
          <w:numId w:val="18"/>
        </w:numPr>
        <w:rPr>
          <w:sz w:val="22"/>
          <w:szCs w:val="22"/>
        </w:rPr>
      </w:pPr>
      <w:r w:rsidRPr="00B72361">
        <w:rPr>
          <w:sz w:val="22"/>
          <w:szCs w:val="22"/>
        </w:rPr>
        <w:t xml:space="preserve">Family Life Education Program on “Sexuality”, for the girls of the institutions. </w:t>
      </w:r>
      <w:r w:rsidRPr="00B72361">
        <w:rPr>
          <w:rFonts w:eastAsia="MS Mincho"/>
          <w:sz w:val="22"/>
          <w:szCs w:val="22"/>
        </w:rPr>
        <w:t>‬</w:t>
      </w:r>
      <w:r w:rsidRPr="00B72361">
        <w:rPr>
          <w:sz w:val="22"/>
          <w:szCs w:val="22"/>
        </w:rPr>
        <w:t>Counseling girls and women with family or individual problems.</w:t>
      </w:r>
      <w:r w:rsidRPr="00B72361">
        <w:rPr>
          <w:rFonts w:eastAsia="MS Mincho"/>
          <w:sz w:val="22"/>
          <w:szCs w:val="22"/>
        </w:rPr>
        <w:t>‬</w:t>
      </w:r>
    </w:p>
    <w:p w14:paraId="0FCED9C3" w14:textId="77777777" w:rsidR="00045CD6" w:rsidRPr="00B72361" w:rsidRDefault="00045CD6">
      <w:pPr>
        <w:pStyle w:val="NormalWeb"/>
        <w:numPr>
          <w:ilvl w:val="1"/>
          <w:numId w:val="18"/>
        </w:numPr>
        <w:rPr>
          <w:sz w:val="22"/>
          <w:szCs w:val="22"/>
        </w:rPr>
      </w:pPr>
      <w:r w:rsidRPr="00B72361">
        <w:rPr>
          <w:sz w:val="22"/>
          <w:szCs w:val="22"/>
        </w:rPr>
        <w:t>Identifying vocational training trades based on the needs expressed by the girls and providing them with career guidance.</w:t>
      </w:r>
    </w:p>
    <w:p w14:paraId="0D84B960" w14:textId="77777777" w:rsidR="00931204" w:rsidRPr="00B72361" w:rsidRDefault="00045CD6">
      <w:pPr>
        <w:pStyle w:val="NormalWeb"/>
        <w:numPr>
          <w:ilvl w:val="0"/>
          <w:numId w:val="18"/>
        </w:numPr>
        <w:rPr>
          <w:sz w:val="22"/>
          <w:szCs w:val="22"/>
        </w:rPr>
      </w:pPr>
      <w:r w:rsidRPr="00B72361">
        <w:rPr>
          <w:sz w:val="22"/>
          <w:szCs w:val="22"/>
        </w:rPr>
        <w:t>Volunteer, Centre for Social Justice, Ahmedabad</w:t>
      </w:r>
      <w:bdo w:val="ltr">
        <w:r w:rsidRPr="00B72361">
          <w:rPr>
            <w:sz w:val="22"/>
            <w:szCs w:val="22"/>
          </w:rPr>
          <w:t xml:space="preserve"> </w:t>
        </w:r>
        <w:r w:rsidRPr="00B72361">
          <w:rPr>
            <w:rFonts w:eastAsia="MS Mincho"/>
            <w:sz w:val="22"/>
            <w:szCs w:val="22"/>
          </w:rPr>
          <w:t>‬</w:t>
        </w:r>
        <w:r w:rsidRPr="00B72361">
          <w:rPr>
            <w:sz w:val="22"/>
            <w:szCs w:val="22"/>
          </w:rPr>
          <w:t>(April 2002)</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rFonts w:eastAsia="MS Mincho"/>
            <w:sz w:val="22"/>
            <w:szCs w:val="22"/>
          </w:rPr>
          <w:t>‬</w:t>
        </w:r>
        <w:r w:rsidRPr="00B72361">
          <w:rPr>
            <w:sz w:val="22"/>
            <w:szCs w:val="22"/>
          </w:rPr>
          <w:t>‬</w:t>
        </w:r>
        <w:r w:rsidRPr="00B72361">
          <w:rPr>
            <w:sz w:val="22"/>
            <w:szCs w:val="22"/>
          </w:rPr>
          <w:t>‬</w:t>
        </w:r>
        <w:r w:rsidRPr="00B72361">
          <w:rPr>
            <w:sz w:val="22"/>
            <w:szCs w:val="22"/>
          </w:rPr>
          <w:t>‬</w:t>
        </w:r>
        <w:r w:rsidRPr="00B72361">
          <w:rPr>
            <w:sz w:val="22"/>
            <w:szCs w:val="22"/>
          </w:rPr>
          <w:t>‬</w:t>
        </w:r>
        <w:r w:rsidRPr="00B72361">
          <w:rPr>
            <w:sz w:val="22"/>
            <w:szCs w:val="22"/>
          </w:rPr>
          <w:t>‬</w:t>
        </w:r>
        <w:r w:rsidRPr="00B72361">
          <w:rPr>
            <w:sz w:val="22"/>
            <w:szCs w:val="22"/>
          </w:rPr>
          <w:t>‬</w:t>
        </w:r>
        <w:r w:rsidRPr="00B72361">
          <w:rPr>
            <w:sz w:val="22"/>
            <w:szCs w:val="22"/>
          </w:rPr>
          <w:t>‬</w:t>
        </w:r>
        <w:r>
          <w:t>‬</w:t>
        </w:r>
        <w:r>
          <w:t>‬</w:t>
        </w:r>
        <w:r>
          <w:t>‬</w:t>
        </w:r>
        <w:r>
          <w:t>‬</w:t>
        </w:r>
        <w:r>
          <w:t>‬</w:t>
        </w:r>
        <w:r>
          <w:t>‬</w:t>
        </w:r>
        <w:r>
          <w:t>‬</w:t>
        </w:r>
        <w:r>
          <w:t>‬</w:t>
        </w:r>
        <w:r>
          <w:t>‬</w:t>
        </w:r>
        <w:r>
          <w:t>‬</w:t>
        </w:r>
        <w:r>
          <w:t>‬</w:t>
        </w:r>
        <w:r>
          <w:t>‬</w:t>
        </w:r>
        <w:r>
          <w:t>‬</w:t>
        </w:r>
        <w:r w:rsidR="00000000">
          <w:t>‬</w:t>
        </w:r>
      </w:bdo>
    </w:p>
    <w:p w14:paraId="37C85FCF" w14:textId="77777777" w:rsidR="00931204" w:rsidRPr="00B72361" w:rsidRDefault="00045CD6">
      <w:pPr>
        <w:pStyle w:val="NormalWeb"/>
        <w:numPr>
          <w:ilvl w:val="1"/>
          <w:numId w:val="18"/>
        </w:numPr>
        <w:rPr>
          <w:sz w:val="22"/>
          <w:szCs w:val="22"/>
        </w:rPr>
      </w:pPr>
      <w:r w:rsidRPr="00B72361">
        <w:rPr>
          <w:sz w:val="22"/>
          <w:szCs w:val="22"/>
        </w:rPr>
        <w:t>Worked with the team of the Center of Social Justice in the relief camps set up post</w:t>
      </w:r>
      <w:r w:rsidRPr="00B72361">
        <w:rPr>
          <w:rFonts w:eastAsia="MS Mincho"/>
          <w:sz w:val="22"/>
          <w:szCs w:val="22"/>
        </w:rPr>
        <w:t>‬</w:t>
      </w:r>
      <w:r w:rsidRPr="00B72361">
        <w:rPr>
          <w:rFonts w:eastAsia="MS Mincho"/>
          <w:sz w:val="22"/>
          <w:szCs w:val="22"/>
        </w:rPr>
        <w:t>‬</w:t>
      </w:r>
      <w:r w:rsidRPr="00B72361">
        <w:rPr>
          <w:sz w:val="22"/>
          <w:szCs w:val="22"/>
        </w:rPr>
        <w:t xml:space="preserve"> Gujarat riots, especially the women victims of violence and rape. </w:t>
      </w:r>
    </w:p>
    <w:p w14:paraId="1D104A10" w14:textId="77777777" w:rsidR="00045CD6" w:rsidRPr="00B72361" w:rsidRDefault="00045CD6">
      <w:pPr>
        <w:pStyle w:val="NormalWeb"/>
        <w:numPr>
          <w:ilvl w:val="1"/>
          <w:numId w:val="18"/>
        </w:numPr>
        <w:rPr>
          <w:sz w:val="22"/>
          <w:szCs w:val="22"/>
        </w:rPr>
      </w:pPr>
      <w:r w:rsidRPr="00B72361">
        <w:rPr>
          <w:sz w:val="22"/>
          <w:szCs w:val="22"/>
        </w:rPr>
        <w:t>Worked on the project “Operations of Security Legislations, such as POTA (Prevention of Terrorism Act) in Gujarat,” wherein I gained a</w:t>
      </w:r>
      <w:r w:rsidRPr="00B72361">
        <w:rPr>
          <w:rFonts w:eastAsia="MS Mincho"/>
          <w:sz w:val="22"/>
          <w:szCs w:val="22"/>
        </w:rPr>
        <w:t>‬</w:t>
      </w:r>
      <w:r w:rsidRPr="00B72361">
        <w:rPr>
          <w:sz w:val="22"/>
          <w:szCs w:val="22"/>
        </w:rPr>
        <w:t xml:space="preserve"> conceptual clarity of the impact of these security legislations on vulnerable</w:t>
      </w:r>
      <w:r w:rsidR="00931204" w:rsidRPr="00B72361">
        <w:rPr>
          <w:sz w:val="22"/>
          <w:szCs w:val="22"/>
        </w:rPr>
        <w:t xml:space="preserve"> </w:t>
      </w:r>
      <w:r w:rsidRPr="00B72361">
        <w:rPr>
          <w:sz w:val="22"/>
          <w:szCs w:val="22"/>
        </w:rPr>
        <w:t>groups.</w:t>
      </w:r>
    </w:p>
    <w:p w14:paraId="14F614B1" w14:textId="77777777" w:rsidR="00931204" w:rsidRPr="00B72361" w:rsidRDefault="00045CD6">
      <w:pPr>
        <w:pStyle w:val="NormalWeb"/>
        <w:numPr>
          <w:ilvl w:val="0"/>
          <w:numId w:val="18"/>
        </w:numPr>
        <w:rPr>
          <w:sz w:val="22"/>
          <w:szCs w:val="22"/>
        </w:rPr>
      </w:pPr>
      <w:r w:rsidRPr="00B72361">
        <w:rPr>
          <w:sz w:val="22"/>
          <w:szCs w:val="22"/>
        </w:rPr>
        <w:t>Volunteer, Abhiyan, Gujarat Earthquake (2001)</w:t>
      </w:r>
    </w:p>
    <w:p w14:paraId="3F848BB7" w14:textId="77777777" w:rsidR="00045CD6" w:rsidRPr="00B72361" w:rsidRDefault="00045CD6">
      <w:pPr>
        <w:pStyle w:val="NormalWeb"/>
        <w:numPr>
          <w:ilvl w:val="1"/>
          <w:numId w:val="18"/>
        </w:numPr>
        <w:rPr>
          <w:sz w:val="22"/>
          <w:szCs w:val="22"/>
        </w:rPr>
      </w:pPr>
      <w:r w:rsidRPr="00B72361">
        <w:rPr>
          <w:sz w:val="22"/>
          <w:szCs w:val="22"/>
        </w:rPr>
        <w:t xml:space="preserve">Conducted relief and rehabilitation surveys in communities impacted by the earthquake in the rural areas of the Bhuj district. </w:t>
      </w:r>
    </w:p>
    <w:p w14:paraId="6CE24C56" w14:textId="66F88BC2" w:rsidR="00886FAC" w:rsidRPr="00B72361" w:rsidRDefault="00886FAC" w:rsidP="00C40820">
      <w:pPr>
        <w:pStyle w:val="NormalWeb"/>
        <w:ind w:left="1800"/>
        <w:rPr>
          <w:sz w:val="22"/>
          <w:szCs w:val="22"/>
        </w:rPr>
      </w:pPr>
    </w:p>
    <w:sectPr w:rsidR="00886FAC" w:rsidRPr="00B72361"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A2F699" w14:textId="77777777" w:rsidR="005D28BA" w:rsidRDefault="005D28BA" w:rsidP="0076704F">
      <w:r>
        <w:separator/>
      </w:r>
    </w:p>
  </w:endnote>
  <w:endnote w:type="continuationSeparator" w:id="0">
    <w:p w14:paraId="2CA4D881" w14:textId="77777777" w:rsidR="005D28BA" w:rsidRDefault="005D28BA" w:rsidP="0076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23C746" w14:textId="77777777" w:rsidR="005D28BA" w:rsidRDefault="005D28BA" w:rsidP="0076704F">
      <w:r>
        <w:separator/>
      </w:r>
    </w:p>
  </w:footnote>
  <w:footnote w:type="continuationSeparator" w:id="0">
    <w:p w14:paraId="7641FC79" w14:textId="77777777" w:rsidR="005D28BA" w:rsidRDefault="005D28BA" w:rsidP="00767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53CC169C"/>
    <w:lvl w:ilvl="0">
      <w:start w:val="1"/>
      <w:numFmt w:val="decimal"/>
      <w:lvlText w:val="%1."/>
      <w:lvlJc w:val="left"/>
      <w:pPr>
        <w:ind w:left="360" w:hanging="360"/>
      </w:pPr>
      <w:rPr>
        <w:rFonts w:hint="default"/>
      </w:rPr>
    </w:lvl>
  </w:abstractNum>
  <w:abstractNum w:abstractNumId="6" w15:restartNumberingAfterBreak="0">
    <w:nsid w:val="045D143E"/>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62F7297"/>
    <w:multiLevelType w:val="hybridMultilevel"/>
    <w:tmpl w:val="B22CE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522373"/>
    <w:multiLevelType w:val="hybridMultilevel"/>
    <w:tmpl w:val="44B2D04A"/>
    <w:lvl w:ilvl="0" w:tplc="53287E3A">
      <w:start w:val="1"/>
      <w:numFmt w:val="decimal"/>
      <w:lvlText w:val="%1."/>
      <w:lvlJc w:val="left"/>
      <w:pPr>
        <w:ind w:left="906"/>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1" w:tplc="FE0E220A">
      <w:start w:val="1"/>
      <w:numFmt w:val="lowerLetter"/>
      <w:lvlText w:val="%2"/>
      <w:lvlJc w:val="left"/>
      <w:pPr>
        <w:ind w:left="162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2" w:tplc="3CFACF48">
      <w:start w:val="1"/>
      <w:numFmt w:val="lowerRoman"/>
      <w:lvlText w:val="%3"/>
      <w:lvlJc w:val="left"/>
      <w:pPr>
        <w:ind w:left="234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3" w:tplc="A10CFB6A">
      <w:start w:val="1"/>
      <w:numFmt w:val="decimal"/>
      <w:lvlText w:val="%4"/>
      <w:lvlJc w:val="left"/>
      <w:pPr>
        <w:ind w:left="306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4" w:tplc="A0C41C24">
      <w:start w:val="1"/>
      <w:numFmt w:val="lowerLetter"/>
      <w:lvlText w:val="%5"/>
      <w:lvlJc w:val="left"/>
      <w:pPr>
        <w:ind w:left="378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5" w:tplc="000C06DA">
      <w:start w:val="1"/>
      <w:numFmt w:val="lowerRoman"/>
      <w:lvlText w:val="%6"/>
      <w:lvlJc w:val="left"/>
      <w:pPr>
        <w:ind w:left="450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6" w:tplc="3ECC6412">
      <w:start w:val="1"/>
      <w:numFmt w:val="decimal"/>
      <w:lvlText w:val="%7"/>
      <w:lvlJc w:val="left"/>
      <w:pPr>
        <w:ind w:left="522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7" w:tplc="62D625EC">
      <w:start w:val="1"/>
      <w:numFmt w:val="lowerLetter"/>
      <w:lvlText w:val="%8"/>
      <w:lvlJc w:val="left"/>
      <w:pPr>
        <w:ind w:left="594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lvl w:ilvl="8" w:tplc="1370EC64">
      <w:start w:val="1"/>
      <w:numFmt w:val="lowerRoman"/>
      <w:lvlText w:val="%9"/>
      <w:lvlJc w:val="left"/>
      <w:pPr>
        <w:ind w:left="6661"/>
      </w:pPr>
      <w:rPr>
        <w:rFonts w:ascii="Segoe UI Historic" w:eastAsia="Segoe UI Historic" w:hAnsi="Segoe UI Historic" w:cs="Segoe UI Histor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54442F"/>
    <w:multiLevelType w:val="multilevel"/>
    <w:tmpl w:val="10AA853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19050306"/>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DEC11EC"/>
    <w:multiLevelType w:val="multilevel"/>
    <w:tmpl w:val="4CB0548C"/>
    <w:lvl w:ilvl="0">
      <w:start w:val="1"/>
      <w:numFmt w:val="bullet"/>
      <w:lvlText w:val=""/>
      <w:lvlJc w:val="left"/>
      <w:pPr>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6954EA7"/>
    <w:multiLevelType w:val="hybridMultilevel"/>
    <w:tmpl w:val="D0E812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B114FC"/>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FAF00C5"/>
    <w:multiLevelType w:val="multilevel"/>
    <w:tmpl w:val="5AFA7F5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A3041"/>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5AB0D11"/>
    <w:multiLevelType w:val="multilevel"/>
    <w:tmpl w:val="4CB0548C"/>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63B2BAD"/>
    <w:multiLevelType w:val="hybridMultilevel"/>
    <w:tmpl w:val="A92ED8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1E395E"/>
    <w:multiLevelType w:val="multilevel"/>
    <w:tmpl w:val="FE302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B5199"/>
    <w:multiLevelType w:val="hybridMultilevel"/>
    <w:tmpl w:val="64CEC77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2E2D2C"/>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4CE528B4"/>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8D40656"/>
    <w:multiLevelType w:val="hybridMultilevel"/>
    <w:tmpl w:val="694C1A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A07B1F"/>
    <w:multiLevelType w:val="hybridMultilevel"/>
    <w:tmpl w:val="564A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C5ED7"/>
    <w:multiLevelType w:val="hybridMultilevel"/>
    <w:tmpl w:val="2CE22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11423"/>
    <w:multiLevelType w:val="hybridMultilevel"/>
    <w:tmpl w:val="37646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F7189C"/>
    <w:multiLevelType w:val="multilevel"/>
    <w:tmpl w:val="C2AE22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660778F2"/>
    <w:multiLevelType w:val="multilevel"/>
    <w:tmpl w:val="87427CCA"/>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041111"/>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6B65548F"/>
    <w:multiLevelType w:val="multilevel"/>
    <w:tmpl w:val="3CBA1AF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6D8A10BA"/>
    <w:multiLevelType w:val="hybridMultilevel"/>
    <w:tmpl w:val="DB8E8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E7124F"/>
    <w:multiLevelType w:val="multilevel"/>
    <w:tmpl w:val="296C73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1B62BC9"/>
    <w:multiLevelType w:val="multilevel"/>
    <w:tmpl w:val="D0CCE3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723C2908"/>
    <w:multiLevelType w:val="multilevel"/>
    <w:tmpl w:val="3CBA1A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771B1CF0"/>
    <w:multiLevelType w:val="hybridMultilevel"/>
    <w:tmpl w:val="BA62C5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87B4A1E"/>
    <w:multiLevelType w:val="multilevel"/>
    <w:tmpl w:val="3CBA1A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79C71AB5"/>
    <w:multiLevelType w:val="multilevel"/>
    <w:tmpl w:val="3CBA1A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B0006F1"/>
    <w:multiLevelType w:val="hybridMultilevel"/>
    <w:tmpl w:val="D1C4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01C78"/>
    <w:multiLevelType w:val="hybridMultilevel"/>
    <w:tmpl w:val="B744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D47233"/>
    <w:multiLevelType w:val="multilevel"/>
    <w:tmpl w:val="A094CE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7FD84A22"/>
    <w:multiLevelType w:val="hybridMultilevel"/>
    <w:tmpl w:val="8E9A4D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8667582">
    <w:abstractNumId w:val="5"/>
  </w:num>
  <w:num w:numId="2" w16cid:durableId="1707440443">
    <w:abstractNumId w:val="3"/>
  </w:num>
  <w:num w:numId="3" w16cid:durableId="1000305907">
    <w:abstractNumId w:val="2"/>
  </w:num>
  <w:num w:numId="4" w16cid:durableId="999574941">
    <w:abstractNumId w:val="4"/>
  </w:num>
  <w:num w:numId="5" w16cid:durableId="886574422">
    <w:abstractNumId w:val="1"/>
  </w:num>
  <w:num w:numId="6" w16cid:durableId="1947152801">
    <w:abstractNumId w:val="0"/>
  </w:num>
  <w:num w:numId="7" w16cid:durableId="642275883">
    <w:abstractNumId w:val="24"/>
  </w:num>
  <w:num w:numId="8" w16cid:durableId="1296639914">
    <w:abstractNumId w:val="30"/>
  </w:num>
  <w:num w:numId="9" w16cid:durableId="1368142605">
    <w:abstractNumId w:val="8"/>
  </w:num>
  <w:num w:numId="10" w16cid:durableId="1461026607">
    <w:abstractNumId w:val="7"/>
  </w:num>
  <w:num w:numId="11" w16cid:durableId="1288119432">
    <w:abstractNumId w:val="18"/>
  </w:num>
  <w:num w:numId="12" w16cid:durableId="836922788">
    <w:abstractNumId w:val="14"/>
  </w:num>
  <w:num w:numId="13" w16cid:durableId="215317541">
    <w:abstractNumId w:val="39"/>
  </w:num>
  <w:num w:numId="14" w16cid:durableId="1899508297">
    <w:abstractNumId w:val="31"/>
  </w:num>
  <w:num w:numId="15" w16cid:durableId="2036882322">
    <w:abstractNumId w:val="26"/>
  </w:num>
  <w:num w:numId="16" w16cid:durableId="459229239">
    <w:abstractNumId w:val="9"/>
  </w:num>
  <w:num w:numId="17" w16cid:durableId="73746739">
    <w:abstractNumId w:val="27"/>
  </w:num>
  <w:num w:numId="18" w16cid:durableId="374889186">
    <w:abstractNumId w:val="22"/>
  </w:num>
  <w:num w:numId="19" w16cid:durableId="1338380948">
    <w:abstractNumId w:val="37"/>
  </w:num>
  <w:num w:numId="20" w16cid:durableId="1259831228">
    <w:abstractNumId w:val="16"/>
  </w:num>
  <w:num w:numId="21" w16cid:durableId="745805929">
    <w:abstractNumId w:val="11"/>
  </w:num>
  <w:num w:numId="22" w16cid:durableId="942540419">
    <w:abstractNumId w:val="21"/>
  </w:num>
  <w:num w:numId="23" w16cid:durableId="1259869218">
    <w:abstractNumId w:val="10"/>
  </w:num>
  <w:num w:numId="24" w16cid:durableId="1611544338">
    <w:abstractNumId w:val="32"/>
  </w:num>
  <w:num w:numId="25" w16cid:durableId="1848906135">
    <w:abstractNumId w:val="6"/>
  </w:num>
  <w:num w:numId="26" w16cid:durableId="1368405704">
    <w:abstractNumId w:val="20"/>
  </w:num>
  <w:num w:numId="27" w16cid:durableId="793906779">
    <w:abstractNumId w:val="35"/>
  </w:num>
  <w:num w:numId="28" w16cid:durableId="1188910802">
    <w:abstractNumId w:val="33"/>
  </w:num>
  <w:num w:numId="29" w16cid:durableId="1120759443">
    <w:abstractNumId w:val="36"/>
  </w:num>
  <w:num w:numId="30" w16cid:durableId="1292055347">
    <w:abstractNumId w:val="29"/>
  </w:num>
  <w:num w:numId="31" w16cid:durableId="1659918696">
    <w:abstractNumId w:val="12"/>
  </w:num>
  <w:num w:numId="32" w16cid:durableId="2135516839">
    <w:abstractNumId w:val="25"/>
  </w:num>
  <w:num w:numId="33" w16cid:durableId="1246765120">
    <w:abstractNumId w:val="28"/>
  </w:num>
  <w:num w:numId="34" w16cid:durableId="844590382">
    <w:abstractNumId w:val="23"/>
  </w:num>
  <w:num w:numId="35" w16cid:durableId="1232739086">
    <w:abstractNumId w:val="13"/>
  </w:num>
  <w:num w:numId="36" w16cid:durableId="716393314">
    <w:abstractNumId w:val="15"/>
  </w:num>
  <w:num w:numId="37" w16cid:durableId="643200888">
    <w:abstractNumId w:val="19"/>
  </w:num>
  <w:num w:numId="38" w16cid:durableId="1422095647">
    <w:abstractNumId w:val="38"/>
  </w:num>
  <w:num w:numId="39" w16cid:durableId="667051936">
    <w:abstractNumId w:val="17"/>
  </w:num>
  <w:num w:numId="40" w16cid:durableId="1389066951">
    <w:abstractNumId w:val="40"/>
  </w:num>
  <w:num w:numId="41" w16cid:durableId="1566918279">
    <w:abstractNumId w:val="34"/>
  </w:num>
  <w:numIdMacAtCleanup w:val="4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212"/>
    <w:rsid w:val="00034616"/>
    <w:rsid w:val="00037998"/>
    <w:rsid w:val="00040461"/>
    <w:rsid w:val="00044702"/>
    <w:rsid w:val="00045CD6"/>
    <w:rsid w:val="0006063C"/>
    <w:rsid w:val="00062767"/>
    <w:rsid w:val="00064C46"/>
    <w:rsid w:val="00066CE5"/>
    <w:rsid w:val="00121754"/>
    <w:rsid w:val="001309A0"/>
    <w:rsid w:val="00145FB2"/>
    <w:rsid w:val="0015074B"/>
    <w:rsid w:val="0016486B"/>
    <w:rsid w:val="00174F7E"/>
    <w:rsid w:val="00183BEB"/>
    <w:rsid w:val="001843C7"/>
    <w:rsid w:val="001970BA"/>
    <w:rsid w:val="001C4378"/>
    <w:rsid w:val="001C73D3"/>
    <w:rsid w:val="001D0D7E"/>
    <w:rsid w:val="001E7255"/>
    <w:rsid w:val="001F7148"/>
    <w:rsid w:val="00231213"/>
    <w:rsid w:val="00241F3C"/>
    <w:rsid w:val="00243B9F"/>
    <w:rsid w:val="00253AEB"/>
    <w:rsid w:val="00254823"/>
    <w:rsid w:val="00256E1B"/>
    <w:rsid w:val="00257E85"/>
    <w:rsid w:val="00285C07"/>
    <w:rsid w:val="0029639D"/>
    <w:rsid w:val="002A355D"/>
    <w:rsid w:val="002E3B19"/>
    <w:rsid w:val="002E63DE"/>
    <w:rsid w:val="002E7E2A"/>
    <w:rsid w:val="00311B1D"/>
    <w:rsid w:val="00326F90"/>
    <w:rsid w:val="003309DE"/>
    <w:rsid w:val="003354DE"/>
    <w:rsid w:val="00342F23"/>
    <w:rsid w:val="00344E36"/>
    <w:rsid w:val="003471D1"/>
    <w:rsid w:val="003829B9"/>
    <w:rsid w:val="003A4440"/>
    <w:rsid w:val="003F33E3"/>
    <w:rsid w:val="00412DA0"/>
    <w:rsid w:val="00413232"/>
    <w:rsid w:val="004467DE"/>
    <w:rsid w:val="00463DB9"/>
    <w:rsid w:val="00464ED4"/>
    <w:rsid w:val="00474902"/>
    <w:rsid w:val="004B4B81"/>
    <w:rsid w:val="004C4CA0"/>
    <w:rsid w:val="004E01F2"/>
    <w:rsid w:val="004F54E8"/>
    <w:rsid w:val="0050267A"/>
    <w:rsid w:val="00504C80"/>
    <w:rsid w:val="0052720D"/>
    <w:rsid w:val="00532F78"/>
    <w:rsid w:val="005B3B66"/>
    <w:rsid w:val="005C7976"/>
    <w:rsid w:val="005D28BA"/>
    <w:rsid w:val="00615883"/>
    <w:rsid w:val="0063782C"/>
    <w:rsid w:val="00677F92"/>
    <w:rsid w:val="006A0BAE"/>
    <w:rsid w:val="006A1373"/>
    <w:rsid w:val="007111FB"/>
    <w:rsid w:val="007179F9"/>
    <w:rsid w:val="0072386F"/>
    <w:rsid w:val="007603B2"/>
    <w:rsid w:val="0076704F"/>
    <w:rsid w:val="007876EA"/>
    <w:rsid w:val="00797175"/>
    <w:rsid w:val="007C60F6"/>
    <w:rsid w:val="007C7ED7"/>
    <w:rsid w:val="007E5991"/>
    <w:rsid w:val="0080519B"/>
    <w:rsid w:val="008179CE"/>
    <w:rsid w:val="0084199E"/>
    <w:rsid w:val="00851A07"/>
    <w:rsid w:val="0086316F"/>
    <w:rsid w:val="00864751"/>
    <w:rsid w:val="00870388"/>
    <w:rsid w:val="008764C4"/>
    <w:rsid w:val="0088252A"/>
    <w:rsid w:val="00886FAC"/>
    <w:rsid w:val="00896BBF"/>
    <w:rsid w:val="008C6C0B"/>
    <w:rsid w:val="008E14A1"/>
    <w:rsid w:val="008E7DA1"/>
    <w:rsid w:val="00904DAB"/>
    <w:rsid w:val="009069B2"/>
    <w:rsid w:val="009269A8"/>
    <w:rsid w:val="00931204"/>
    <w:rsid w:val="009375DD"/>
    <w:rsid w:val="00950C27"/>
    <w:rsid w:val="00962A1A"/>
    <w:rsid w:val="0097515E"/>
    <w:rsid w:val="009C1458"/>
    <w:rsid w:val="009E14FA"/>
    <w:rsid w:val="00A00B61"/>
    <w:rsid w:val="00AA1D8D"/>
    <w:rsid w:val="00AB6FD1"/>
    <w:rsid w:val="00AD0220"/>
    <w:rsid w:val="00AE67C2"/>
    <w:rsid w:val="00B16461"/>
    <w:rsid w:val="00B354CA"/>
    <w:rsid w:val="00B40968"/>
    <w:rsid w:val="00B47730"/>
    <w:rsid w:val="00B72361"/>
    <w:rsid w:val="00BA4E3B"/>
    <w:rsid w:val="00BB4DF7"/>
    <w:rsid w:val="00BE581A"/>
    <w:rsid w:val="00BF46D3"/>
    <w:rsid w:val="00C04D81"/>
    <w:rsid w:val="00C16290"/>
    <w:rsid w:val="00C278CA"/>
    <w:rsid w:val="00C30BAB"/>
    <w:rsid w:val="00C40820"/>
    <w:rsid w:val="00C52EBF"/>
    <w:rsid w:val="00C53301"/>
    <w:rsid w:val="00C62C4E"/>
    <w:rsid w:val="00C709A5"/>
    <w:rsid w:val="00CB0664"/>
    <w:rsid w:val="00CC06E5"/>
    <w:rsid w:val="00CC084D"/>
    <w:rsid w:val="00CC3088"/>
    <w:rsid w:val="00CD270B"/>
    <w:rsid w:val="00CE26E8"/>
    <w:rsid w:val="00D008CC"/>
    <w:rsid w:val="00D16DC9"/>
    <w:rsid w:val="00D16E55"/>
    <w:rsid w:val="00D41D05"/>
    <w:rsid w:val="00D42067"/>
    <w:rsid w:val="00D52D84"/>
    <w:rsid w:val="00D541D3"/>
    <w:rsid w:val="00D65B36"/>
    <w:rsid w:val="00D77309"/>
    <w:rsid w:val="00E92CB8"/>
    <w:rsid w:val="00EA747C"/>
    <w:rsid w:val="00EB65AB"/>
    <w:rsid w:val="00EE3E1C"/>
    <w:rsid w:val="00EF33F7"/>
    <w:rsid w:val="00F01E43"/>
    <w:rsid w:val="00F137D7"/>
    <w:rsid w:val="00F60731"/>
    <w:rsid w:val="00FB6E99"/>
    <w:rsid w:val="00FC693F"/>
    <w:rsid w:val="00FD472F"/>
    <w:rsid w:val="00FE58F0"/>
    <w:rsid w:val="00FF2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666F10"/>
  <w14:defaultImageDpi w14:val="300"/>
  <w15:docId w15:val="{4EA4AB1D-F42B-DB47-BFBA-00F5D389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99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137D7"/>
    <w:rPr>
      <w:color w:val="0000FF" w:themeColor="hyperlink"/>
      <w:u w:val="single"/>
    </w:rPr>
  </w:style>
  <w:style w:type="character" w:styleId="UnresolvedMention">
    <w:name w:val="Unresolved Mention"/>
    <w:basedOn w:val="DefaultParagraphFont"/>
    <w:uiPriority w:val="99"/>
    <w:semiHidden/>
    <w:unhideWhenUsed/>
    <w:rsid w:val="00F137D7"/>
    <w:rPr>
      <w:color w:val="605E5C"/>
      <w:shd w:val="clear" w:color="auto" w:fill="E1DFDD"/>
    </w:rPr>
  </w:style>
  <w:style w:type="paragraph" w:styleId="NormalWeb">
    <w:name w:val="Normal (Web)"/>
    <w:basedOn w:val="Normal"/>
    <w:uiPriority w:val="99"/>
    <w:unhideWhenUsed/>
    <w:rsid w:val="001309A0"/>
    <w:pPr>
      <w:spacing w:before="100" w:beforeAutospacing="1" w:after="100" w:afterAutospacing="1"/>
    </w:pPr>
  </w:style>
  <w:style w:type="character" w:styleId="FollowedHyperlink">
    <w:name w:val="FollowedHyperlink"/>
    <w:basedOn w:val="DefaultParagraphFont"/>
    <w:uiPriority w:val="99"/>
    <w:semiHidden/>
    <w:unhideWhenUsed/>
    <w:rsid w:val="00931204"/>
    <w:rPr>
      <w:color w:val="800080" w:themeColor="followedHyperlink"/>
      <w:u w:val="single"/>
    </w:rPr>
  </w:style>
  <w:style w:type="paragraph" w:customStyle="1" w:styleId="Default">
    <w:name w:val="Default"/>
    <w:rsid w:val="00904D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alue">
    <w:name w:val="value"/>
    <w:basedOn w:val="DefaultParagraphFont"/>
    <w:rsid w:val="00CC3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799138">
      <w:bodyDiv w:val="1"/>
      <w:marLeft w:val="0"/>
      <w:marRight w:val="0"/>
      <w:marTop w:val="0"/>
      <w:marBottom w:val="0"/>
      <w:divBdr>
        <w:top w:val="none" w:sz="0" w:space="0" w:color="auto"/>
        <w:left w:val="none" w:sz="0" w:space="0" w:color="auto"/>
        <w:bottom w:val="none" w:sz="0" w:space="0" w:color="auto"/>
        <w:right w:val="none" w:sz="0" w:space="0" w:color="auto"/>
      </w:divBdr>
    </w:div>
    <w:div w:id="191455580">
      <w:bodyDiv w:val="1"/>
      <w:marLeft w:val="0"/>
      <w:marRight w:val="0"/>
      <w:marTop w:val="0"/>
      <w:marBottom w:val="0"/>
      <w:divBdr>
        <w:top w:val="none" w:sz="0" w:space="0" w:color="auto"/>
        <w:left w:val="none" w:sz="0" w:space="0" w:color="auto"/>
        <w:bottom w:val="none" w:sz="0" w:space="0" w:color="auto"/>
        <w:right w:val="none" w:sz="0" w:space="0" w:color="auto"/>
      </w:divBdr>
    </w:div>
    <w:div w:id="392654895">
      <w:bodyDiv w:val="1"/>
      <w:marLeft w:val="0"/>
      <w:marRight w:val="0"/>
      <w:marTop w:val="0"/>
      <w:marBottom w:val="0"/>
      <w:divBdr>
        <w:top w:val="none" w:sz="0" w:space="0" w:color="auto"/>
        <w:left w:val="none" w:sz="0" w:space="0" w:color="auto"/>
        <w:bottom w:val="none" w:sz="0" w:space="0" w:color="auto"/>
        <w:right w:val="none" w:sz="0" w:space="0" w:color="auto"/>
      </w:divBdr>
    </w:div>
    <w:div w:id="422993007">
      <w:bodyDiv w:val="1"/>
      <w:marLeft w:val="0"/>
      <w:marRight w:val="0"/>
      <w:marTop w:val="0"/>
      <w:marBottom w:val="0"/>
      <w:divBdr>
        <w:top w:val="none" w:sz="0" w:space="0" w:color="auto"/>
        <w:left w:val="none" w:sz="0" w:space="0" w:color="auto"/>
        <w:bottom w:val="none" w:sz="0" w:space="0" w:color="auto"/>
        <w:right w:val="none" w:sz="0" w:space="0" w:color="auto"/>
      </w:divBdr>
    </w:div>
    <w:div w:id="531385281">
      <w:bodyDiv w:val="1"/>
      <w:marLeft w:val="0"/>
      <w:marRight w:val="0"/>
      <w:marTop w:val="0"/>
      <w:marBottom w:val="0"/>
      <w:divBdr>
        <w:top w:val="none" w:sz="0" w:space="0" w:color="auto"/>
        <w:left w:val="none" w:sz="0" w:space="0" w:color="auto"/>
        <w:bottom w:val="none" w:sz="0" w:space="0" w:color="auto"/>
        <w:right w:val="none" w:sz="0" w:space="0" w:color="auto"/>
      </w:divBdr>
    </w:div>
    <w:div w:id="547495565">
      <w:bodyDiv w:val="1"/>
      <w:marLeft w:val="0"/>
      <w:marRight w:val="0"/>
      <w:marTop w:val="0"/>
      <w:marBottom w:val="0"/>
      <w:divBdr>
        <w:top w:val="none" w:sz="0" w:space="0" w:color="auto"/>
        <w:left w:val="none" w:sz="0" w:space="0" w:color="auto"/>
        <w:bottom w:val="none" w:sz="0" w:space="0" w:color="auto"/>
        <w:right w:val="none" w:sz="0" w:space="0" w:color="auto"/>
      </w:divBdr>
    </w:div>
    <w:div w:id="640689776">
      <w:bodyDiv w:val="1"/>
      <w:marLeft w:val="0"/>
      <w:marRight w:val="0"/>
      <w:marTop w:val="0"/>
      <w:marBottom w:val="0"/>
      <w:divBdr>
        <w:top w:val="none" w:sz="0" w:space="0" w:color="auto"/>
        <w:left w:val="none" w:sz="0" w:space="0" w:color="auto"/>
        <w:bottom w:val="none" w:sz="0" w:space="0" w:color="auto"/>
        <w:right w:val="none" w:sz="0" w:space="0" w:color="auto"/>
      </w:divBdr>
    </w:div>
    <w:div w:id="725370858">
      <w:bodyDiv w:val="1"/>
      <w:marLeft w:val="0"/>
      <w:marRight w:val="0"/>
      <w:marTop w:val="0"/>
      <w:marBottom w:val="0"/>
      <w:divBdr>
        <w:top w:val="none" w:sz="0" w:space="0" w:color="auto"/>
        <w:left w:val="none" w:sz="0" w:space="0" w:color="auto"/>
        <w:bottom w:val="none" w:sz="0" w:space="0" w:color="auto"/>
        <w:right w:val="none" w:sz="0" w:space="0" w:color="auto"/>
      </w:divBdr>
    </w:div>
    <w:div w:id="753669308">
      <w:bodyDiv w:val="1"/>
      <w:marLeft w:val="0"/>
      <w:marRight w:val="0"/>
      <w:marTop w:val="0"/>
      <w:marBottom w:val="0"/>
      <w:divBdr>
        <w:top w:val="none" w:sz="0" w:space="0" w:color="auto"/>
        <w:left w:val="none" w:sz="0" w:space="0" w:color="auto"/>
        <w:bottom w:val="none" w:sz="0" w:space="0" w:color="auto"/>
        <w:right w:val="none" w:sz="0" w:space="0" w:color="auto"/>
      </w:divBdr>
    </w:div>
    <w:div w:id="800732186">
      <w:bodyDiv w:val="1"/>
      <w:marLeft w:val="0"/>
      <w:marRight w:val="0"/>
      <w:marTop w:val="0"/>
      <w:marBottom w:val="0"/>
      <w:divBdr>
        <w:top w:val="none" w:sz="0" w:space="0" w:color="auto"/>
        <w:left w:val="none" w:sz="0" w:space="0" w:color="auto"/>
        <w:bottom w:val="none" w:sz="0" w:space="0" w:color="auto"/>
        <w:right w:val="none" w:sz="0" w:space="0" w:color="auto"/>
      </w:divBdr>
    </w:div>
    <w:div w:id="819078999">
      <w:bodyDiv w:val="1"/>
      <w:marLeft w:val="0"/>
      <w:marRight w:val="0"/>
      <w:marTop w:val="0"/>
      <w:marBottom w:val="0"/>
      <w:divBdr>
        <w:top w:val="none" w:sz="0" w:space="0" w:color="auto"/>
        <w:left w:val="none" w:sz="0" w:space="0" w:color="auto"/>
        <w:bottom w:val="none" w:sz="0" w:space="0" w:color="auto"/>
        <w:right w:val="none" w:sz="0" w:space="0" w:color="auto"/>
      </w:divBdr>
    </w:div>
    <w:div w:id="880285645">
      <w:bodyDiv w:val="1"/>
      <w:marLeft w:val="0"/>
      <w:marRight w:val="0"/>
      <w:marTop w:val="0"/>
      <w:marBottom w:val="0"/>
      <w:divBdr>
        <w:top w:val="none" w:sz="0" w:space="0" w:color="auto"/>
        <w:left w:val="none" w:sz="0" w:space="0" w:color="auto"/>
        <w:bottom w:val="none" w:sz="0" w:space="0" w:color="auto"/>
        <w:right w:val="none" w:sz="0" w:space="0" w:color="auto"/>
      </w:divBdr>
    </w:div>
    <w:div w:id="907614962">
      <w:bodyDiv w:val="1"/>
      <w:marLeft w:val="0"/>
      <w:marRight w:val="0"/>
      <w:marTop w:val="0"/>
      <w:marBottom w:val="0"/>
      <w:divBdr>
        <w:top w:val="none" w:sz="0" w:space="0" w:color="auto"/>
        <w:left w:val="none" w:sz="0" w:space="0" w:color="auto"/>
        <w:bottom w:val="none" w:sz="0" w:space="0" w:color="auto"/>
        <w:right w:val="none" w:sz="0" w:space="0" w:color="auto"/>
      </w:divBdr>
    </w:div>
    <w:div w:id="1084958381">
      <w:bodyDiv w:val="1"/>
      <w:marLeft w:val="0"/>
      <w:marRight w:val="0"/>
      <w:marTop w:val="0"/>
      <w:marBottom w:val="0"/>
      <w:divBdr>
        <w:top w:val="none" w:sz="0" w:space="0" w:color="auto"/>
        <w:left w:val="none" w:sz="0" w:space="0" w:color="auto"/>
        <w:bottom w:val="none" w:sz="0" w:space="0" w:color="auto"/>
        <w:right w:val="none" w:sz="0" w:space="0" w:color="auto"/>
      </w:divBdr>
    </w:div>
    <w:div w:id="1109155504">
      <w:bodyDiv w:val="1"/>
      <w:marLeft w:val="0"/>
      <w:marRight w:val="0"/>
      <w:marTop w:val="0"/>
      <w:marBottom w:val="0"/>
      <w:divBdr>
        <w:top w:val="none" w:sz="0" w:space="0" w:color="auto"/>
        <w:left w:val="none" w:sz="0" w:space="0" w:color="auto"/>
        <w:bottom w:val="none" w:sz="0" w:space="0" w:color="auto"/>
        <w:right w:val="none" w:sz="0" w:space="0" w:color="auto"/>
      </w:divBdr>
    </w:div>
    <w:div w:id="1130904591">
      <w:bodyDiv w:val="1"/>
      <w:marLeft w:val="0"/>
      <w:marRight w:val="0"/>
      <w:marTop w:val="0"/>
      <w:marBottom w:val="0"/>
      <w:divBdr>
        <w:top w:val="none" w:sz="0" w:space="0" w:color="auto"/>
        <w:left w:val="none" w:sz="0" w:space="0" w:color="auto"/>
        <w:bottom w:val="none" w:sz="0" w:space="0" w:color="auto"/>
        <w:right w:val="none" w:sz="0" w:space="0" w:color="auto"/>
      </w:divBdr>
    </w:div>
    <w:div w:id="1155950580">
      <w:bodyDiv w:val="1"/>
      <w:marLeft w:val="0"/>
      <w:marRight w:val="0"/>
      <w:marTop w:val="0"/>
      <w:marBottom w:val="0"/>
      <w:divBdr>
        <w:top w:val="none" w:sz="0" w:space="0" w:color="auto"/>
        <w:left w:val="none" w:sz="0" w:space="0" w:color="auto"/>
        <w:bottom w:val="none" w:sz="0" w:space="0" w:color="auto"/>
        <w:right w:val="none" w:sz="0" w:space="0" w:color="auto"/>
      </w:divBdr>
    </w:div>
    <w:div w:id="1168325933">
      <w:bodyDiv w:val="1"/>
      <w:marLeft w:val="0"/>
      <w:marRight w:val="0"/>
      <w:marTop w:val="0"/>
      <w:marBottom w:val="0"/>
      <w:divBdr>
        <w:top w:val="none" w:sz="0" w:space="0" w:color="auto"/>
        <w:left w:val="none" w:sz="0" w:space="0" w:color="auto"/>
        <w:bottom w:val="none" w:sz="0" w:space="0" w:color="auto"/>
        <w:right w:val="none" w:sz="0" w:space="0" w:color="auto"/>
      </w:divBdr>
    </w:div>
    <w:div w:id="1280990050">
      <w:bodyDiv w:val="1"/>
      <w:marLeft w:val="0"/>
      <w:marRight w:val="0"/>
      <w:marTop w:val="0"/>
      <w:marBottom w:val="0"/>
      <w:divBdr>
        <w:top w:val="none" w:sz="0" w:space="0" w:color="auto"/>
        <w:left w:val="none" w:sz="0" w:space="0" w:color="auto"/>
        <w:bottom w:val="none" w:sz="0" w:space="0" w:color="auto"/>
        <w:right w:val="none" w:sz="0" w:space="0" w:color="auto"/>
      </w:divBdr>
      <w:divsChild>
        <w:div w:id="488205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535788">
      <w:bodyDiv w:val="1"/>
      <w:marLeft w:val="0"/>
      <w:marRight w:val="0"/>
      <w:marTop w:val="0"/>
      <w:marBottom w:val="0"/>
      <w:divBdr>
        <w:top w:val="none" w:sz="0" w:space="0" w:color="auto"/>
        <w:left w:val="none" w:sz="0" w:space="0" w:color="auto"/>
        <w:bottom w:val="none" w:sz="0" w:space="0" w:color="auto"/>
        <w:right w:val="none" w:sz="0" w:space="0" w:color="auto"/>
      </w:divBdr>
    </w:div>
    <w:div w:id="1311518814">
      <w:bodyDiv w:val="1"/>
      <w:marLeft w:val="0"/>
      <w:marRight w:val="0"/>
      <w:marTop w:val="0"/>
      <w:marBottom w:val="0"/>
      <w:divBdr>
        <w:top w:val="none" w:sz="0" w:space="0" w:color="auto"/>
        <w:left w:val="none" w:sz="0" w:space="0" w:color="auto"/>
        <w:bottom w:val="none" w:sz="0" w:space="0" w:color="auto"/>
        <w:right w:val="none" w:sz="0" w:space="0" w:color="auto"/>
      </w:divBdr>
    </w:div>
    <w:div w:id="1311667814">
      <w:bodyDiv w:val="1"/>
      <w:marLeft w:val="0"/>
      <w:marRight w:val="0"/>
      <w:marTop w:val="0"/>
      <w:marBottom w:val="0"/>
      <w:divBdr>
        <w:top w:val="none" w:sz="0" w:space="0" w:color="auto"/>
        <w:left w:val="none" w:sz="0" w:space="0" w:color="auto"/>
        <w:bottom w:val="none" w:sz="0" w:space="0" w:color="auto"/>
        <w:right w:val="none" w:sz="0" w:space="0" w:color="auto"/>
      </w:divBdr>
    </w:div>
    <w:div w:id="1334987893">
      <w:bodyDiv w:val="1"/>
      <w:marLeft w:val="0"/>
      <w:marRight w:val="0"/>
      <w:marTop w:val="0"/>
      <w:marBottom w:val="0"/>
      <w:divBdr>
        <w:top w:val="none" w:sz="0" w:space="0" w:color="auto"/>
        <w:left w:val="none" w:sz="0" w:space="0" w:color="auto"/>
        <w:bottom w:val="none" w:sz="0" w:space="0" w:color="auto"/>
        <w:right w:val="none" w:sz="0" w:space="0" w:color="auto"/>
      </w:divBdr>
    </w:div>
    <w:div w:id="1361516067">
      <w:bodyDiv w:val="1"/>
      <w:marLeft w:val="0"/>
      <w:marRight w:val="0"/>
      <w:marTop w:val="0"/>
      <w:marBottom w:val="0"/>
      <w:divBdr>
        <w:top w:val="none" w:sz="0" w:space="0" w:color="auto"/>
        <w:left w:val="none" w:sz="0" w:space="0" w:color="auto"/>
        <w:bottom w:val="none" w:sz="0" w:space="0" w:color="auto"/>
        <w:right w:val="none" w:sz="0" w:space="0" w:color="auto"/>
      </w:divBdr>
    </w:div>
    <w:div w:id="1372994883">
      <w:bodyDiv w:val="1"/>
      <w:marLeft w:val="0"/>
      <w:marRight w:val="0"/>
      <w:marTop w:val="0"/>
      <w:marBottom w:val="0"/>
      <w:divBdr>
        <w:top w:val="none" w:sz="0" w:space="0" w:color="auto"/>
        <w:left w:val="none" w:sz="0" w:space="0" w:color="auto"/>
        <w:bottom w:val="none" w:sz="0" w:space="0" w:color="auto"/>
        <w:right w:val="none" w:sz="0" w:space="0" w:color="auto"/>
      </w:divBdr>
    </w:div>
    <w:div w:id="1407993508">
      <w:bodyDiv w:val="1"/>
      <w:marLeft w:val="0"/>
      <w:marRight w:val="0"/>
      <w:marTop w:val="0"/>
      <w:marBottom w:val="0"/>
      <w:divBdr>
        <w:top w:val="none" w:sz="0" w:space="0" w:color="auto"/>
        <w:left w:val="none" w:sz="0" w:space="0" w:color="auto"/>
        <w:bottom w:val="none" w:sz="0" w:space="0" w:color="auto"/>
        <w:right w:val="none" w:sz="0" w:space="0" w:color="auto"/>
      </w:divBdr>
    </w:div>
    <w:div w:id="1475678552">
      <w:bodyDiv w:val="1"/>
      <w:marLeft w:val="0"/>
      <w:marRight w:val="0"/>
      <w:marTop w:val="0"/>
      <w:marBottom w:val="0"/>
      <w:divBdr>
        <w:top w:val="none" w:sz="0" w:space="0" w:color="auto"/>
        <w:left w:val="none" w:sz="0" w:space="0" w:color="auto"/>
        <w:bottom w:val="none" w:sz="0" w:space="0" w:color="auto"/>
        <w:right w:val="none" w:sz="0" w:space="0" w:color="auto"/>
      </w:divBdr>
    </w:div>
    <w:div w:id="1483961441">
      <w:bodyDiv w:val="1"/>
      <w:marLeft w:val="0"/>
      <w:marRight w:val="0"/>
      <w:marTop w:val="0"/>
      <w:marBottom w:val="0"/>
      <w:divBdr>
        <w:top w:val="none" w:sz="0" w:space="0" w:color="auto"/>
        <w:left w:val="none" w:sz="0" w:space="0" w:color="auto"/>
        <w:bottom w:val="none" w:sz="0" w:space="0" w:color="auto"/>
        <w:right w:val="none" w:sz="0" w:space="0" w:color="auto"/>
      </w:divBdr>
    </w:div>
    <w:div w:id="1543977486">
      <w:bodyDiv w:val="1"/>
      <w:marLeft w:val="0"/>
      <w:marRight w:val="0"/>
      <w:marTop w:val="0"/>
      <w:marBottom w:val="0"/>
      <w:divBdr>
        <w:top w:val="none" w:sz="0" w:space="0" w:color="auto"/>
        <w:left w:val="none" w:sz="0" w:space="0" w:color="auto"/>
        <w:bottom w:val="none" w:sz="0" w:space="0" w:color="auto"/>
        <w:right w:val="none" w:sz="0" w:space="0" w:color="auto"/>
      </w:divBdr>
    </w:div>
    <w:div w:id="1566140932">
      <w:bodyDiv w:val="1"/>
      <w:marLeft w:val="0"/>
      <w:marRight w:val="0"/>
      <w:marTop w:val="0"/>
      <w:marBottom w:val="0"/>
      <w:divBdr>
        <w:top w:val="none" w:sz="0" w:space="0" w:color="auto"/>
        <w:left w:val="none" w:sz="0" w:space="0" w:color="auto"/>
        <w:bottom w:val="none" w:sz="0" w:space="0" w:color="auto"/>
        <w:right w:val="none" w:sz="0" w:space="0" w:color="auto"/>
      </w:divBdr>
    </w:div>
    <w:div w:id="1727024197">
      <w:bodyDiv w:val="1"/>
      <w:marLeft w:val="0"/>
      <w:marRight w:val="0"/>
      <w:marTop w:val="0"/>
      <w:marBottom w:val="0"/>
      <w:divBdr>
        <w:top w:val="none" w:sz="0" w:space="0" w:color="auto"/>
        <w:left w:val="none" w:sz="0" w:space="0" w:color="auto"/>
        <w:bottom w:val="none" w:sz="0" w:space="0" w:color="auto"/>
        <w:right w:val="none" w:sz="0" w:space="0" w:color="auto"/>
      </w:divBdr>
    </w:div>
    <w:div w:id="1797330062">
      <w:bodyDiv w:val="1"/>
      <w:marLeft w:val="0"/>
      <w:marRight w:val="0"/>
      <w:marTop w:val="0"/>
      <w:marBottom w:val="0"/>
      <w:divBdr>
        <w:top w:val="none" w:sz="0" w:space="0" w:color="auto"/>
        <w:left w:val="none" w:sz="0" w:space="0" w:color="auto"/>
        <w:bottom w:val="none" w:sz="0" w:space="0" w:color="auto"/>
        <w:right w:val="none" w:sz="0" w:space="0" w:color="auto"/>
      </w:divBdr>
    </w:div>
    <w:div w:id="1928610272">
      <w:bodyDiv w:val="1"/>
      <w:marLeft w:val="0"/>
      <w:marRight w:val="0"/>
      <w:marTop w:val="0"/>
      <w:marBottom w:val="0"/>
      <w:divBdr>
        <w:top w:val="none" w:sz="0" w:space="0" w:color="auto"/>
        <w:left w:val="none" w:sz="0" w:space="0" w:color="auto"/>
        <w:bottom w:val="none" w:sz="0" w:space="0" w:color="auto"/>
        <w:right w:val="none" w:sz="0" w:space="0" w:color="auto"/>
      </w:divBdr>
    </w:div>
    <w:div w:id="1929726320">
      <w:bodyDiv w:val="1"/>
      <w:marLeft w:val="0"/>
      <w:marRight w:val="0"/>
      <w:marTop w:val="0"/>
      <w:marBottom w:val="0"/>
      <w:divBdr>
        <w:top w:val="none" w:sz="0" w:space="0" w:color="auto"/>
        <w:left w:val="none" w:sz="0" w:space="0" w:color="auto"/>
        <w:bottom w:val="none" w:sz="0" w:space="0" w:color="auto"/>
        <w:right w:val="none" w:sz="0" w:space="0" w:color="auto"/>
      </w:divBdr>
    </w:div>
    <w:div w:id="1966043074">
      <w:bodyDiv w:val="1"/>
      <w:marLeft w:val="0"/>
      <w:marRight w:val="0"/>
      <w:marTop w:val="0"/>
      <w:marBottom w:val="0"/>
      <w:divBdr>
        <w:top w:val="none" w:sz="0" w:space="0" w:color="auto"/>
        <w:left w:val="none" w:sz="0" w:space="0" w:color="auto"/>
        <w:bottom w:val="none" w:sz="0" w:space="0" w:color="auto"/>
        <w:right w:val="none" w:sz="0" w:space="0" w:color="auto"/>
      </w:divBdr>
    </w:div>
    <w:div w:id="1978946771">
      <w:bodyDiv w:val="1"/>
      <w:marLeft w:val="0"/>
      <w:marRight w:val="0"/>
      <w:marTop w:val="0"/>
      <w:marBottom w:val="0"/>
      <w:divBdr>
        <w:top w:val="none" w:sz="0" w:space="0" w:color="auto"/>
        <w:left w:val="none" w:sz="0" w:space="0" w:color="auto"/>
        <w:bottom w:val="none" w:sz="0" w:space="0" w:color="auto"/>
        <w:right w:val="none" w:sz="0" w:space="0" w:color="auto"/>
      </w:divBdr>
    </w:div>
    <w:div w:id="20389661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w.in/engage/article/dementia" TargetMode="External"/><Relationship Id="rId18" Type="http://schemas.openxmlformats.org/officeDocument/2006/relationships/hyperlink" Target="http://www.epw.in/engage/article/dementia-and-challenges-caregiving-personal" TargetMode="External"/><Relationship Id="rId26" Type="http://schemas.openxmlformats.org/officeDocument/2006/relationships/hyperlink" Target="https://oxfordre.com/socialwork/view/10.1093/acrefore/9780199975839.001.0001/acrefore-%209780199975839-e-1100" TargetMode="External"/><Relationship Id="rId3" Type="http://schemas.openxmlformats.org/officeDocument/2006/relationships/styles" Target="styles.xml"/><Relationship Id="rId21" Type="http://schemas.openxmlformats.org/officeDocument/2006/relationships/hyperlink" Target="https://doi.org/10.18060/22526" TargetMode="External"/><Relationship Id="rId34" Type="http://schemas.openxmlformats.org/officeDocument/2006/relationships/hyperlink" Target="https://www.scrantonchamber.com/tag/sunny-sinha/" TargetMode="External"/><Relationship Id="rId7" Type="http://schemas.openxmlformats.org/officeDocument/2006/relationships/endnotes" Target="endnotes.xml"/><Relationship Id="rId12" Type="http://schemas.openxmlformats.org/officeDocument/2006/relationships/hyperlink" Target="https://doi.org/10.1007/s13178-021-00588-5" TargetMode="External"/><Relationship Id="rId17" Type="http://schemas.openxmlformats.org/officeDocument/2006/relationships/hyperlink" Target="http://www.epw.in/engage/article/dementia-and-challenges-caregiving-personal" TargetMode="External"/><Relationship Id="rId25" Type="http://schemas.openxmlformats.org/officeDocument/2006/relationships/hyperlink" Target="https://doi.org/10.1177/0886109916680679" TargetMode="External"/><Relationship Id="rId33" Type="http://schemas.openxmlformats.org/officeDocument/2006/relationships/hyperlink" Target="https://blog.thepapershop.com/shout-out-category/13024/" TargetMode="External"/><Relationship Id="rId2" Type="http://schemas.openxmlformats.org/officeDocument/2006/relationships/numbering" Target="numbering.xml"/><Relationship Id="rId16" Type="http://schemas.openxmlformats.org/officeDocument/2006/relationships/hyperlink" Target="http://www.epw.in/engage/article/dementia-and-challenges-caregiving-personal" TargetMode="External"/><Relationship Id="rId20" Type="http://schemas.openxmlformats.org/officeDocument/2006/relationships/hyperlink" Target="http://www.epw.in/engage/article/dementia-and-challenges-caregiving-personal" TargetMode="External"/><Relationship Id="rId29" Type="http://schemas.openxmlformats.org/officeDocument/2006/relationships/hyperlink" Target="https://www.psu.edu/news/research/story/penn-state-scranton-hosts-talk-researcher-sex-work-and-human-traffick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3178-025-01272-8" TargetMode="External"/><Relationship Id="rId24" Type="http://schemas.openxmlformats.org/officeDocument/2006/relationships/hyperlink" Target="https://doi.org/10.1080/09589236.2021.1934793" TargetMode="External"/><Relationship Id="rId32" Type="http://schemas.openxmlformats.org/officeDocument/2006/relationships/hyperlink" Target="https://www.youtube.com/watch?v=w6lY2tJ8tx4" TargetMode="External"/><Relationship Id="rId5" Type="http://schemas.openxmlformats.org/officeDocument/2006/relationships/webSettings" Target="webSettings.xml"/><Relationship Id="rId15" Type="http://schemas.openxmlformats.org/officeDocument/2006/relationships/hyperlink" Target="http://www.epw.in/engage/article/dementia-and-challenges-caregiving-personal" TargetMode="External"/><Relationship Id="rId23" Type="http://schemas.openxmlformats.org/officeDocument/2006/relationships/hyperlink" Target="https://oxfordre.com/socialwork/view/10.1093/acrefore/9780199975839.001.0001/acrefore-9780199975839-e-1189" TargetMode="External"/><Relationship Id="rId28" Type="http://schemas.openxmlformats.org/officeDocument/2006/relationships/hyperlink" Target="https://fox56.com/news/local/humantraffickingawareness" TargetMode="External"/><Relationship Id="rId36" Type="http://schemas.openxmlformats.org/officeDocument/2006/relationships/theme" Target="theme/theme1.xml"/><Relationship Id="rId10" Type="http://schemas.openxmlformats.org/officeDocument/2006/relationships/hyperlink" Target="https://doi.org/10.1007/978-3-031-82975-8" TargetMode="External"/><Relationship Id="rId19" Type="http://schemas.openxmlformats.org/officeDocument/2006/relationships/hyperlink" Target="http://www.epw.in/engage/article/dementia-and-challenges-caregiving-personal" TargetMode="External"/><Relationship Id="rId31" Type="http://schemas.openxmlformats.org/officeDocument/2006/relationships/hyperlink" Target="https://www.timesleader.com/news/7853/marywood-university-to-hold-human-trafficking-awareness-events-april-16-17" TargetMode="External"/><Relationship Id="rId4" Type="http://schemas.openxmlformats.org/officeDocument/2006/relationships/settings" Target="settings.xml"/><Relationship Id="rId9" Type="http://schemas.openxmlformats.org/officeDocument/2006/relationships/hyperlink" Target="https://mansfieldwebdesigns.com/scholars_2009.html" TargetMode="External"/><Relationship Id="rId14" Type="http://schemas.openxmlformats.org/officeDocument/2006/relationships/hyperlink" Target="http://www.epw.in/engage/article/dementia-and-challenges-caregiving-personal" TargetMode="External"/><Relationship Id="rId22" Type="http://schemas.openxmlformats.org/officeDocument/2006/relationships/hyperlink" Target="https://doi.org/10.1177/1049732316669338" TargetMode="External"/><Relationship Id="rId27" Type="http://schemas.openxmlformats.org/officeDocument/2006/relationships/hyperlink" Target="https://www.theabingtonjournal.com/news/local/39923/marywood-university-will-present-seventh-annual-human-trafficking-awareness-events" TargetMode="External"/><Relationship Id="rId30" Type="http://schemas.openxmlformats.org/officeDocument/2006/relationships/hyperlink" Target="https://www.citizensvoice.com/2019/04/05/marywood-students-spread-awareness-of-human-trafficking/" TargetMode="External"/><Relationship Id="rId35" Type="http://schemas.openxmlformats.org/officeDocument/2006/relationships/fontTable" Target="fontTable.xml"/><Relationship Id="rId8" Type="http://schemas.openxmlformats.org/officeDocument/2006/relationships/hyperlink" Target="https://www.ethknoworks.com/even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50262-808A-8640-AAE7-4E7F2594091C}">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6336</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Sinha, Sunny</cp:lastModifiedBy>
  <cp:revision>2</cp:revision>
  <cp:lastPrinted>2025-06-18T20:15:00Z</cp:lastPrinted>
  <dcterms:created xsi:type="dcterms:W3CDTF">2026-08-28T19:30:00Z</dcterms:created>
  <dcterms:modified xsi:type="dcterms:W3CDTF">2026-08-28T19:30:00Z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documentId_8325</vt:lpwstr>
  </property>
  <property fmtid="{D5CDD505-2E9C-101B-9397-08002B2CF9AE}" pid="3" name="grammarly_documentContext">
    <vt:lpwstr>{"goals":[],"domain":"general","emotions":[],"dialect":"american"}</vt:lpwstr>
  </property>
</Properties>
</file>